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internet was never truly open but even if it collapses there’s no impact – at worst countries can regulate their own internets which they already do</w:t>
      </w:r>
    </w:p>
    <w:p>
      <w:pPr>
        <w:spacing w:after="80"/>
      </w:pPr>
      <w:r>
        <w:rPr>
          <w:b/>
          <w:i w:val="0"/>
          <w:smallCaps w:val="0"/>
          <w:strike w:val="0"/>
          <w:sz w:val="26"/>
          <w:u w:val="none"/>
        </w:rPr>
        <w:t>Ovide 20</w:t>
      </w:r>
      <w:r>
        <w:rPr>
          <w:b w:val="0"/>
          <w:i w:val="0"/>
          <w:smallCaps w:val="0"/>
          <w:strike w:val="0"/>
          <w:u w:val="none"/>
        </w:rPr>
        <w:t xml:space="preserve"> – Shira Ovide writes the On Tech newsletter, a guide to how technology is reshaping our lives and world.</w:t>
      </w:r>
    </w:p>
    <w:p>
      <w:pPr>
        <w:spacing w:after="60"/>
      </w:pPr>
      <w:r>
        <w:rPr>
          <w:b w:val="0"/>
          <w:i w:val="0"/>
          <w:smallCaps w:val="0"/>
          <w:strike w:val="0"/>
          <w:u w:val="none"/>
        </w:rPr>
        <w:t>Shira Ovide, August 10 2020, “The Global Internet Is a Mirage,” The New York Times, https://www.nytimes.com/2020/08/10/technology/global-internet.html</w:t>
      </w:r>
    </w:p>
    <w:p>
      <w:pPr>
        <w:spacing w:after="60"/>
      </w:pPr>
      <w:r>
        <w:rPr>
          <w:b w:val="0"/>
          <w:i w:val="0"/>
          <w:smallCaps w:val="0"/>
          <w:strike w:val="0"/>
          <w:sz w:val="22"/>
          <w:u w:val="single"/>
        </w:rPr>
        <w:t>The U.S. government’s</w:t>
      </w:r>
      <w:r>
        <w:rPr>
          <w:b w:val="0"/>
          <w:i w:val="0"/>
          <w:smallCaps w:val="0"/>
          <w:strike w:val="0"/>
          <w:u w:val="none"/>
        </w:rPr>
        <w:t xml:space="preserve"> proposed </w:t>
      </w:r>
      <w:r>
        <w:rPr>
          <w:b w:val="0"/>
          <w:i w:val="0"/>
          <w:smallCaps w:val="0"/>
          <w:strike w:val="0"/>
          <w:sz w:val="22"/>
          <w:u w:val="single"/>
        </w:rPr>
        <w:t>ban on Chinese apps</w:t>
      </w:r>
      <w:r>
        <w:rPr>
          <w:b w:val="0"/>
          <w:i w:val="0"/>
          <w:smallCaps w:val="0"/>
          <w:strike w:val="0"/>
          <w:u w:val="none"/>
        </w:rPr>
        <w:t xml:space="preserve"> like </w:t>
      </w:r>
      <w:r>
        <w:rPr>
          <w:b w:val="0"/>
          <w:i w:val="0"/>
          <w:smallCaps w:val="0"/>
          <w:strike w:val="0"/>
          <w:u w:val="none"/>
        </w:rPr>
        <w:t xml:space="preserve"> </w:t>
      </w:r>
      <w:r>
        <w:rPr>
          <w:b w:val="0"/>
          <w:i w:val="0"/>
          <w:smallCaps w:val="0"/>
          <w:strike w:val="0"/>
          <w:sz w:val="22"/>
          <w:u w:val="single"/>
        </w:rPr>
        <w:t>plays into</w:t>
      </w:r>
      <w:r>
        <w:rPr>
          <w:b w:val="0"/>
          <w:i w:val="0"/>
          <w:smallCaps w:val="0"/>
          <w:strike w:val="0"/>
          <w:u w:val="none"/>
        </w:rPr>
        <w:t xml:space="preserve"> technologists’ </w:t>
      </w:r>
      <w:r>
        <w:rPr>
          <w:b w:val="0"/>
          <w:i w:val="0"/>
          <w:smallCaps w:val="0"/>
          <w:strike w:val="0"/>
          <w:sz w:val="22"/>
          <w:u w:val="single"/>
        </w:rPr>
        <w:t>fears that the</w:t>
      </w:r>
      <w:r>
        <w:rPr>
          <w:b w:val="0"/>
          <w:i w:val="0"/>
          <w:smallCaps w:val="0"/>
          <w:strike w:val="0"/>
          <w:u w:val="none"/>
        </w:rPr>
        <w:t xml:space="preserve"> </w:t>
      </w:r>
      <w:r>
        <w:rPr>
          <w:b w:val="0"/>
          <w:i w:val="0"/>
          <w:smallCaps w:val="0"/>
          <w:strike w:val="0"/>
          <w:sz w:val="22"/>
          <w:u w:val="single"/>
        </w:rPr>
        <w:t>internet</w:t>
      </w:r>
      <w:r>
        <w:rPr>
          <w:b w:val="0"/>
          <w:i w:val="0"/>
          <w:smallCaps w:val="0"/>
          <w:strike w:val="0"/>
          <w:u w:val="none"/>
        </w:rPr>
        <w:t xml:space="preserve"> utopia </w:t>
      </w:r>
      <w:r>
        <w:rPr>
          <w:b w:val="0"/>
          <w:i w:val="0"/>
          <w:smallCaps w:val="0"/>
          <w:strike w:val="0"/>
          <w:sz w:val="22"/>
          <w:u w:val="single"/>
        </w:rPr>
        <w:t>is crumbling</w:t>
      </w:r>
      <w:r>
        <w:rPr>
          <w:b w:val="0"/>
          <w:i w:val="0"/>
          <w:smallCaps w:val="0"/>
          <w:strike w:val="0"/>
          <w:u w:val="none"/>
        </w:rPr>
        <w:t>.</w:t>
      </w:r>
    </w:p>
    <w:p>
      <w:pPr>
        <w:spacing w:after="60"/>
      </w:pPr>
      <w:r>
        <w:rPr>
          <w:b w:val="0"/>
          <w:i w:val="0"/>
          <w:smallCaps w:val="0"/>
          <w:strike w:val="0"/>
          <w:u w:val="none"/>
        </w:rPr>
        <w:t xml:space="preserve">The worry is that instead of a world brought closer together by the internet, a tech fight between the United States and China threatens to further </w:t>
      </w:r>
      <w:r>
        <w:rPr>
          <w:b w:val="0"/>
          <w:i w:val="0"/>
          <w:smallCaps w:val="0"/>
          <w:strike w:val="0"/>
          <w:u w:val="none"/>
        </w:rPr>
        <w:t xml:space="preserve"> along country borders.</w:t>
      </w:r>
    </w:p>
    <w:p>
      <w:pPr>
        <w:spacing w:after="60"/>
      </w:pPr>
      <w:r>
        <w:rPr>
          <w:b w:val="0"/>
          <w:i w:val="0"/>
          <w:smallCaps w:val="0"/>
          <w:strike w:val="0"/>
          <w:u w:val="none"/>
        </w:rPr>
        <w:t xml:space="preserve">I share those concerns. But let me explain why </w:t>
      </w:r>
      <w:r>
        <w:rPr>
          <w:b/>
          <w:i w:val="0"/>
          <w:smallCaps w:val="0"/>
          <w:strike w:val="0"/>
          <w:sz w:val="22"/>
          <w:u w:val="single"/>
        </w:rPr>
        <w:t>a splintered internet isn’t so novel, or necessarily a horrible thing.</w:t>
      </w:r>
    </w:p>
    <w:p>
      <w:pPr>
        <w:spacing w:after="60"/>
      </w:pPr>
      <w:r>
        <w:rPr>
          <w:b w:val="0"/>
          <w:i w:val="0"/>
          <w:smallCaps w:val="0"/>
          <w:strike w:val="0"/>
          <w:u w:val="none"/>
        </w:rPr>
        <w:t xml:space="preserve">First, </w:t>
      </w:r>
      <w:r>
        <w:rPr>
          <w:b w:val="0"/>
          <w:i w:val="0"/>
          <w:smallCaps w:val="0"/>
          <w:strike w:val="0"/>
          <w:sz w:val="22"/>
          <w:u w:val="single"/>
        </w:rPr>
        <w:t>the internet was never</w:t>
      </w:r>
      <w:r>
        <w:rPr>
          <w:b w:val="0"/>
          <w:i w:val="0"/>
          <w:smallCaps w:val="0"/>
          <w:strike w:val="0"/>
          <w:u w:val="none"/>
        </w:rPr>
        <w:t xml:space="preserve"> as global or </w:t>
      </w:r>
      <w:r>
        <w:rPr>
          <w:b w:val="0"/>
          <w:i w:val="0"/>
          <w:smallCaps w:val="0"/>
          <w:strike w:val="0"/>
          <w:sz w:val="22"/>
          <w:u w:val="single"/>
        </w:rPr>
        <w:t>interconnected</w:t>
      </w:r>
      <w:r>
        <w:rPr>
          <w:b w:val="0"/>
          <w:i w:val="0"/>
          <w:smallCaps w:val="0"/>
          <w:strike w:val="0"/>
          <w:u w:val="none"/>
        </w:rPr>
        <w:t xml:space="preserve"> as the ideal. </w:t>
      </w:r>
      <w:r>
        <w:rPr>
          <w:b w:val="0"/>
          <w:i w:val="0"/>
          <w:smallCaps w:val="0"/>
          <w:strike w:val="0"/>
          <w:sz w:val="22"/>
          <w:u w:val="single"/>
        </w:rPr>
        <w:t>What we mean when we talk about a unified</w:t>
      </w:r>
      <w:r>
        <w:rPr>
          <w:b w:val="0"/>
          <w:i w:val="0"/>
          <w:smallCaps w:val="0"/>
          <w:strike w:val="0"/>
          <w:u w:val="none"/>
        </w:rPr>
        <w:t xml:space="preserve"> global </w:t>
      </w:r>
      <w:r>
        <w:rPr>
          <w:b w:val="0"/>
          <w:i w:val="0"/>
          <w:smallCaps w:val="0"/>
          <w:strike w:val="0"/>
          <w:sz w:val="22"/>
          <w:u w:val="single"/>
        </w:rPr>
        <w:t>internet is</w:t>
      </w:r>
      <w:r>
        <w:rPr>
          <w:b w:val="0"/>
          <w:i w:val="0"/>
          <w:smallCaps w:val="0"/>
          <w:strike w:val="0"/>
          <w:u w:val="none"/>
        </w:rPr>
        <w:t xml:space="preserve"> a </w:t>
      </w:r>
      <w:r>
        <w:rPr>
          <w:b w:val="0"/>
          <w:i w:val="0"/>
          <w:smallCaps w:val="0"/>
          <w:strike w:val="0"/>
          <w:sz w:val="22"/>
          <w:u w:val="single"/>
        </w:rPr>
        <w:t>history</w:t>
      </w:r>
      <w:r>
        <w:rPr>
          <w:b w:val="0"/>
          <w:i w:val="0"/>
          <w:smallCaps w:val="0"/>
          <w:strike w:val="0"/>
          <w:u w:val="none"/>
        </w:rPr>
        <w:t xml:space="preserve"> in </w:t>
      </w:r>
      <w:r>
        <w:rPr>
          <w:b/>
          <w:i w:val="0"/>
          <w:smallCaps w:val="0"/>
          <w:strike w:val="0"/>
          <w:sz w:val="22"/>
          <w:u w:val="single"/>
        </w:rPr>
        <w:t>which the internet was dominated by America,</w:t>
      </w:r>
      <w:r>
        <w:rPr>
          <w:b w:val="0"/>
          <w:i w:val="0"/>
          <w:smallCaps w:val="0"/>
          <w:strike w:val="0"/>
          <w:u w:val="none"/>
        </w:rPr>
        <w:t xml:space="preserve"> </w:t>
      </w:r>
      <w:r>
        <w:rPr>
          <w:b w:val="0"/>
          <w:i w:val="0"/>
          <w:smallCaps w:val="0"/>
          <w:strike w:val="0"/>
          <w:sz w:val="22"/>
          <w:u w:val="single"/>
        </w:rPr>
        <w:t>with U.S. companies</w:t>
      </w:r>
      <w:r>
        <w:rPr>
          <w:b w:val="0"/>
          <w:i w:val="0"/>
          <w:smallCaps w:val="0"/>
          <w:strike w:val="0"/>
          <w:u w:val="none"/>
        </w:rPr>
        <w:t xml:space="preserve"> and U.S. values </w:t>
      </w:r>
      <w:r>
        <w:rPr>
          <w:b w:val="0"/>
          <w:i w:val="0"/>
          <w:smallCaps w:val="0"/>
          <w:strike w:val="0"/>
          <w:sz w:val="22"/>
          <w:u w:val="single"/>
        </w:rPr>
        <w:t>infusing the world</w:t>
      </w:r>
      <w:r>
        <w:rPr>
          <w:b w:val="0"/>
          <w:i w:val="0"/>
          <w:smallCaps w:val="0"/>
          <w:strike w:val="0"/>
          <w:u w:val="none"/>
        </w:rPr>
        <w:t>. The exception was China, which operated a parallel internet world.</w:t>
      </w:r>
    </w:p>
    <w:p>
      <w:pPr>
        <w:spacing w:after="60"/>
      </w:pPr>
      <w:r>
        <w:rPr>
          <w:b w:val="0"/>
          <w:i w:val="0"/>
          <w:smallCaps w:val="0"/>
          <w:strike w:val="0"/>
          <w:sz w:val="22"/>
          <w:u w:val="single"/>
        </w:rPr>
        <w:t>For years</w:t>
      </w:r>
      <w:r>
        <w:rPr>
          <w:b w:val="0"/>
          <w:i w:val="0"/>
          <w:smallCaps w:val="0"/>
          <w:strike w:val="0"/>
          <w:u w:val="none"/>
        </w:rPr>
        <w:t xml:space="preserve">, foreign </w:t>
      </w:r>
      <w:r>
        <w:rPr>
          <w:b w:val="0"/>
          <w:i w:val="0"/>
          <w:smallCaps w:val="0"/>
          <w:strike w:val="0"/>
          <w:sz w:val="22"/>
          <w:u w:val="single"/>
        </w:rPr>
        <w:t>governments</w:t>
      </w:r>
      <w:r>
        <w:rPr>
          <w:b w:val="0"/>
          <w:i w:val="0"/>
          <w:smallCaps w:val="0"/>
          <w:strike w:val="0"/>
          <w:u w:val="none"/>
        </w:rPr>
        <w:t xml:space="preserve"> at times </w:t>
      </w:r>
      <w:r>
        <w:rPr>
          <w:b/>
          <w:i w:val="0"/>
          <w:smallCaps w:val="0"/>
          <w:strike w:val="0"/>
          <w:sz w:val="22"/>
          <w:u w:val="single"/>
        </w:rPr>
        <w:t>pushed back at the American-tinged internet</w:t>
      </w:r>
      <w:r>
        <w:rPr>
          <w:b w:val="0"/>
          <w:i w:val="0"/>
          <w:smallCaps w:val="0"/>
          <w:strike w:val="0"/>
          <w:u w:val="none"/>
        </w:rPr>
        <w:t xml:space="preserve">. They sometimes had understandable reasons. </w:t>
      </w:r>
      <w:r>
        <w:rPr>
          <w:b w:val="0"/>
          <w:i w:val="0"/>
          <w:smallCaps w:val="0"/>
          <w:strike w:val="0"/>
          <w:sz w:val="22"/>
          <w:u w:val="single"/>
        </w:rPr>
        <w:t>Germany</w:t>
      </w:r>
      <w:r>
        <w:rPr>
          <w:b w:val="0"/>
          <w:i w:val="0"/>
          <w:smallCaps w:val="0"/>
          <w:strike w:val="0"/>
          <w:u w:val="none"/>
        </w:rPr>
        <w:t xml:space="preserve">, for example, </w:t>
      </w:r>
      <w:r>
        <w:rPr>
          <w:b w:val="0"/>
          <w:i w:val="0"/>
          <w:smallCaps w:val="0"/>
          <w:strike w:val="0"/>
          <w:sz w:val="22"/>
          <w:u w:val="single"/>
        </w:rPr>
        <w:t>has</w:t>
      </w:r>
      <w:r>
        <w:rPr>
          <w:b w:val="0"/>
          <w:i w:val="0"/>
          <w:smallCaps w:val="0"/>
          <w:strike w:val="0"/>
          <w:u w:val="none"/>
        </w:rPr>
        <w:t xml:space="preserve"> strong norms of personal privacy and </w:t>
      </w:r>
      <w:r>
        <w:rPr>
          <w:b w:val="0"/>
          <w:i w:val="0"/>
          <w:smallCaps w:val="0"/>
          <w:strike w:val="0"/>
          <w:sz w:val="22"/>
          <w:u w:val="single"/>
        </w:rPr>
        <w:t>strict rules against denial of the Holocaust</w:t>
      </w:r>
      <w:r>
        <w:rPr>
          <w:b w:val="0"/>
          <w:i w:val="0"/>
          <w:smallCaps w:val="0"/>
          <w:strike w:val="0"/>
          <w:u w:val="none"/>
        </w:rPr>
        <w:t xml:space="preserve">. </w:t>
      </w:r>
      <w:r>
        <w:rPr>
          <w:b w:val="0"/>
          <w:i w:val="0"/>
          <w:smallCaps w:val="0"/>
          <w:strike w:val="0"/>
          <w:sz w:val="22"/>
          <w:u w:val="single"/>
        </w:rPr>
        <w:t xml:space="preserve">That has </w:t>
      </w:r>
      <w:r>
        <w:rPr>
          <w:b w:val="0"/>
          <w:i w:val="0"/>
          <w:smallCaps w:val="0"/>
          <w:strike w:val="0"/>
          <w:u w:val="none"/>
        </w:rPr>
        <w:t xml:space="preserve"> </w:t>
      </w:r>
      <w:r>
        <w:rPr>
          <w:b w:val="0"/>
          <w:i w:val="0"/>
          <w:smallCaps w:val="0"/>
          <w:strike w:val="0"/>
          <w:sz w:val="22"/>
          <w:u w:val="single"/>
        </w:rPr>
        <w:t>with the American</w:t>
      </w:r>
      <w:r>
        <w:rPr>
          <w:b w:val="0"/>
          <w:i w:val="0"/>
          <w:smallCaps w:val="0"/>
          <w:strike w:val="0"/>
          <w:u w:val="none"/>
        </w:rPr>
        <w:t xml:space="preserve"> internet </w:t>
      </w:r>
      <w:r>
        <w:rPr>
          <w:b w:val="0"/>
          <w:i w:val="0"/>
          <w:smallCaps w:val="0"/>
          <w:strike w:val="0"/>
          <w:sz w:val="22"/>
          <w:u w:val="single"/>
        </w:rPr>
        <w:t>companies’ standards of</w:t>
      </w:r>
      <w:r>
        <w:rPr>
          <w:b w:val="0"/>
          <w:i w:val="0"/>
          <w:smallCaps w:val="0"/>
          <w:strike w:val="0"/>
          <w:u w:val="none"/>
        </w:rPr>
        <w:t xml:space="preserve"> </w:t>
      </w:r>
      <w:r>
        <w:rPr>
          <w:b w:val="0"/>
          <w:i w:val="0"/>
          <w:smallCaps w:val="0"/>
          <w:strike w:val="0"/>
          <w:u w:val="none"/>
        </w:rPr>
        <w:t xml:space="preserve"> and </w:t>
      </w:r>
      <w:r>
        <w:rPr>
          <w:b w:val="0"/>
          <w:i w:val="0"/>
          <w:smallCaps w:val="0"/>
          <w:strike w:val="0"/>
          <w:u w:val="none"/>
        </w:rPr>
        <w:t>.</w:t>
      </w:r>
    </w:p>
    <w:p>
      <w:pPr>
        <w:spacing w:after="60"/>
      </w:pPr>
      <w:r>
        <w:rPr>
          <w:b w:val="0"/>
          <w:i w:val="0"/>
          <w:smallCaps w:val="0"/>
          <w:strike w:val="0"/>
          <w:u w:val="none"/>
        </w:rPr>
        <w:t xml:space="preserve">Other times, </w:t>
      </w:r>
      <w:r>
        <w:rPr>
          <w:b w:val="0"/>
          <w:i w:val="0"/>
          <w:smallCaps w:val="0"/>
          <w:strike w:val="0"/>
          <w:sz w:val="22"/>
          <w:u w:val="single"/>
        </w:rPr>
        <w:t>governments</w:t>
      </w:r>
      <w:r>
        <w:rPr>
          <w:b w:val="0"/>
          <w:i w:val="0"/>
          <w:smallCaps w:val="0"/>
          <w:strike w:val="0"/>
          <w:u w:val="none"/>
        </w:rPr>
        <w:t xml:space="preserve"> have </w:t>
      </w:r>
      <w:r>
        <w:rPr>
          <w:b w:val="0"/>
          <w:i w:val="0"/>
          <w:smallCaps w:val="0"/>
          <w:strike w:val="0"/>
          <w:sz w:val="22"/>
          <w:u w:val="single"/>
        </w:rPr>
        <w:t>imposed restrictions on online activity to</w:t>
      </w:r>
      <w:r>
        <w:rPr>
          <w:b w:val="0"/>
          <w:i w:val="0"/>
          <w:smallCaps w:val="0"/>
          <w:strike w:val="0"/>
          <w:u w:val="none"/>
        </w:rPr>
        <w:t xml:space="preserve"> from their </w:t>
      </w:r>
      <w:r>
        <w:rPr>
          <w:b w:val="0"/>
          <w:i w:val="0"/>
          <w:smallCaps w:val="0"/>
          <w:strike w:val="0"/>
          <w:u w:val="none"/>
        </w:rPr>
        <w:t xml:space="preserve">. Whether or not we agree with such tactics, </w:t>
      </w:r>
      <w:r>
        <w:rPr>
          <w:b/>
          <w:i w:val="0"/>
          <w:smallCaps w:val="0"/>
          <w:strike w:val="0"/>
          <w:sz w:val="22"/>
          <w:u w:val="single"/>
        </w:rPr>
        <w:t>the internet has never been a single global blob where borders didn’t matter.</w:t>
      </w:r>
    </w:p>
    <w:p>
      <w:pPr>
        <w:spacing w:after="60"/>
      </w:pPr>
      <w:r>
        <w:rPr>
          <w:b w:val="0"/>
          <w:i w:val="0"/>
          <w:smallCaps w:val="0"/>
          <w:strike w:val="0"/>
          <w:u w:val="none"/>
        </w:rPr>
        <w:t>And do we want it to be? I’m an American, and I prefer our relatively freewheeling internet to what exists in Russia or Vietnam. But I also recognize that each country has its own tax codes, labor laws and auto safety regulations. When Ford makes car bumpers, it has to figure out how to alter designs to meet different safety rules in Italy and Nigeria.</w:t>
      </w:r>
    </w:p>
    <w:p>
      <w:pPr>
        <w:spacing w:after="60"/>
      </w:pPr>
      <w:r>
        <w:rPr>
          <w:b w:val="0"/>
          <w:i w:val="0"/>
          <w:smallCaps w:val="0"/>
          <w:strike w:val="0"/>
          <w:u w:val="none"/>
        </w:rPr>
        <w:t xml:space="preserve">There are technical reasons that </w:t>
      </w:r>
      <w:r>
        <w:rPr>
          <w:b w:val="0"/>
          <w:i w:val="0"/>
          <w:smallCaps w:val="0"/>
          <w:strike w:val="0"/>
          <w:sz w:val="22"/>
          <w:u w:val="single"/>
        </w:rPr>
        <w:t>it’s trickier to make country-to-country rules about a website</w:t>
      </w:r>
      <w:r>
        <w:rPr>
          <w:b w:val="0"/>
          <w:i w:val="0"/>
          <w:smallCaps w:val="0"/>
          <w:strike w:val="0"/>
          <w:u w:val="none"/>
        </w:rPr>
        <w:t xml:space="preserve"> than the strength of car bumpers. But </w:t>
      </w:r>
      <w:r>
        <w:rPr>
          <w:b w:val="0"/>
          <w:i w:val="0"/>
          <w:smallCaps w:val="0"/>
          <w:strike w:val="0"/>
          <w:sz w:val="22"/>
          <w:u w:val="single"/>
        </w:rPr>
        <w:t>the idea of internet policy changing when you go from Brazil to Argentina is not crazy.</w:t>
      </w:r>
    </w:p>
    <w:p>
      <w:pPr>
        <w:spacing w:after="60"/>
      </w:pPr>
      <w:r>
        <w:rPr>
          <w:b w:val="0"/>
          <w:i w:val="0"/>
          <w:smallCaps w:val="0"/>
          <w:strike w:val="0"/>
          <w:u w:val="none"/>
        </w:rPr>
        <w:t xml:space="preserve">That’s not to say that there’s nothing to worry about. I’m concerned that </w:t>
      </w:r>
      <w:r>
        <w:rPr>
          <w:b w:val="0"/>
          <w:i w:val="0"/>
          <w:smallCaps w:val="0"/>
          <w:strike w:val="0"/>
          <w:u w:val="none"/>
        </w:rPr>
        <w:t xml:space="preserve">, </w:t>
      </w:r>
      <w:r>
        <w:rPr>
          <w:b w:val="0"/>
          <w:i w:val="0"/>
          <w:smallCaps w:val="0"/>
          <w:strike w:val="0"/>
          <w:u w:val="none"/>
        </w:rPr>
        <w:t xml:space="preserve"> restricting what people can say online or </w:t>
      </w:r>
      <w:r>
        <w:rPr>
          <w:b w:val="0"/>
          <w:i w:val="0"/>
          <w:smallCaps w:val="0"/>
          <w:strike w:val="0"/>
          <w:u w:val="none"/>
        </w:rPr>
        <w:t xml:space="preserve"> costs people digital lifelines to the outside world, and that the internet is one more way for authoritarian regimes to exert dominance.</w:t>
      </w:r>
    </w:p>
    <w:p>
      <w:pPr>
        <w:spacing w:after="60"/>
      </w:pPr>
      <w:r>
        <w:rPr>
          <w:b w:val="0"/>
          <w:i w:val="0"/>
          <w:smallCaps w:val="0"/>
          <w:strike w:val="0"/>
          <w:u w:val="none"/>
        </w:rPr>
        <w:t xml:space="preserve">But </w:t>
      </w:r>
      <w:r>
        <w:rPr>
          <w:b w:val="0"/>
          <w:i w:val="0"/>
          <w:smallCaps w:val="0"/>
          <w:strike w:val="0"/>
          <w:sz w:val="22"/>
          <w:u w:val="single"/>
        </w:rPr>
        <w:t>it’s not productive to pine for a utopian internet</w:t>
      </w:r>
      <w:r>
        <w:rPr>
          <w:b w:val="0"/>
          <w:i w:val="0"/>
          <w:smallCaps w:val="0"/>
          <w:strike w:val="0"/>
          <w:u w:val="none"/>
        </w:rPr>
        <w:t xml:space="preserve"> </w:t>
      </w:r>
      <w:r>
        <w:rPr>
          <w:b w:val="0"/>
          <w:i w:val="0"/>
          <w:smallCaps w:val="0"/>
          <w:strike w:val="0"/>
          <w:sz w:val="22"/>
          <w:u w:val="single"/>
        </w:rPr>
        <w:t>that never</w:t>
      </w:r>
      <w:r>
        <w:rPr>
          <w:b w:val="0"/>
          <w:i w:val="0"/>
          <w:smallCaps w:val="0"/>
          <w:strike w:val="0"/>
          <w:u w:val="none"/>
        </w:rPr>
        <w:t xml:space="preserve"> really </w:t>
      </w:r>
      <w:r>
        <w:rPr>
          <w:b w:val="0"/>
          <w:i w:val="0"/>
          <w:smallCaps w:val="0"/>
          <w:strike w:val="0"/>
          <w:sz w:val="22"/>
          <w:u w:val="single"/>
        </w:rPr>
        <w:t>existed</w:t>
      </w:r>
      <w:r>
        <w:rPr>
          <w:b w:val="0"/>
          <w:i w:val="0"/>
          <w:smallCaps w:val="0"/>
          <w:strike w:val="0"/>
          <w:u w:val="none"/>
        </w:rPr>
        <w:t xml:space="preserve">. </w:t>
      </w:r>
      <w:r>
        <w:rPr>
          <w:b w:val="0"/>
          <w:i w:val="0"/>
          <w:smallCaps w:val="0"/>
          <w:strike w:val="0"/>
          <w:sz w:val="22"/>
          <w:u w:val="single"/>
        </w:rPr>
        <w:t>When technologists lament the fracturing of the internet world</w:t>
      </w:r>
      <w:r>
        <w:rPr>
          <w:b w:val="0"/>
          <w:i w:val="0"/>
          <w:smallCaps w:val="0"/>
          <w:strike w:val="0"/>
          <w:u w:val="none"/>
        </w:rPr>
        <w:t xml:space="preserve">, I wonder if </w:t>
      </w:r>
      <w:r>
        <w:rPr>
          <w:b/>
          <w:i w:val="0"/>
          <w:smallCaps w:val="0"/>
          <w:strike w:val="0"/>
          <w:sz w:val="22"/>
          <w:u w:val="single"/>
        </w:rPr>
        <w:t>what they’re really mourning is the fracturing of the world, period.</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