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Despite doomsayers, the U.S. democratic system is still working, and safeguards are checking collapse.</w:t>
      </w:r>
    </w:p>
    <w:p>
      <w:pPr>
        <w:spacing w:after="80"/>
      </w:pPr>
      <w:r>
        <w:rPr>
          <w:b/>
          <w:i w:val="0"/>
          <w:smallCaps w:val="0"/>
          <w:strike w:val="0"/>
          <w:sz w:val="26"/>
          <w:u w:val="none"/>
        </w:rPr>
        <w:t>Dhamija 23</w:t>
      </w:r>
      <w:r>
        <w:rPr>
          <w:b w:val="0"/>
          <w:i w:val="0"/>
          <w:smallCaps w:val="0"/>
          <w:strike w:val="0"/>
          <w:u w:val="none"/>
        </w:rPr>
        <w:t xml:space="preserve"> – Author of several publications about democracy in the U.S. and India.</w:t>
      </w:r>
    </w:p>
    <w:p>
      <w:pPr>
        <w:spacing w:after="60"/>
      </w:pPr>
      <w:r>
        <w:rPr>
          <w:b w:val="0"/>
          <w:i w:val="0"/>
          <w:smallCaps w:val="0"/>
          <w:strike w:val="0"/>
          <w:u w:val="none"/>
        </w:rPr>
        <w:t>Bhanu Dhamija, “Is American democracy dying? No!,” The Hill, 11-29-2023, https://thehill.com/opinion/white-house/4334002-is-american-democracy-dying-no/</w:t>
      </w:r>
    </w:p>
    <w:p>
      <w:pPr>
        <w:spacing w:after="60"/>
      </w:pPr>
      <w:r>
        <w:rPr>
          <w:b w:val="0"/>
          <w:i w:val="0"/>
          <w:smallCaps w:val="0"/>
          <w:strike w:val="0"/>
          <w:u w:val="none"/>
        </w:rPr>
        <w:t xml:space="preserve">An astounding </w:t>
      </w:r>
      <w:r>
        <w:rPr>
          <w:b w:val="0"/>
          <w:i w:val="0"/>
          <w:smallCaps w:val="0"/>
          <w:strike w:val="0"/>
          <w:sz w:val="22"/>
          <w:u w:val="single"/>
        </w:rPr>
        <w:t>83 percent of Americans believe our country’s democracy is under threat</w:t>
      </w:r>
      <w:r>
        <w:rPr>
          <w:b w:val="0"/>
          <w:i w:val="0"/>
          <w:smallCaps w:val="0"/>
          <w:strike w:val="0"/>
          <w:u w:val="none"/>
        </w:rPr>
        <w:t xml:space="preserve">. President </w:t>
      </w:r>
      <w:r>
        <w:rPr>
          <w:b w:val="0"/>
          <w:i w:val="0"/>
          <w:smallCaps w:val="0"/>
          <w:strike w:val="0"/>
          <w:sz w:val="22"/>
          <w:u w:val="single"/>
        </w:rPr>
        <w:t>Biden keeps reminding us that</w:t>
      </w:r>
      <w:r>
        <w:rPr>
          <w:b w:val="0"/>
          <w:i w:val="0"/>
          <w:smallCaps w:val="0"/>
          <w:strike w:val="0"/>
          <w:u w:val="none"/>
        </w:rPr>
        <w:t xml:space="preserve"> former President </w:t>
      </w:r>
      <w:r>
        <w:rPr>
          <w:b w:val="0"/>
          <w:i w:val="0"/>
          <w:smallCaps w:val="0"/>
          <w:strike w:val="0"/>
          <w:sz w:val="22"/>
          <w:u w:val="single"/>
        </w:rPr>
        <w:t>Trump poses an existential threat to democracy</w:t>
      </w:r>
      <w:r>
        <w:rPr>
          <w:b w:val="0"/>
          <w:i w:val="0"/>
          <w:smallCaps w:val="0"/>
          <w:strike w:val="0"/>
          <w:u w:val="none"/>
        </w:rPr>
        <w:t xml:space="preserve">. </w:t>
      </w:r>
      <w:r>
        <w:rPr>
          <w:b w:val="0"/>
          <w:i w:val="0"/>
          <w:smallCaps w:val="0"/>
          <w:strike w:val="0"/>
          <w:sz w:val="22"/>
          <w:u w:val="single"/>
        </w:rPr>
        <w:t>Trump says the same thing about Biden</w:t>
      </w:r>
      <w:r>
        <w:rPr>
          <w:b w:val="0"/>
          <w:i w:val="0"/>
          <w:smallCaps w:val="0"/>
          <w:strike w:val="0"/>
          <w:u w:val="none"/>
        </w:rPr>
        <w:t xml:space="preserve">. And, in a recent poll, a majority of both Democrats and </w:t>
      </w:r>
      <w:r>
        <w:rPr>
          <w:b w:val="0"/>
          <w:i w:val="0"/>
          <w:smallCaps w:val="0"/>
          <w:strike w:val="0"/>
          <w:sz w:val="22"/>
          <w:u w:val="single"/>
        </w:rPr>
        <w:t>Republicans says that “democracy is in danger of collapse</w:t>
      </w:r>
      <w:r>
        <w:rPr>
          <w:b w:val="0"/>
          <w:i w:val="0"/>
          <w:smallCaps w:val="0"/>
          <w:strike w:val="0"/>
          <w:u w:val="none"/>
        </w:rPr>
        <w:t>.”</w:t>
      </w:r>
    </w:p>
    <w:p>
      <w:pPr>
        <w:spacing w:after="60"/>
      </w:pPr>
      <w:r>
        <w:rPr>
          <w:b w:val="0"/>
          <w:i w:val="0"/>
          <w:smallCaps w:val="0"/>
          <w:strike w:val="0"/>
          <w:u w:val="none"/>
        </w:rPr>
        <w:t xml:space="preserve">But </w:t>
      </w:r>
      <w:r>
        <w:rPr>
          <w:b/>
          <w:i w:val="0"/>
          <w:smallCaps w:val="0"/>
          <w:strike w:val="0"/>
          <w:sz w:val="22"/>
          <w:u w:val="single"/>
        </w:rPr>
        <w:t>a different story emerges on the ground</w:t>
      </w:r>
      <w:r>
        <w:rPr>
          <w:b w:val="0"/>
          <w:i w:val="0"/>
          <w:smallCaps w:val="0"/>
          <w:strike w:val="0"/>
          <w:u w:val="none"/>
        </w:rPr>
        <w:t xml:space="preserve">. American </w:t>
      </w:r>
      <w:r>
        <w:rPr>
          <w:b w:val="0"/>
          <w:i w:val="0"/>
          <w:smallCaps w:val="0"/>
          <w:strike w:val="0"/>
          <w:sz w:val="22"/>
          <w:u w:val="single"/>
        </w:rPr>
        <w:t xml:space="preserve">elections are being held </w:t>
      </w:r>
      <w:r>
        <w:rPr>
          <w:b/>
          <w:i w:val="0"/>
          <w:smallCaps w:val="0"/>
          <w:strike w:val="0"/>
          <w:sz w:val="22"/>
          <w:u w:val="single"/>
        </w:rPr>
        <w:t>properly</w:t>
      </w:r>
      <w:r>
        <w:rPr>
          <w:b w:val="0"/>
          <w:i w:val="0"/>
          <w:smallCaps w:val="0"/>
          <w:strike w:val="0"/>
          <w:sz w:val="22"/>
          <w:u w:val="single"/>
        </w:rPr>
        <w:t xml:space="preserve"> and </w:t>
      </w:r>
      <w:r>
        <w:rPr>
          <w:b/>
          <w:i w:val="0"/>
          <w:smallCaps w:val="0"/>
          <w:strike w:val="0"/>
          <w:sz w:val="22"/>
          <w:u w:val="single"/>
        </w:rPr>
        <w:t>on time</w:t>
      </w:r>
      <w:r>
        <w:rPr>
          <w:b w:val="0"/>
          <w:i w:val="0"/>
          <w:smallCaps w:val="0"/>
          <w:strike w:val="0"/>
          <w:u w:val="none"/>
        </w:rPr>
        <w:t xml:space="preserve">, </w:t>
      </w:r>
      <w:r>
        <w:rPr>
          <w:b/>
          <w:i w:val="0"/>
          <w:smallCaps w:val="0"/>
          <w:strike w:val="0"/>
          <w:sz w:val="22"/>
          <w:u w:val="single"/>
        </w:rPr>
        <w:t>participation rates are high</w:t>
      </w:r>
      <w:r>
        <w:rPr>
          <w:b w:val="0"/>
          <w:i w:val="0"/>
          <w:smallCaps w:val="0"/>
          <w:strike w:val="0"/>
          <w:u w:val="none"/>
        </w:rPr>
        <w:t xml:space="preserve"> </w:t>
      </w:r>
      <w:r>
        <w:rPr>
          <w:b w:val="0"/>
          <w:i w:val="0"/>
          <w:smallCaps w:val="0"/>
          <w:strike w:val="0"/>
          <w:sz w:val="22"/>
          <w:u w:val="single"/>
        </w:rPr>
        <w:t xml:space="preserve">and our state and federal administrations are </w:t>
      </w:r>
      <w:r>
        <w:rPr>
          <w:b/>
          <w:i w:val="0"/>
          <w:smallCaps w:val="0"/>
          <w:strike w:val="0"/>
          <w:sz w:val="22"/>
          <w:u w:val="single"/>
        </w:rPr>
        <w:t>stable</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functioning exactly</w:t>
      </w:r>
      <w:r>
        <w:rPr>
          <w:b w:val="0"/>
          <w:i w:val="0"/>
          <w:smallCaps w:val="0"/>
          <w:strike w:val="0"/>
          <w:sz w:val="22"/>
          <w:u w:val="single"/>
        </w:rPr>
        <w:t xml:space="preserve"> as the </w:t>
      </w:r>
      <w:r>
        <w:rPr>
          <w:b/>
          <w:i w:val="0"/>
          <w:smallCaps w:val="0"/>
          <w:strike w:val="0"/>
          <w:sz w:val="22"/>
          <w:u w:val="single"/>
        </w:rPr>
        <w:t>Constitution prescribes</w:t>
      </w:r>
      <w:r>
        <w:rPr>
          <w:b w:val="0"/>
          <w:i w:val="0"/>
          <w:smallCaps w:val="0"/>
          <w:strike w:val="0"/>
          <w:u w:val="none"/>
        </w:rPr>
        <w:t xml:space="preserve">. </w:t>
      </w:r>
      <w:r>
        <w:rPr>
          <w:b/>
          <w:i w:val="0"/>
          <w:smallCaps w:val="0"/>
          <w:strike w:val="0"/>
          <w:sz w:val="22"/>
          <w:u w:val="single"/>
        </w:rPr>
        <w:t>All local government bodies</w:t>
      </w:r>
      <w:r>
        <w:rPr>
          <w:b w:val="0"/>
          <w:i w:val="0"/>
          <w:smallCaps w:val="0"/>
          <w:strike w:val="0"/>
          <w:u w:val="none"/>
        </w:rPr>
        <w:t xml:space="preserve"> — about 80,000 of them, from city councils to boards of education — </w:t>
      </w:r>
      <w:r>
        <w:rPr>
          <w:b w:val="0"/>
          <w:i w:val="0"/>
          <w:smallCaps w:val="0"/>
          <w:strike w:val="0"/>
          <w:sz w:val="22"/>
          <w:u w:val="single"/>
        </w:rPr>
        <w:t xml:space="preserve">and </w:t>
      </w:r>
      <w:r>
        <w:rPr>
          <w:b/>
          <w:i w:val="0"/>
          <w:smallCaps w:val="0"/>
          <w:strike w:val="0"/>
          <w:sz w:val="22"/>
          <w:u w:val="single"/>
        </w:rPr>
        <w:t>all 50 state governments</w:t>
      </w:r>
      <w:r>
        <w:rPr>
          <w:b w:val="0"/>
          <w:i w:val="0"/>
          <w:smallCaps w:val="0"/>
          <w:strike w:val="0"/>
          <w:u w:val="none"/>
        </w:rPr>
        <w:t xml:space="preserve"> </w:t>
      </w:r>
      <w:r>
        <w:rPr>
          <w:b w:val="0"/>
          <w:i w:val="0"/>
          <w:smallCaps w:val="0"/>
          <w:strike w:val="0"/>
          <w:sz w:val="22"/>
          <w:u w:val="single"/>
        </w:rPr>
        <w:t xml:space="preserve">are performing their </w:t>
      </w:r>
      <w:r>
        <w:rPr>
          <w:b/>
          <w:i w:val="0"/>
          <w:smallCaps w:val="0"/>
          <w:strike w:val="0"/>
          <w:sz w:val="22"/>
          <w:u w:val="single"/>
        </w:rPr>
        <w:t>designated duties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remain accountable</w:t>
      </w:r>
      <w:r>
        <w:rPr>
          <w:b w:val="0"/>
          <w:i w:val="0"/>
          <w:smallCaps w:val="0"/>
          <w:strike w:val="0"/>
          <w:sz w:val="22"/>
          <w:u w:val="single"/>
        </w:rPr>
        <w:t xml:space="preserve"> to “We the People.”</w:t>
      </w:r>
    </w:p>
    <w:p>
      <w:pPr>
        <w:spacing w:after="60"/>
      </w:pPr>
      <w:r>
        <w:rPr>
          <w:b w:val="0"/>
          <w:i w:val="0"/>
          <w:smallCaps w:val="0"/>
          <w:strike w:val="0"/>
          <w:sz w:val="22"/>
          <w:u w:val="single"/>
        </w:rPr>
        <w:t xml:space="preserve">If the recent elections in </w:t>
      </w:r>
      <w:r>
        <w:rPr>
          <w:b/>
          <w:i w:val="0"/>
          <w:smallCaps w:val="0"/>
          <w:strike w:val="0"/>
          <w:sz w:val="22"/>
          <w:u w:val="single"/>
        </w:rPr>
        <w:t>Virginia</w:t>
      </w:r>
      <w:r>
        <w:rPr>
          <w:b w:val="0"/>
          <w:i w:val="0"/>
          <w:smallCaps w:val="0"/>
          <w:strike w:val="0"/>
          <w:u w:val="none"/>
        </w:rPr>
        <w:t xml:space="preserve">, </w:t>
      </w:r>
      <w:r>
        <w:rPr>
          <w:b/>
          <w:i w:val="0"/>
          <w:smallCaps w:val="0"/>
          <w:strike w:val="0"/>
          <w:sz w:val="22"/>
          <w:u w:val="single"/>
        </w:rPr>
        <w:t>Ohio</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Kentucky</w:t>
      </w:r>
      <w:r>
        <w:rPr>
          <w:b w:val="0"/>
          <w:i w:val="0"/>
          <w:smallCaps w:val="0"/>
          <w:strike w:val="0"/>
          <w:u w:val="none"/>
        </w:rPr>
        <w:t xml:space="preserve"> </w:t>
      </w:r>
      <w:r>
        <w:rPr>
          <w:b w:val="0"/>
          <w:i w:val="0"/>
          <w:smallCaps w:val="0"/>
          <w:strike w:val="0"/>
          <w:sz w:val="22"/>
          <w:u w:val="single"/>
        </w:rPr>
        <w:t xml:space="preserve">tell us anything, it’s that American democracy is </w:t>
      </w:r>
      <w:r>
        <w:rPr>
          <w:b/>
          <w:i w:val="0"/>
          <w:smallCaps w:val="0"/>
          <w:strike w:val="0"/>
          <w:sz w:val="22"/>
          <w:u w:val="single"/>
        </w:rPr>
        <w:t>highly responsive</w:t>
      </w:r>
      <w:r>
        <w:rPr>
          <w:b w:val="0"/>
          <w:i w:val="0"/>
          <w:smallCaps w:val="0"/>
          <w:strike w:val="0"/>
          <w:u w:val="none"/>
        </w:rPr>
        <w:t>. The Democrats won big — even though Biden’s approval rating is down near 40 percent — mostly because a pro-abortion rights agenda is what the people want.</w:t>
      </w:r>
    </w:p>
    <w:p>
      <w:pPr>
        <w:spacing w:after="60"/>
      </w:pPr>
      <w:r>
        <w:rPr>
          <w:b w:val="0"/>
          <w:i w:val="0"/>
          <w:smallCaps w:val="0"/>
          <w:strike w:val="0"/>
          <w:sz w:val="22"/>
          <w:u w:val="single"/>
        </w:rPr>
        <w:t>At the federal level</w:t>
      </w:r>
      <w:r>
        <w:rPr>
          <w:b w:val="0"/>
          <w:i w:val="0"/>
          <w:smallCaps w:val="0"/>
          <w:strike w:val="0"/>
          <w:u w:val="none"/>
        </w:rPr>
        <w:t xml:space="preserve">, where most of this alarming talk is focused, </w:t>
      </w:r>
      <w:r>
        <w:rPr>
          <w:b w:val="0"/>
          <w:i w:val="0"/>
          <w:smallCaps w:val="0"/>
          <w:strike w:val="0"/>
          <w:sz w:val="22"/>
          <w:u w:val="single"/>
        </w:rPr>
        <w:t xml:space="preserve">our three coequal branches are functioning </w:t>
      </w:r>
      <w:r>
        <w:rPr>
          <w:b/>
          <w:i w:val="0"/>
          <w:smallCaps w:val="0"/>
          <w:strike w:val="0"/>
          <w:sz w:val="22"/>
          <w:u w:val="single"/>
        </w:rPr>
        <w:t>much as they have</w:t>
      </w:r>
      <w:r>
        <w:rPr>
          <w:b w:val="0"/>
          <w:i w:val="0"/>
          <w:smallCaps w:val="0"/>
          <w:strike w:val="0"/>
          <w:sz w:val="22"/>
          <w:u w:val="single"/>
        </w:rPr>
        <w:t xml:space="preserve"> for </w:t>
      </w:r>
      <w:r>
        <w:rPr>
          <w:b/>
          <w:i w:val="0"/>
          <w:smallCaps w:val="0"/>
          <w:strike w:val="0"/>
          <w:sz w:val="22"/>
          <w:u w:val="single"/>
        </w:rPr>
        <w:t>235 years</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 xml:space="preserve">Congress passed five consequential laws last year, most with </w:t>
      </w:r>
      <w:r>
        <w:rPr>
          <w:b/>
          <w:i w:val="0"/>
          <w:smallCaps w:val="0"/>
          <w:strike w:val="0"/>
          <w:sz w:val="22"/>
          <w:u w:val="single"/>
        </w:rPr>
        <w:t>bipartisan support</w:t>
      </w:r>
      <w:r>
        <w:rPr>
          <w:b w:val="0"/>
          <w:i w:val="0"/>
          <w:smallCaps w:val="0"/>
          <w:strike w:val="0"/>
          <w:u w:val="none"/>
        </w:rPr>
        <w:t xml:space="preserve">: </w:t>
      </w:r>
      <w:r>
        <w:rPr>
          <w:b w:val="0"/>
          <w:i w:val="0"/>
          <w:smallCaps w:val="0"/>
          <w:strike w:val="0"/>
          <w:sz w:val="22"/>
          <w:u w:val="single"/>
        </w:rPr>
        <w:t xml:space="preserve">it acted on </w:t>
      </w:r>
      <w:r>
        <w:rPr>
          <w:b/>
          <w:i w:val="0"/>
          <w:smallCaps w:val="0"/>
          <w:strike w:val="0"/>
          <w:sz w:val="22"/>
          <w:u w:val="single"/>
        </w:rPr>
        <w:t>climate change</w:t>
      </w:r>
      <w:r>
        <w:rPr>
          <w:b w:val="0"/>
          <w:i w:val="0"/>
          <w:smallCaps w:val="0"/>
          <w:strike w:val="0"/>
          <w:u w:val="none"/>
        </w:rPr>
        <w:t xml:space="preserve">, reformed </w:t>
      </w:r>
      <w:r>
        <w:rPr>
          <w:b/>
          <w:i w:val="0"/>
          <w:smallCaps w:val="0"/>
          <w:strike w:val="0"/>
          <w:sz w:val="22"/>
          <w:u w:val="single"/>
        </w:rPr>
        <w:t>presidential elections</w:t>
      </w:r>
      <w:r>
        <w:rPr>
          <w:b w:val="0"/>
          <w:i w:val="0"/>
          <w:smallCaps w:val="0"/>
          <w:strike w:val="0"/>
          <w:u w:val="none"/>
        </w:rPr>
        <w:t xml:space="preserve">, tightened </w:t>
      </w:r>
      <w:r>
        <w:rPr>
          <w:b/>
          <w:i w:val="0"/>
          <w:smallCaps w:val="0"/>
          <w:strike w:val="0"/>
          <w:sz w:val="22"/>
          <w:u w:val="single"/>
        </w:rPr>
        <w:t>gun laws</w:t>
      </w:r>
      <w:r>
        <w:rPr>
          <w:b w:val="0"/>
          <w:i w:val="0"/>
          <w:smallCaps w:val="0"/>
          <w:strike w:val="0"/>
          <w:u w:val="none"/>
        </w:rPr>
        <w:t xml:space="preserve">, strengthened </w:t>
      </w:r>
      <w:r>
        <w:rPr>
          <w:b/>
          <w:i w:val="0"/>
          <w:smallCaps w:val="0"/>
          <w:strike w:val="0"/>
          <w:sz w:val="22"/>
          <w:u w:val="single"/>
        </w:rPr>
        <w:t>U.S. manufacturing</w:t>
      </w:r>
      <w:r>
        <w:rPr>
          <w:b w:val="0"/>
          <w:i w:val="0"/>
          <w:smallCaps w:val="0"/>
          <w:strike w:val="0"/>
          <w:u w:val="none"/>
        </w:rPr>
        <w:t xml:space="preserve"> against China, </w:t>
      </w:r>
      <w:r>
        <w:rPr>
          <w:b w:val="0"/>
          <w:i w:val="0"/>
          <w:smallCaps w:val="0"/>
          <w:strike w:val="0"/>
          <w:sz w:val="22"/>
          <w:u w:val="single"/>
        </w:rPr>
        <w:t>and</w:t>
      </w:r>
      <w:r>
        <w:rPr>
          <w:b w:val="0"/>
          <w:i w:val="0"/>
          <w:smallCaps w:val="0"/>
          <w:strike w:val="0"/>
          <w:u w:val="none"/>
        </w:rPr>
        <w:t xml:space="preserve"> enshrined </w:t>
      </w:r>
      <w:r>
        <w:rPr>
          <w:b/>
          <w:i w:val="0"/>
          <w:smallCaps w:val="0"/>
          <w:strike w:val="0"/>
          <w:sz w:val="22"/>
          <w:u w:val="single"/>
        </w:rPr>
        <w:t>same-sex marriage</w:t>
      </w:r>
      <w:r>
        <w:rPr>
          <w:b w:val="0"/>
          <w:i w:val="0"/>
          <w:smallCaps w:val="0"/>
          <w:strike w:val="0"/>
          <w:u w:val="none"/>
        </w:rPr>
        <w:t xml:space="preserve"> nationally. This year, the GOP-controlled House and Democrat-controlled Senate and presidency are duking it out as they always have under our unique system of divided government. And the Supreme Court continues to issue far-reaching decisions, most recently on affirmative action, state rights and executive overreach.</w:t>
      </w:r>
    </w:p>
    <w:p>
      <w:pPr>
        <w:spacing w:after="60"/>
      </w:pPr>
      <w:r>
        <w:rPr>
          <w:b w:val="0"/>
          <w:i w:val="0"/>
          <w:smallCaps w:val="0"/>
          <w:strike w:val="0"/>
          <w:sz w:val="22"/>
          <w:u w:val="single"/>
        </w:rPr>
        <w:t>As for</w:t>
      </w:r>
      <w:r>
        <w:rPr>
          <w:b w:val="0"/>
          <w:i w:val="0"/>
          <w:smallCaps w:val="0"/>
          <w:strike w:val="0"/>
          <w:u w:val="none"/>
        </w:rPr>
        <w:t xml:space="preserve"> Donald </w:t>
      </w:r>
      <w:r>
        <w:rPr>
          <w:b/>
          <w:i w:val="0"/>
          <w:smallCaps w:val="0"/>
          <w:strike w:val="0"/>
          <w:sz w:val="22"/>
          <w:u w:val="single"/>
        </w:rPr>
        <w:t>Trump</w:t>
      </w:r>
      <w:r>
        <w:rPr>
          <w:b w:val="0"/>
          <w:i w:val="0"/>
          <w:smallCaps w:val="0"/>
          <w:strike w:val="0"/>
          <w:u w:val="none"/>
        </w:rPr>
        <w:t xml:space="preserve">, </w:t>
      </w:r>
      <w:r>
        <w:rPr>
          <w:b w:val="0"/>
          <w:i w:val="0"/>
          <w:smallCaps w:val="0"/>
          <w:strike w:val="0"/>
          <w:sz w:val="22"/>
          <w:u w:val="single"/>
        </w:rPr>
        <w:t xml:space="preserve">the American system’s built-in safeguards dealt with him </w:t>
      </w:r>
      <w:r>
        <w:rPr>
          <w:b/>
          <w:i w:val="0"/>
          <w:smallCaps w:val="0"/>
          <w:strike w:val="0"/>
          <w:sz w:val="22"/>
          <w:u w:val="single"/>
        </w:rPr>
        <w:t>quite effectively</w:t>
      </w:r>
      <w:r>
        <w:rPr>
          <w:b w:val="0"/>
          <w:i w:val="0"/>
          <w:smallCaps w:val="0"/>
          <w:strike w:val="0"/>
          <w:u w:val="none"/>
        </w:rPr>
        <w:t xml:space="preserve">. </w:t>
      </w:r>
      <w:r>
        <w:rPr>
          <w:b w:val="0"/>
          <w:i w:val="0"/>
          <w:smallCaps w:val="0"/>
          <w:strike w:val="0"/>
          <w:sz w:val="22"/>
          <w:u w:val="single"/>
        </w:rPr>
        <w:t>His wings were clipped within two years of taking office when Democrats regained the House majority</w:t>
      </w:r>
      <w:r>
        <w:rPr>
          <w:b w:val="0"/>
          <w:i w:val="0"/>
          <w:smallCaps w:val="0"/>
          <w:strike w:val="0"/>
          <w:u w:val="none"/>
        </w:rPr>
        <w:t xml:space="preserve"> in the 2018 midterms</w:t>
      </w:r>
      <w:r>
        <w:rPr>
          <w:b w:val="0"/>
          <w:i w:val="0"/>
          <w:smallCaps w:val="0"/>
          <w:strike w:val="0"/>
          <w:sz w:val="22"/>
          <w:u w:val="single"/>
        </w:rPr>
        <w:t>. In his last two years in office, Trump was crippled by investigations and two impeachments</w:t>
      </w:r>
      <w:r>
        <w:rPr>
          <w:b w:val="0"/>
          <w:i w:val="0"/>
          <w:smallCaps w:val="0"/>
          <w:strike w:val="0"/>
          <w:u w:val="none"/>
        </w:rPr>
        <w:t xml:space="preserve">. And </w:t>
      </w:r>
      <w:r>
        <w:rPr>
          <w:b w:val="0"/>
          <w:i w:val="0"/>
          <w:smallCaps w:val="0"/>
          <w:strike w:val="0"/>
          <w:sz w:val="22"/>
          <w:u w:val="single"/>
        </w:rPr>
        <w:t xml:space="preserve">his post-presidency so far includes indictments on </w:t>
      </w:r>
      <w:r>
        <w:rPr>
          <w:b/>
          <w:i w:val="0"/>
          <w:smallCaps w:val="0"/>
          <w:strike w:val="0"/>
          <w:sz w:val="22"/>
          <w:u w:val="single"/>
        </w:rPr>
        <w:t>91 charges</w:t>
      </w:r>
      <w:r>
        <w:rPr>
          <w:b w:val="0"/>
          <w:i w:val="0"/>
          <w:smallCaps w:val="0"/>
          <w:strike w:val="0"/>
          <w:u w:val="none"/>
        </w:rPr>
        <w:t xml:space="preserve"> across four criminal cases, 47 state and 44 federal.</w:t>
      </w:r>
    </w:p>
    <w:p>
      <w:pPr>
        <w:spacing w:after="60"/>
      </w:pPr>
      <w:r>
        <w:rPr>
          <w:b w:val="0"/>
          <w:i w:val="0"/>
          <w:smallCaps w:val="0"/>
          <w:strike w:val="0"/>
          <w:sz w:val="22"/>
          <w:u w:val="single"/>
        </w:rPr>
        <w:t>Trump’s attempts to overreach</w:t>
      </w:r>
      <w:r>
        <w:rPr>
          <w:b w:val="0"/>
          <w:i w:val="0"/>
          <w:smallCaps w:val="0"/>
          <w:strike w:val="0"/>
          <w:u w:val="none"/>
        </w:rPr>
        <w:t xml:space="preserve"> or act unilaterally </w:t>
      </w:r>
      <w:r>
        <w:rPr>
          <w:b w:val="0"/>
          <w:i w:val="0"/>
          <w:smallCaps w:val="0"/>
          <w:strike w:val="0"/>
          <w:sz w:val="22"/>
          <w:u w:val="single"/>
        </w:rPr>
        <w:t xml:space="preserve">were stopped by our </w:t>
      </w:r>
      <w:r>
        <w:rPr>
          <w:b/>
          <w:i w:val="0"/>
          <w:smallCaps w:val="0"/>
          <w:strike w:val="0"/>
          <w:sz w:val="22"/>
          <w:u w:val="single"/>
        </w:rPr>
        <w:t>renowned system of checks and balances</w:t>
      </w:r>
      <w:r>
        <w:rPr>
          <w:b w:val="0"/>
          <w:i w:val="0"/>
          <w:smallCaps w:val="0"/>
          <w:strike w:val="0"/>
          <w:u w:val="none"/>
        </w:rPr>
        <w:t xml:space="preserve">. </w:t>
      </w:r>
      <w:r>
        <w:rPr>
          <w:b w:val="0"/>
          <w:i w:val="0"/>
          <w:smallCaps w:val="0"/>
          <w:strike w:val="0"/>
          <w:sz w:val="22"/>
          <w:u w:val="single"/>
        </w:rPr>
        <w:t>His ban on immigration</w:t>
      </w:r>
      <w:r>
        <w:rPr>
          <w:b w:val="0"/>
          <w:i w:val="0"/>
          <w:smallCaps w:val="0"/>
          <w:strike w:val="0"/>
          <w:u w:val="none"/>
        </w:rPr>
        <w:t xml:space="preserve"> from some Muslim countries, for example, and his policy to separate children from their undocumented immigrant parents </w:t>
      </w:r>
      <w:r>
        <w:rPr>
          <w:b w:val="0"/>
          <w:i w:val="0"/>
          <w:smallCaps w:val="0"/>
          <w:strike w:val="0"/>
          <w:sz w:val="22"/>
          <w:u w:val="single"/>
        </w:rPr>
        <w:t>were</w:t>
      </w:r>
      <w:r>
        <w:rPr>
          <w:b w:val="0"/>
          <w:i w:val="0"/>
          <w:smallCaps w:val="0"/>
          <w:strike w:val="0"/>
          <w:u w:val="none"/>
        </w:rPr>
        <w:t xml:space="preserve"> both </w:t>
      </w:r>
      <w:r>
        <w:rPr>
          <w:b w:val="0"/>
          <w:i w:val="0"/>
          <w:smallCaps w:val="0"/>
          <w:strike w:val="0"/>
          <w:sz w:val="22"/>
          <w:u w:val="single"/>
        </w:rPr>
        <w:t>stopped by the courts.</w:t>
      </w:r>
      <w:r>
        <w:rPr>
          <w:b w:val="0"/>
          <w:i w:val="0"/>
          <w:smallCaps w:val="0"/>
          <w:strike w:val="0"/>
          <w:u w:val="none"/>
        </w:rPr>
        <w:t xml:space="preserve"> </w:t>
      </w:r>
      <w:r>
        <w:rPr>
          <w:b w:val="0"/>
          <w:i w:val="0"/>
          <w:smallCaps w:val="0"/>
          <w:strike w:val="0"/>
          <w:sz w:val="22"/>
          <w:u w:val="single"/>
        </w:rPr>
        <w:t>His attempt to build a wall on the southern border was curtailed by Congress.</w:t>
      </w:r>
    </w:p>
    <w:p>
      <w:pPr>
        <w:spacing w:after="60"/>
      </w:pPr>
      <w:r>
        <w:rPr>
          <w:b w:val="0"/>
          <w:i w:val="0"/>
          <w:smallCaps w:val="0"/>
          <w:strike w:val="0"/>
          <w:u w:val="none"/>
        </w:rPr>
        <w:t xml:space="preserve">Even the authors of the best-selling book “How Democracies Die” acknowledged that, in his first year, “President </w:t>
      </w:r>
      <w:r>
        <w:rPr>
          <w:b w:val="0"/>
          <w:i w:val="0"/>
          <w:smallCaps w:val="0"/>
          <w:strike w:val="0"/>
          <w:sz w:val="22"/>
          <w:u w:val="single"/>
        </w:rPr>
        <w:t xml:space="preserve">Trump </w:t>
      </w:r>
      <w:r>
        <w:rPr>
          <w:b/>
          <w:i w:val="0"/>
          <w:smallCaps w:val="0"/>
          <w:strike w:val="0"/>
          <w:sz w:val="22"/>
          <w:u w:val="single"/>
        </w:rPr>
        <w:t>repeatedly scraped up</w:t>
      </w:r>
      <w:r>
        <w:rPr>
          <w:b w:val="0"/>
          <w:i w:val="0"/>
          <w:smallCaps w:val="0"/>
          <w:strike w:val="0"/>
          <w:sz w:val="22"/>
          <w:u w:val="single"/>
        </w:rPr>
        <w:t xml:space="preserve"> against the guardrails</w:t>
      </w:r>
      <w:r>
        <w:rPr>
          <w:b w:val="0"/>
          <w:i w:val="0"/>
          <w:smallCaps w:val="0"/>
          <w:strike w:val="0"/>
          <w:u w:val="none"/>
        </w:rPr>
        <w:t xml:space="preserve">, like a reckless driver, </w:t>
      </w:r>
      <w:r>
        <w:rPr>
          <w:b w:val="0"/>
          <w:i w:val="0"/>
          <w:smallCaps w:val="0"/>
          <w:strike w:val="0"/>
          <w:sz w:val="22"/>
          <w:u w:val="single"/>
        </w:rPr>
        <w:t>but he did not break through them. We did not cross the line into authoritarianism.”</w:t>
      </w:r>
    </w:p>
    <w:p>
      <w:pPr>
        <w:spacing w:after="60"/>
      </w:pPr>
      <w:r>
        <w:rPr>
          <w:b w:val="0"/>
          <w:i w:val="0"/>
          <w:smallCaps w:val="0"/>
          <w:strike w:val="0"/>
          <w:sz w:val="22"/>
          <w:u w:val="single"/>
        </w:rPr>
        <w:t>But still the scaremongers warn about democracy’s impending demise</w:t>
      </w:r>
      <w:r>
        <w:rPr>
          <w:b w:val="0"/>
          <w:i w:val="0"/>
          <w:smallCaps w:val="0"/>
          <w:strike w:val="0"/>
          <w:u w:val="none"/>
        </w:rPr>
        <w:t xml:space="preserve">. Their ongoing narrative is about Trump’s “Big Lie” (that Biden’s victory was illegitimate) and his incitement of the January 6th attack on the Capitol. But Trump failed at these shenanigans too, thanks again to our system’s built-in restraints. </w:t>
      </w:r>
      <w:r>
        <w:rPr>
          <w:b w:val="0"/>
          <w:i w:val="0"/>
          <w:smallCaps w:val="0"/>
          <w:strike w:val="0"/>
          <w:sz w:val="22"/>
          <w:u w:val="single"/>
        </w:rPr>
        <w:t>Nearly all state and federal elected officials</w:t>
      </w:r>
      <w:r>
        <w:rPr>
          <w:b w:val="0"/>
          <w:i w:val="0"/>
          <w:smallCaps w:val="0"/>
          <w:strike w:val="0"/>
          <w:u w:val="none"/>
        </w:rPr>
        <w:t xml:space="preserve"> — including many Republicans and his own vice president — </w:t>
      </w:r>
      <w:r>
        <w:rPr>
          <w:b w:val="0"/>
          <w:i w:val="0"/>
          <w:smallCaps w:val="0"/>
          <w:strike w:val="0"/>
          <w:sz w:val="22"/>
          <w:u w:val="single"/>
        </w:rPr>
        <w:t>remained true to their constitutional oaths and refused to enable his attempts to stay in office.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