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Ignore media hype and political showmanship. It’s not reflective of the actual status of U.S. democracy.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Fields and Deveaux 24</w:t>
      </w:r>
      <w:r>
        <w:rPr>
          <w:b w:val="0"/>
          <w:i w:val="0"/>
          <w:smallCaps w:val="0"/>
          <w:strike w:val="0"/>
          <w:u w:val="none"/>
        </w:rPr>
        <w:t xml:space="preserve"> – Journalists at the Associated Press.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Gary Fields and Amelia Deveaux, “Yes, we’re divided. But new AP-NORC poll shows Americans still agree on most core American values,” Associated Press, 04-03-2024, https://apnews.com/article/ap-poll-democracy-rights-freedoms-election-b1047da72551e13554a3959487e5181a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Despite the country’s deep political polarization,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most Americans </w:t>
      </w:r>
      <w:r>
        <w:rPr>
          <w:b/>
          <w:i w:val="0"/>
          <w:smallCaps w:val="0"/>
          <w:strike w:val="0"/>
          <w:sz w:val="22"/>
          <w:u w:val="single"/>
        </w:rPr>
        <w:t>share many core beliefs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what it means to be an American, according to a new poll.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poll from The Associated Press-NORC Center for Public Affairs Research found that about </w:t>
      </w:r>
      <w:r>
        <w:rPr>
          <w:b w:val="0"/>
          <w:i w:val="0"/>
          <w:smallCaps w:val="0"/>
          <w:strike w:val="0"/>
          <w:sz w:val="22"/>
          <w:u w:val="single"/>
        </w:rPr>
        <w:t>9 in 10 U.S. adults say the right to vote, the right to equal protection under the law and the right to privacy are extremely important</w:t>
      </w:r>
      <w:r>
        <w:rPr>
          <w:b w:val="0"/>
          <w:i w:val="0"/>
          <w:smallCaps w:val="0"/>
          <w:strike w:val="0"/>
          <w:u w:val="none"/>
        </w:rPr>
        <w:t xml:space="preserve"> or very important to the United States’ identity as a nation. </w:t>
      </w:r>
      <w:r>
        <w:rPr>
          <w:b w:val="0"/>
          <w:i w:val="0"/>
          <w:smallCaps w:val="0"/>
          <w:strike w:val="0"/>
          <w:sz w:val="22"/>
          <w:u w:val="single"/>
        </w:rPr>
        <w:t>The survey also found that 84% feel the same way about the freedom of religion.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results</w:t>
      </w:r>
      <w:r>
        <w:rPr>
          <w:b w:val="0"/>
          <w:i w:val="0"/>
          <w:smallCaps w:val="0"/>
          <w:strike w:val="0"/>
          <w:u w:val="none"/>
        </w:rPr>
        <w:t xml:space="preserve">, which included perspectives on a number of different freedoms and rights,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have only small variances between Republicans and </w:t>
      </w:r>
      <w:r>
        <w:rPr>
          <w:b w:val="0"/>
          <w:i w:val="0"/>
          <w:smallCaps w:val="0"/>
          <w:strike w:val="0"/>
          <w:sz w:val="22"/>
          <w:u w:val="single"/>
        </w:rPr>
        <w:t>Democrats</w:t>
      </w:r>
      <w:r>
        <w:rPr>
          <w:b w:val="0"/>
          <w:i w:val="0"/>
          <w:smallCaps w:val="0"/>
          <w:strike w:val="0"/>
          <w:u w:val="none"/>
        </w:rPr>
        <w:t xml:space="preserve"> except on the right to bear arms, which Republicans are more likely to see as core to the nation’s identity.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overall findings are </w:t>
      </w:r>
      <w:r>
        <w:rPr>
          <w:b/>
          <w:i w:val="0"/>
          <w:smallCaps w:val="0"/>
          <w:strike w:val="0"/>
          <w:sz w:val="22"/>
          <w:u w:val="single"/>
        </w:rPr>
        <w:t>striking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 they come at a time of extreme partisanship when political agreements seem rare</w:t>
      </w:r>
      <w:r>
        <w:rPr>
          <w:b w:val="0"/>
          <w:i w:val="0"/>
          <w:smallCaps w:val="0"/>
          <w:strike w:val="0"/>
          <w:u w:val="none"/>
        </w:rPr>
        <w:t xml:space="preserve"> and concerns are heightened over the potential for violence during a volatile presidential election year.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If you get a bunch of normal people at random and put them in a room together</w:t>
      </w:r>
      <w:r>
        <w:rPr>
          <w:b w:val="0"/>
          <w:i w:val="0"/>
          <w:smallCaps w:val="0"/>
          <w:strike w:val="0"/>
          <w:u w:val="none"/>
        </w:rPr>
        <w:t xml:space="preserve"> and chat about issues,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there’s a </w:t>
      </w:r>
      <w:r>
        <w:rPr>
          <w:b/>
          <w:i w:val="0"/>
          <w:smallCaps w:val="0"/>
          <w:strike w:val="0"/>
          <w:sz w:val="22"/>
          <w:u w:val="single"/>
        </w:rPr>
        <w:t>lot more convergence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you might imagine</w:t>
      </w:r>
      <w:r>
        <w:rPr>
          <w:b w:val="0"/>
          <w:i w:val="0"/>
          <w:smallCaps w:val="0"/>
          <w:strike w:val="0"/>
          <w:u w:val="none"/>
        </w:rPr>
        <w:t>,” said Michael Albertus, a political science professor at the University of Chicago.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 more pessimistic assessment of the country was reflected in another finding — that only about 3 in 10 Americans believe the nation’s democracy is functioning well. About half say the U.S. is a poorly functioning democracy, while 14% say the U.S. is not a democracy.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tension between the broad consensus on the country’s fundamental values and discontent with how well its form of government is working is not a surprise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experts say.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“Part of it is really </w:t>
      </w:r>
      <w:r>
        <w:rPr>
          <w:b w:val="0"/>
          <w:i w:val="0"/>
          <w:smallCaps w:val="0"/>
          <w:strike w:val="0"/>
          <w:sz w:val="22"/>
          <w:u w:val="single"/>
        </w:rPr>
        <w:t>our leaders</w:t>
      </w:r>
      <w:r>
        <w:rPr>
          <w:b w:val="0"/>
          <w:i w:val="0"/>
          <w:smallCaps w:val="0"/>
          <w:strike w:val="0"/>
          <w:u w:val="none"/>
        </w:rPr>
        <w:t xml:space="preserve"> are not reflecting the electorate, and they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behave in a way that’s </w:t>
      </w:r>
      <w:r>
        <w:rPr>
          <w:b/>
          <w:i w:val="0"/>
          <w:smallCaps w:val="0"/>
          <w:strike w:val="0"/>
          <w:sz w:val="22"/>
          <w:u w:val="single"/>
        </w:rPr>
        <w:t>much more polarized 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what the electorate is</w:t>
      </w:r>
      <w:r>
        <w:rPr>
          <w:b w:val="0"/>
          <w:i w:val="0"/>
          <w:smallCaps w:val="0"/>
          <w:strike w:val="0"/>
          <w:u w:val="none"/>
        </w:rPr>
        <w:t>,” said Lilliana Mason, a political scientist at Johns Hopkins University.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Most Americans</w:t>
      </w:r>
      <w:r>
        <w:rPr>
          <w:b w:val="0"/>
          <w:i w:val="0"/>
          <w:smallCaps w:val="0"/>
          <w:strike w:val="0"/>
          <w:u w:val="none"/>
        </w:rPr>
        <w:t>, she said, “</w:t>
      </w:r>
      <w:r>
        <w:rPr>
          <w:b/>
          <w:i w:val="0"/>
          <w:smallCaps w:val="0"/>
          <w:strike w:val="0"/>
          <w:sz w:val="22"/>
          <w:u w:val="single"/>
        </w:rPr>
        <w:t>are pretty moderate</w:t>
      </w:r>
      <w:r>
        <w:rPr>
          <w:b w:val="0"/>
          <w:i w:val="0"/>
          <w:smallCaps w:val="0"/>
          <w:strike w:val="0"/>
          <w:u w:val="none"/>
        </w:rPr>
        <w:t>, but they’ve been riled up to hate people of the other party for being different from them culturally, racially and religiously.”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