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status quo is not sufficient to end democracy, but a major negative shift beyond it would collapse it globally.</w:t>
      </w:r>
    </w:p>
    <w:p>
      <w:pPr>
        <w:spacing w:after="80"/>
      </w:pPr>
      <w:r>
        <w:rPr>
          <w:b/>
          <w:i w:val="0"/>
          <w:smallCaps w:val="0"/>
          <w:strike w:val="0"/>
          <w:sz w:val="26"/>
          <w:u w:val="none"/>
        </w:rPr>
        <w:t>Rachman 24</w:t>
      </w:r>
      <w:r>
        <w:rPr>
          <w:b w:val="0"/>
          <w:i w:val="0"/>
          <w:smallCaps w:val="0"/>
          <w:strike w:val="0"/>
          <w:u w:val="none"/>
        </w:rPr>
        <w:t xml:space="preserve"> – Chief Foreign Affairs Columnist for the Financial Times. </w:t>
      </w:r>
    </w:p>
    <w:p>
      <w:pPr>
        <w:spacing w:after="60"/>
      </w:pPr>
      <w:r>
        <w:rPr>
          <w:b w:val="0"/>
          <w:i w:val="0"/>
          <w:smallCaps w:val="0"/>
          <w:strike w:val="0"/>
          <w:u w:val="none"/>
        </w:rPr>
        <w:t>Gideon Rachman, “America has seen it all – another Trump term won’t destroy it,” Financial Review, 01-09-2024, https://www.afr.com/world/north-america/america-has-seen-it-all-another-trump-term-won-t-destroy-it-20240109-p5ew04</w:t>
      </w:r>
    </w:p>
    <w:p>
      <w:pPr>
        <w:spacing w:after="60"/>
      </w:pPr>
      <w:r>
        <w:rPr>
          <w:b w:val="0"/>
          <w:i w:val="0"/>
          <w:smallCaps w:val="0"/>
          <w:strike w:val="0"/>
          <w:u w:val="none"/>
        </w:rPr>
        <w:t xml:space="preserve">That is why so much rides on my second form of belief in America – the belief that </w:t>
      </w:r>
      <w:r>
        <w:rPr>
          <w:b w:val="0"/>
          <w:i w:val="0"/>
          <w:smallCaps w:val="0"/>
          <w:strike w:val="0"/>
          <w:sz w:val="22"/>
          <w:u w:val="single"/>
        </w:rPr>
        <w:t>the US will come through in the end</w:t>
      </w:r>
      <w:r>
        <w:rPr>
          <w:b w:val="0"/>
          <w:i w:val="0"/>
          <w:smallCaps w:val="0"/>
          <w:strike w:val="0"/>
          <w:u w:val="none"/>
        </w:rPr>
        <w:t xml:space="preserve">. </w:t>
      </w:r>
      <w:r>
        <w:rPr>
          <w:b w:val="0"/>
          <w:i w:val="0"/>
          <w:smallCaps w:val="0"/>
          <w:strike w:val="0"/>
          <w:sz w:val="22"/>
          <w:u w:val="single"/>
        </w:rPr>
        <w:t>For the past 80 years, America really has been the “leader of the free world”</w:t>
      </w:r>
      <w:r>
        <w:rPr>
          <w:b w:val="0"/>
          <w:i w:val="0"/>
          <w:smallCaps w:val="0"/>
          <w:strike w:val="0"/>
          <w:u w:val="none"/>
        </w:rPr>
        <w:t xml:space="preserve"> – </w:t>
      </w:r>
      <w:r>
        <w:rPr>
          <w:b w:val="0"/>
          <w:i w:val="0"/>
          <w:smallCaps w:val="0"/>
          <w:strike w:val="0"/>
          <w:sz w:val="22"/>
          <w:u w:val="single"/>
        </w:rPr>
        <w:t>both an example of democracy in action and as the protector of its fellow democracies</w:t>
      </w:r>
      <w:r>
        <w:rPr>
          <w:b w:val="0"/>
          <w:i w:val="0"/>
          <w:smallCaps w:val="0"/>
          <w:strike w:val="0"/>
          <w:u w:val="none"/>
        </w:rPr>
        <w:t>, through a network of alliances with other free countries in Europe and Asia.</w:t>
      </w:r>
    </w:p>
    <w:p>
      <w:pPr>
        <w:spacing w:after="60"/>
      </w:pPr>
      <w:r>
        <w:rPr>
          <w:b w:val="0"/>
          <w:i w:val="0"/>
          <w:smallCaps w:val="0"/>
          <w:strike w:val="0"/>
          <w:sz w:val="22"/>
          <w:u w:val="single"/>
        </w:rPr>
        <w:t xml:space="preserve">If democracy begins to crumble in America, then </w:t>
      </w:r>
      <w:r>
        <w:rPr>
          <w:b/>
          <w:i w:val="0"/>
          <w:smallCaps w:val="0"/>
          <w:strike w:val="0"/>
          <w:sz w:val="22"/>
          <w:u w:val="single"/>
        </w:rPr>
        <w:t>liberal democracies</w:t>
      </w:r>
      <w:r>
        <w:rPr>
          <w:b w:val="0"/>
          <w:i w:val="0"/>
          <w:smallCaps w:val="0"/>
          <w:strike w:val="0"/>
          <w:sz w:val="22"/>
          <w:u w:val="single"/>
        </w:rPr>
        <w:t xml:space="preserve"> </w:t>
      </w:r>
      <w:r>
        <w:rPr>
          <w:b/>
          <w:i w:val="0"/>
          <w:smallCaps w:val="0"/>
          <w:strike w:val="0"/>
          <w:sz w:val="22"/>
          <w:u w:val="single"/>
        </w:rPr>
        <w:t>all over the world</w:t>
      </w:r>
      <w:r>
        <w:rPr>
          <w:b w:val="0"/>
          <w:i w:val="0"/>
          <w:smallCaps w:val="0"/>
          <w:strike w:val="0"/>
          <w:sz w:val="22"/>
          <w:u w:val="single"/>
        </w:rPr>
        <w:t xml:space="preserve"> </w:t>
      </w:r>
      <w:r>
        <w:rPr>
          <w:b/>
          <w:i w:val="0"/>
          <w:smallCaps w:val="0"/>
          <w:strike w:val="0"/>
          <w:sz w:val="22"/>
          <w:u w:val="single"/>
        </w:rPr>
        <w:t>will be in trouble</w:t>
      </w:r>
      <w:r>
        <w:rPr>
          <w:b w:val="0"/>
          <w:i w:val="0"/>
          <w:smallCaps w:val="0"/>
          <w:strike w:val="0"/>
          <w:u w:val="none"/>
        </w:rPr>
        <w:t>. It is reassuring that the world’s richest and most powerful country is a fellow democracy. In a second Trump term that sense of reassurance might disappear.</w:t>
      </w:r>
    </w:p>
    <w:p>
      <w:pPr>
        <w:spacing w:after="60"/>
      </w:pPr>
      <w:r>
        <w:rPr>
          <w:b w:val="0"/>
          <w:i w:val="0"/>
          <w:smallCaps w:val="0"/>
          <w:strike w:val="0"/>
          <w:sz w:val="16"/>
          <w:u w:val="none"/>
        </w:rPr>
        <w:t>Many Trump supporters will respond that, if their man wins the election, his victory would be an example of democracy in action, not of a slide into autocracy. But a Trump election victory could not scrub the record clean.</w:t>
      </w:r>
    </w:p>
    <w:p>
      <w:pPr>
        <w:spacing w:after="60"/>
      </w:pPr>
      <w:r>
        <w:rPr>
          <w:b w:val="0"/>
          <w:i w:val="0"/>
          <w:smallCaps w:val="0"/>
          <w:strike w:val="0"/>
          <w:sz w:val="16"/>
          <w:u w:val="none"/>
        </w:rPr>
        <w:t>We know the character of the man. Trump is somebody who has already demonstrated that he has no respect for the most basic of democratic procedures – a free election. His promise of “retribution” also involves repeated threats to put his political enemies on trial, ranging from Biden himself to Mark Milley, the former head of the Joint Chiefs of Staff.</w:t>
      </w:r>
    </w:p>
    <w:p>
      <w:pPr>
        <w:spacing w:after="60"/>
      </w:pPr>
      <w:r>
        <w:rPr>
          <w:b w:val="0"/>
          <w:i w:val="0"/>
          <w:smallCaps w:val="0"/>
          <w:strike w:val="0"/>
          <w:sz w:val="16"/>
          <w:u w:val="none"/>
        </w:rPr>
        <w:t>Unlike the indictments against Trump, these would not be cases brought by independent prosecutors who have weighed the evidence. They would be political show trials ordered by the country’s leader. That is the hallmark of an autocracy.</w:t>
      </w:r>
    </w:p>
    <w:p>
      <w:pPr>
        <w:spacing w:after="60"/>
      </w:pPr>
      <w:r>
        <w:rPr>
          <w:b w:val="0"/>
          <w:i w:val="0"/>
          <w:smallCaps w:val="0"/>
          <w:strike w:val="0"/>
          <w:u w:val="none"/>
        </w:rPr>
        <w:t xml:space="preserve">So how do I keep believing in America under those circumstances? First, and most obviously, </w:t>
      </w:r>
      <w:r>
        <w:rPr>
          <w:b/>
          <w:i w:val="0"/>
          <w:smallCaps w:val="0"/>
          <w:strike w:val="0"/>
          <w:sz w:val="22"/>
          <w:u w:val="single"/>
        </w:rPr>
        <w:t>nothing is foretold</w:t>
      </w:r>
      <w:r>
        <w:rPr>
          <w:b w:val="0"/>
          <w:i w:val="0"/>
          <w:smallCaps w:val="0"/>
          <w:strike w:val="0"/>
          <w:u w:val="none"/>
        </w:rPr>
        <w:t xml:space="preserve">. </w:t>
      </w:r>
      <w:r>
        <w:rPr>
          <w:b w:val="0"/>
          <w:i w:val="0"/>
          <w:smallCaps w:val="0"/>
          <w:strike w:val="0"/>
          <w:sz w:val="22"/>
          <w:u w:val="single"/>
        </w:rPr>
        <w:t xml:space="preserve">There are </w:t>
      </w:r>
      <w:r>
        <w:rPr>
          <w:b/>
          <w:i w:val="0"/>
          <w:smallCaps w:val="0"/>
          <w:strike w:val="0"/>
          <w:sz w:val="22"/>
          <w:u w:val="single"/>
        </w:rPr>
        <w:t>still many months to go</w:t>
      </w:r>
      <w:r>
        <w:rPr>
          <w:b w:val="0"/>
          <w:i w:val="0"/>
          <w:smallCaps w:val="0"/>
          <w:strike w:val="0"/>
          <w:sz w:val="22"/>
          <w:u w:val="single"/>
        </w:rPr>
        <w:t xml:space="preserve"> before the election in November.</w:t>
      </w:r>
    </w:p>
    <w:p>
      <w:pPr>
        <w:spacing w:after="60"/>
      </w:pPr>
      <w:r>
        <w:rPr>
          <w:b w:val="0"/>
          <w:i w:val="0"/>
          <w:smallCaps w:val="0"/>
          <w:strike w:val="0"/>
          <w:u w:val="none"/>
        </w:rPr>
        <w:t xml:space="preserve">Second, </w:t>
      </w:r>
      <w:r>
        <w:rPr>
          <w:b w:val="0"/>
          <w:i w:val="0"/>
          <w:smallCaps w:val="0"/>
          <w:strike w:val="0"/>
          <w:sz w:val="22"/>
          <w:u w:val="single"/>
        </w:rPr>
        <w:t>America’s period of greatness</w:t>
      </w:r>
      <w:r>
        <w:rPr>
          <w:b w:val="0"/>
          <w:i w:val="0"/>
          <w:smallCaps w:val="0"/>
          <w:strike w:val="0"/>
          <w:u w:val="none"/>
        </w:rPr>
        <w:t xml:space="preserve"> and global leadership </w:t>
      </w:r>
      <w:r>
        <w:rPr>
          <w:b w:val="0"/>
          <w:i w:val="0"/>
          <w:smallCaps w:val="0"/>
          <w:strike w:val="0"/>
          <w:sz w:val="22"/>
          <w:u w:val="single"/>
        </w:rPr>
        <w:t>has always involved turmoil and melodrama, from John F. Kennedy’s assassination in 1963 to the “war on terror” under George W. Bush</w:t>
      </w:r>
      <w:r>
        <w:rPr>
          <w:b w:val="0"/>
          <w:i w:val="0"/>
          <w:smallCaps w:val="0"/>
          <w:strike w:val="0"/>
          <w:u w:val="none"/>
        </w:rPr>
        <w:t xml:space="preserve">. In the end, </w:t>
      </w:r>
      <w:r>
        <w:rPr>
          <w:b w:val="0"/>
          <w:i w:val="0"/>
          <w:smallCaps w:val="0"/>
          <w:strike w:val="0"/>
          <w:sz w:val="22"/>
          <w:u w:val="single"/>
        </w:rPr>
        <w:t xml:space="preserve">the country </w:t>
      </w:r>
      <w:r>
        <w:rPr>
          <w:b/>
          <w:i w:val="0"/>
          <w:smallCaps w:val="0"/>
          <w:strike w:val="0"/>
          <w:sz w:val="22"/>
          <w:u w:val="single"/>
        </w:rPr>
        <w:t>always righted itself</w:t>
      </w:r>
      <w:r>
        <w:rPr>
          <w:b w:val="0"/>
          <w:i w:val="0"/>
          <w:smallCaps w:val="0"/>
          <w:strike w:val="0"/>
          <w:u w:val="none"/>
        </w:rPr>
        <w:t xml:space="preserve"> </w:t>
      </w:r>
      <w:r>
        <w:rPr>
          <w:b w:val="0"/>
          <w:i w:val="0"/>
          <w:smallCaps w:val="0"/>
          <w:strike w:val="0"/>
          <w:sz w:val="22"/>
          <w:u w:val="single"/>
        </w:rPr>
        <w:t>and its underlying dynamism and constitutional system reasserted themselves.</w:t>
      </w:r>
    </w:p>
    <w:p>
      <w:pPr>
        <w:spacing w:after="60"/>
      </w:pPr>
      <w:r>
        <w:rPr>
          <w:b w:val="0"/>
          <w:i w:val="0"/>
          <w:smallCaps w:val="0"/>
          <w:strike w:val="0"/>
          <w:u w:val="none"/>
        </w:rPr>
        <w:t xml:space="preserve">So </w:t>
      </w:r>
      <w:r>
        <w:rPr>
          <w:b w:val="0"/>
          <w:i w:val="0"/>
          <w:smallCaps w:val="0"/>
          <w:strike w:val="0"/>
          <w:sz w:val="22"/>
          <w:u w:val="single"/>
        </w:rPr>
        <w:t>it seems unlikely that this latest melodrama</w:t>
      </w:r>
      <w:r>
        <w:rPr>
          <w:b w:val="0"/>
          <w:i w:val="0"/>
          <w:smallCaps w:val="0"/>
          <w:strike w:val="0"/>
          <w:u w:val="none"/>
        </w:rPr>
        <w:t xml:space="preserve"> – “America season nine”, as some call it – </w:t>
      </w:r>
      <w:r>
        <w:rPr>
          <w:b w:val="0"/>
          <w:i w:val="0"/>
          <w:smallCaps w:val="0"/>
          <w:strike w:val="0"/>
          <w:sz w:val="22"/>
          <w:u w:val="single"/>
        </w:rPr>
        <w:t>will bring the series to a definitive and tragic conclusion</w:t>
      </w:r>
      <w:r>
        <w:rPr>
          <w:b w:val="0"/>
          <w:i w:val="0"/>
          <w:smallCaps w:val="0"/>
          <w:strike w:val="0"/>
          <w:u w:val="none"/>
        </w:rPr>
        <w:t>.</w:t>
      </w:r>
    </w:p>
    <w:p>
      <w:pPr>
        <w:spacing w:after="60"/>
      </w:pPr>
      <w:r>
        <w:rPr>
          <w:b w:val="0"/>
          <w:i w:val="0"/>
          <w:smallCaps w:val="0"/>
          <w:strike w:val="0"/>
          <w:u w:val="none"/>
        </w:rPr>
        <w:t xml:space="preserve">The melodrama that America churns up – </w:t>
      </w:r>
      <w:r>
        <w:rPr>
          <w:b w:val="0"/>
          <w:i w:val="0"/>
          <w:smallCaps w:val="0"/>
          <w:strike w:val="0"/>
          <w:sz w:val="22"/>
          <w:u w:val="single"/>
        </w:rPr>
        <w:t>even the Trump melodrama</w:t>
      </w:r>
      <w:r>
        <w:rPr>
          <w:b w:val="0"/>
          <w:i w:val="0"/>
          <w:smallCaps w:val="0"/>
          <w:strike w:val="0"/>
          <w:u w:val="none"/>
        </w:rPr>
        <w:t xml:space="preserve"> – </w:t>
      </w:r>
      <w:r>
        <w:rPr>
          <w:b w:val="0"/>
          <w:i w:val="0"/>
          <w:smallCaps w:val="0"/>
          <w:strike w:val="0"/>
          <w:sz w:val="22"/>
          <w:u w:val="single"/>
        </w:rPr>
        <w:t xml:space="preserve">can be a </w:t>
      </w:r>
      <w:r>
        <w:rPr>
          <w:b/>
          <w:i w:val="0"/>
          <w:smallCaps w:val="0"/>
          <w:strike w:val="0"/>
          <w:sz w:val="22"/>
          <w:u w:val="single"/>
        </w:rPr>
        <w:t>sign of vitality</w:t>
      </w:r>
      <w:r>
        <w:rPr>
          <w:b w:val="0"/>
          <w:i w:val="0"/>
          <w:smallCaps w:val="0"/>
          <w:strike w:val="0"/>
          <w:sz w:val="22"/>
          <w:u w:val="single"/>
        </w:rPr>
        <w:t xml:space="preserve"> </w:t>
      </w:r>
      <w:r>
        <w:rPr>
          <w:b w:val="0"/>
          <w:i w:val="0"/>
          <w:smallCaps w:val="0"/>
          <w:strike w:val="0"/>
          <w:u w:val="none"/>
        </w:rPr>
        <w:t>as much as sickness</w:t>
      </w:r>
      <w:r>
        <w:rPr>
          <w:b w:val="0"/>
          <w:i w:val="0"/>
          <w:smallCaps w:val="0"/>
          <w:strike w:val="0"/>
          <w:sz w:val="22"/>
          <w:u w:val="single"/>
        </w:rPr>
        <w:t>. The US is a country with a rebellious, anti-establishment streak that allows it to shake things up and constantly reinvent itself.</w:t>
      </w:r>
      <w:r>
        <w:rPr>
          <w:b w:val="0"/>
          <w:i w:val="0"/>
          <w:smallCaps w:val="0"/>
          <w:strike w:val="0"/>
          <w:u w:val="none"/>
        </w:rPr>
        <w:t xml:space="preserve"> Voting for Trump is a sign that people are demanding fundamental change.</w:t>
      </w:r>
    </w:p>
    <w:p>
      <w:pPr>
        <w:spacing w:after="60"/>
      </w:pPr>
      <w:r>
        <w:rPr>
          <w:b w:val="0"/>
          <w:i w:val="0"/>
          <w:smallCaps w:val="0"/>
          <w:strike w:val="0"/>
          <w:u w:val="none"/>
        </w:rPr>
        <w:t>And even if Trump is not the right answer, his emergence is a sign of that restlessness and refusal to settle for the status quo.</w:t>
      </w:r>
    </w:p>
    <w:p>
      <w:pPr>
        <w:spacing w:after="60"/>
      </w:pPr>
      <w:r>
        <w:rPr>
          <w:b w:val="0"/>
          <w:i w:val="0"/>
          <w:smallCaps w:val="0"/>
          <w:strike w:val="0"/>
          <w:sz w:val="22"/>
          <w:u w:val="single"/>
        </w:rPr>
        <w:t>Trump’s enduring popularity may</w:t>
      </w:r>
      <w:r>
        <w:rPr>
          <w:b w:val="0"/>
          <w:i w:val="0"/>
          <w:smallCaps w:val="0"/>
          <w:strike w:val="0"/>
          <w:u w:val="none"/>
        </w:rPr>
        <w:t xml:space="preserve"> even belatedly </w:t>
      </w:r>
      <w:r>
        <w:rPr>
          <w:b w:val="0"/>
          <w:i w:val="0"/>
          <w:smallCaps w:val="0"/>
          <w:strike w:val="0"/>
          <w:sz w:val="22"/>
          <w:u w:val="single"/>
        </w:rPr>
        <w:t xml:space="preserve">be prompting some </w:t>
      </w:r>
      <w:r>
        <w:rPr>
          <w:b/>
          <w:i w:val="0"/>
          <w:smallCaps w:val="0"/>
          <w:strike w:val="0"/>
          <w:sz w:val="22"/>
          <w:u w:val="single"/>
        </w:rPr>
        <w:t>necessary self-examination</w:t>
      </w:r>
      <w:r>
        <w:rPr>
          <w:b w:val="0"/>
          <w:i w:val="0"/>
          <w:smallCaps w:val="0"/>
          <w:strike w:val="0"/>
          <w:sz w:val="22"/>
          <w:u w:val="single"/>
        </w:rPr>
        <w:t xml:space="preserve"> by the American elite. Biden’s effort to put equality back at the centre of US economic policy is one example</w:t>
      </w:r>
      <w:r>
        <w:rPr>
          <w:b w:val="0"/>
          <w:i w:val="0"/>
          <w:smallCaps w:val="0"/>
          <w:strike w:val="0"/>
          <w:u w:val="none"/>
        </w:rPr>
        <w:t xml:space="preserve"> of that correction.</w:t>
      </w:r>
    </w:p>
    <w:p>
      <w:pPr>
        <w:spacing w:after="60"/>
      </w:pPr>
      <w:r>
        <w:rPr>
          <w:b w:val="0"/>
          <w:i w:val="0"/>
          <w:smallCaps w:val="0"/>
          <w:strike w:val="0"/>
          <w:u w:val="none"/>
        </w:rPr>
        <w:t>So is the beginning of a backlash against “woke” thinking. As one Biden aide put it to me, in a moment of introspection: “We’ve realised that a lot of people are frightened of the American left.”</w:t>
      </w:r>
    </w:p>
    <w:p>
      <w:pPr>
        <w:spacing w:after="60"/>
      </w:pPr>
      <w:r>
        <w:rPr>
          <w:b w:val="0"/>
          <w:i w:val="0"/>
          <w:smallCaps w:val="0"/>
          <w:strike w:val="0"/>
          <w:u w:val="none"/>
        </w:rPr>
        <w:t>Trump’s “retribution” against the left could take the US off in some new and frightening directions. But I believe in America enough to think that it would take more than one more term of Trump to destroy American democracy.</w:t>
      </w:r>
    </w:p>
    <w:p>
      <w:pPr>
        <w:spacing w:after="60"/>
      </w:pPr>
      <w:r>
        <w:rPr>
          <w:b/>
          <w:i w:val="0"/>
          <w:smallCaps w:val="0"/>
          <w:strike w:val="0"/>
          <w:sz w:val="22"/>
          <w:u w:val="single"/>
        </w:rPr>
        <w:t>The US is not Hungary</w:t>
      </w:r>
      <w:r>
        <w:rPr>
          <w:b w:val="0"/>
          <w:i w:val="0"/>
          <w:smallCaps w:val="0"/>
          <w:strike w:val="0"/>
          <w:u w:val="none"/>
        </w:rPr>
        <w:t xml:space="preserve">. It is a big, complex country with many different sources of power and wealth. Trump </w:t>
      </w:r>
      <w:r>
        <w:rPr>
          <w:b w:val="0"/>
          <w:i w:val="0"/>
          <w:smallCaps w:val="0"/>
          <w:strike w:val="0"/>
          <w:sz w:val="22"/>
          <w:u w:val="single"/>
        </w:rPr>
        <w:t>and his acolytes could not bring them all to heel, in just four years.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