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Trump is not a threat now, but if public access to the law collapsed, he could become one.</w:t>
      </w:r>
    </w:p>
    <w:p>
      <w:pPr>
        <w:spacing w:after="80"/>
      </w:pPr>
      <w:r>
        <w:rPr>
          <w:b/>
          <w:i w:val="0"/>
          <w:smallCaps w:val="0"/>
          <w:strike w:val="0"/>
          <w:sz w:val="26"/>
          <w:u w:val="none"/>
        </w:rPr>
        <w:t>Aydıntaşbaş 24</w:t>
      </w:r>
      <w:r>
        <w:rPr>
          <w:b w:val="0"/>
          <w:i w:val="0"/>
          <w:smallCaps w:val="0"/>
          <w:strike w:val="0"/>
          <w:u w:val="none"/>
        </w:rPr>
        <w:t xml:space="preserve"> – visiting fellow in the Center on the United States and Europe at the Brookings Institute, M.A. in Journalism from New York University.</w:t>
      </w:r>
    </w:p>
    <w:p>
      <w:pPr>
        <w:spacing w:after="60"/>
      </w:pPr>
      <w:r>
        <w:rPr>
          <w:b w:val="0"/>
          <w:i w:val="0"/>
          <w:smallCaps w:val="0"/>
          <w:strike w:val="0"/>
          <w:u w:val="none"/>
        </w:rPr>
        <w:t>Aslı Aydıntaşbaş, “Trump Can’t Be Dictator on ‘Day One’ — Or in a Second Term. Here’s Why.,” Politico, 01-28-2024, https://www.politico.com/news/magazine/2024/01/28/a-trump-dictatorship-is-possible-but-not-in-four-years-00137949</w:t>
      </w:r>
    </w:p>
    <w:p>
      <w:pPr>
        <w:spacing w:after="60"/>
      </w:pPr>
      <w:r>
        <w:rPr>
          <w:b w:val="0"/>
          <w:i w:val="0"/>
          <w:smallCaps w:val="0"/>
          <w:strike w:val="0"/>
          <w:u w:val="none"/>
        </w:rPr>
        <w:t xml:space="preserve">Still, four years pass quickly and </w:t>
      </w:r>
      <w:r>
        <w:rPr>
          <w:b/>
          <w:i w:val="0"/>
          <w:smallCaps w:val="0"/>
          <w:strike w:val="0"/>
          <w:sz w:val="22"/>
          <w:u w:val="single"/>
        </w:rPr>
        <w:t>even in another four years as president</w:t>
      </w:r>
      <w:r>
        <w:rPr>
          <w:b w:val="0"/>
          <w:i w:val="0"/>
          <w:smallCaps w:val="0"/>
          <w:strike w:val="0"/>
          <w:u w:val="none"/>
        </w:rPr>
        <w:t xml:space="preserve">, </w:t>
      </w:r>
      <w:r>
        <w:rPr>
          <w:b w:val="0"/>
          <w:i w:val="0"/>
          <w:smallCaps w:val="0"/>
          <w:strike w:val="0"/>
          <w:sz w:val="22"/>
          <w:u w:val="single"/>
        </w:rPr>
        <w:t xml:space="preserve">Trump will not gain the </w:t>
      </w:r>
      <w:r>
        <w:rPr>
          <w:b/>
          <w:i w:val="0"/>
          <w:smallCaps w:val="0"/>
          <w:strike w:val="0"/>
          <w:sz w:val="22"/>
          <w:u w:val="single"/>
        </w:rPr>
        <w:t>organizational capacity</w:t>
      </w:r>
      <w:r>
        <w:rPr>
          <w:b w:val="0"/>
          <w:i w:val="0"/>
          <w:smallCaps w:val="0"/>
          <w:strike w:val="0"/>
          <w:sz w:val="22"/>
          <w:u w:val="single"/>
        </w:rPr>
        <w:t xml:space="preserve">, </w:t>
      </w:r>
      <w:r>
        <w:rPr>
          <w:b/>
          <w:i w:val="0"/>
          <w:smallCaps w:val="0"/>
          <w:strike w:val="0"/>
          <w:sz w:val="22"/>
          <w:u w:val="single"/>
        </w:rPr>
        <w:t>popular mandate</w:t>
      </w:r>
      <w:r>
        <w:rPr>
          <w:b w:val="0"/>
          <w:i w:val="0"/>
          <w:smallCaps w:val="0"/>
          <w:strike w:val="0"/>
          <w:sz w:val="22"/>
          <w:u w:val="single"/>
        </w:rPr>
        <w:t xml:space="preserve">, or </w:t>
      </w:r>
      <w:r>
        <w:rPr>
          <w:b/>
          <w:i w:val="0"/>
          <w:smallCaps w:val="0"/>
          <w:strike w:val="0"/>
          <w:sz w:val="22"/>
          <w:u w:val="single"/>
        </w:rPr>
        <w:t>institutional consensus</w:t>
      </w:r>
      <w:r>
        <w:rPr>
          <w:b w:val="0"/>
          <w:i w:val="0"/>
          <w:smallCaps w:val="0"/>
          <w:strike w:val="0"/>
          <w:sz w:val="22"/>
          <w:u w:val="single"/>
        </w:rPr>
        <w:t xml:space="preserve"> to </w:t>
      </w:r>
      <w:r>
        <w:rPr>
          <w:b/>
          <w:i w:val="0"/>
          <w:smallCaps w:val="0"/>
          <w:strike w:val="0"/>
          <w:sz w:val="22"/>
          <w:u w:val="single"/>
        </w:rPr>
        <w:t>build a dictatorship</w:t>
      </w:r>
      <w:r>
        <w:rPr>
          <w:b w:val="0"/>
          <w:i w:val="0"/>
          <w:smallCaps w:val="0"/>
          <w:strike w:val="0"/>
          <w:u w:val="none"/>
        </w:rPr>
        <w:t xml:space="preserve"> or prolong his tenure past a second term. </w:t>
      </w:r>
      <w:r>
        <w:rPr>
          <w:b w:val="0"/>
          <w:i w:val="0"/>
          <w:smallCaps w:val="0"/>
          <w:strike w:val="0"/>
          <w:u w:val="none"/>
        </w:rPr>
        <w:t>What I have seen in Turkey, Poland and Hungary suggests there is a turbulent time between the election of an illiberal leader and the establishment of a dictatorship when</w:t>
      </w:r>
      <w:r>
        <w:rPr>
          <w:b w:val="0"/>
          <w:i w:val="0"/>
          <w:smallCaps w:val="0"/>
          <w:strike w:val="0"/>
          <w:sz w:val="22"/>
          <w:u w:val="single"/>
        </w:rPr>
        <w:t xml:space="preserve"> </w:t>
      </w:r>
      <w:r>
        <w:rPr>
          <w:b/>
          <w:i w:val="0"/>
          <w:smallCaps w:val="0"/>
          <w:strike w:val="0"/>
          <w:sz w:val="22"/>
          <w:u w:val="single"/>
        </w:rPr>
        <w:t>resistance will flourish</w:t>
      </w:r>
      <w:r>
        <w:rPr>
          <w:b w:val="0"/>
          <w:i w:val="0"/>
          <w:smallCaps w:val="0"/>
          <w:strike w:val="0"/>
          <w:u w:val="none"/>
        </w:rPr>
        <w:t xml:space="preserve">. </w:t>
      </w:r>
      <w:r>
        <w:rPr>
          <w:b w:val="0"/>
          <w:i w:val="0"/>
          <w:smallCaps w:val="0"/>
          <w:strike w:val="0"/>
          <w:sz w:val="22"/>
          <w:u w:val="single"/>
        </w:rPr>
        <w:t xml:space="preserve">Any attempt at state capture by Trump will face a </w:t>
      </w:r>
      <w:r>
        <w:rPr>
          <w:b/>
          <w:i w:val="0"/>
          <w:smallCaps w:val="0"/>
          <w:strike w:val="0"/>
          <w:sz w:val="22"/>
          <w:u w:val="single"/>
        </w:rPr>
        <w:t>pushback from media</w:t>
      </w:r>
      <w:r>
        <w:rPr>
          <w:b w:val="0"/>
          <w:i w:val="0"/>
          <w:smallCaps w:val="0"/>
          <w:strike w:val="0"/>
          <w:u w:val="none"/>
        </w:rPr>
        <w:t xml:space="preserve">, </w:t>
      </w:r>
      <w:r>
        <w:rPr>
          <w:b/>
          <w:i w:val="0"/>
          <w:smallCaps w:val="0"/>
          <w:strike w:val="0"/>
          <w:sz w:val="22"/>
          <w:u w:val="single"/>
        </w:rPr>
        <w:t>bureaucracy</w:t>
      </w:r>
      <w:r>
        <w:rPr>
          <w:b w:val="0"/>
          <w:i w:val="0"/>
          <w:smallCaps w:val="0"/>
          <w:strike w:val="0"/>
          <w:u w:val="none"/>
        </w:rPr>
        <w:t xml:space="preserve">, </w:t>
      </w:r>
      <w:r>
        <w:rPr>
          <w:b/>
          <w:i w:val="0"/>
          <w:smallCaps w:val="0"/>
          <w:strike w:val="0"/>
          <w:sz w:val="22"/>
          <w:u w:val="single"/>
        </w:rPr>
        <w:t>major cities</w:t>
      </w:r>
      <w:r>
        <w:rPr>
          <w:b w:val="0"/>
          <w:i w:val="0"/>
          <w:smallCaps w:val="0"/>
          <w:strike w:val="0"/>
          <w:u w:val="none"/>
        </w:rPr>
        <w:t xml:space="preserve"> </w:t>
      </w:r>
      <w:r>
        <w:rPr>
          <w:b w:val="0"/>
          <w:i w:val="0"/>
          <w:smallCaps w:val="0"/>
          <w:strike w:val="0"/>
          <w:sz w:val="22"/>
          <w:u w:val="single"/>
        </w:rPr>
        <w:t xml:space="preserve">and the </w:t>
      </w:r>
      <w:r>
        <w:rPr>
          <w:b/>
          <w:i w:val="0"/>
          <w:smallCaps w:val="0"/>
          <w:strike w:val="0"/>
          <w:sz w:val="22"/>
          <w:u w:val="single"/>
        </w:rPr>
        <w:t>judiciary</w:t>
      </w:r>
      <w:r>
        <w:rPr>
          <w:b w:val="0"/>
          <w:i w:val="0"/>
          <w:smallCaps w:val="0"/>
          <w:strike w:val="0"/>
          <w:u w:val="none"/>
        </w:rPr>
        <w:t>.</w:t>
      </w:r>
    </w:p>
    <w:p>
      <w:pPr>
        <w:spacing w:after="60"/>
      </w:pPr>
      <w:r>
        <w:rPr>
          <w:b w:val="0"/>
          <w:i w:val="0"/>
          <w:smallCaps w:val="0"/>
          <w:strike w:val="0"/>
          <w:u w:val="none"/>
        </w:rPr>
        <w:t xml:space="preserve">That </w:t>
      </w:r>
      <w:r>
        <w:rPr>
          <w:b w:val="0"/>
          <w:i w:val="0"/>
          <w:smallCaps w:val="0"/>
          <w:strike w:val="0"/>
          <w:sz w:val="22"/>
          <w:u w:val="single"/>
        </w:rPr>
        <w:t>resistance</w:t>
      </w:r>
      <w:r>
        <w:rPr>
          <w:b w:val="0"/>
          <w:i w:val="0"/>
          <w:smallCaps w:val="0"/>
          <w:strike w:val="0"/>
          <w:u w:val="none"/>
        </w:rPr>
        <w:t xml:space="preserve"> is necessary and </w:t>
      </w:r>
      <w:r>
        <w:rPr>
          <w:b w:val="0"/>
          <w:i w:val="0"/>
          <w:smallCaps w:val="0"/>
          <w:strike w:val="0"/>
          <w:sz w:val="22"/>
          <w:u w:val="single"/>
        </w:rPr>
        <w:t xml:space="preserve">will emerge at </w:t>
      </w:r>
      <w:r>
        <w:rPr>
          <w:b/>
          <w:i w:val="0"/>
          <w:smallCaps w:val="0"/>
          <w:strike w:val="0"/>
          <w:sz w:val="22"/>
          <w:u w:val="single"/>
        </w:rPr>
        <w:t>every level of civic life</w:t>
      </w:r>
      <w:r>
        <w:rPr>
          <w:b w:val="0"/>
          <w:i w:val="0"/>
          <w:smallCaps w:val="0"/>
          <w:strike w:val="0"/>
          <w:sz w:val="22"/>
          <w:u w:val="single"/>
        </w:rPr>
        <w:t>.</w:t>
      </w:r>
      <w:r>
        <w:rPr>
          <w:b w:val="0"/>
          <w:i w:val="0"/>
          <w:smallCaps w:val="0"/>
          <w:strike w:val="0"/>
          <w:u w:val="none"/>
        </w:rPr>
        <w:t xml:space="preserve"> It will also damage and tear up America in ways that are unimaginable today. It is easier to stop Trump now than to wait until after he becomes president again, when polarization and the push-and-pull between Trump and his opposition will consume the nation’s energy and cripple state resources. It will drain every bit of energy this country has.</w:t>
      </w:r>
    </w:p>
    <w:p>
      <w:pPr>
        <w:spacing w:after="60"/>
      </w:pPr>
      <w:r>
        <w:rPr>
          <w:b w:val="0"/>
          <w:i w:val="0"/>
          <w:smallCaps w:val="0"/>
          <w:strike w:val="0"/>
          <w:u w:val="none"/>
        </w:rPr>
        <w:t xml:space="preserve">So my message to America is, </w:t>
      </w:r>
      <w:r>
        <w:rPr>
          <w:b/>
          <w:i w:val="0"/>
          <w:smallCaps w:val="0"/>
          <w:strike w:val="0"/>
          <w:sz w:val="22"/>
          <w:u w:val="single"/>
        </w:rPr>
        <w:t>do not panic</w:t>
      </w:r>
      <w:r>
        <w:rPr>
          <w:b w:val="0"/>
          <w:i w:val="0"/>
          <w:smallCaps w:val="0"/>
          <w:strike w:val="0"/>
          <w:u w:val="none"/>
        </w:rPr>
        <w:t xml:space="preserve"> — but organize. </w:t>
      </w:r>
      <w:r>
        <w:rPr>
          <w:b w:val="0"/>
          <w:i w:val="0"/>
          <w:smallCaps w:val="0"/>
          <w:strike w:val="0"/>
          <w:sz w:val="22"/>
          <w:u w:val="single"/>
        </w:rPr>
        <w:t>The most successful method of fighting</w:t>
      </w:r>
      <w:r>
        <w:rPr>
          <w:b w:val="0"/>
          <w:i w:val="0"/>
          <w:smallCaps w:val="0"/>
          <w:strike w:val="0"/>
          <w:u w:val="none"/>
        </w:rPr>
        <w:t xml:space="preserve"> </w:t>
      </w:r>
      <w:r>
        <w:rPr>
          <w:b w:val="0"/>
          <w:i w:val="0"/>
          <w:smallCaps w:val="0"/>
          <w:strike w:val="0"/>
          <w:sz w:val="22"/>
          <w:u w:val="single"/>
        </w:rPr>
        <w:t xml:space="preserve">creeping authoritarianism is </w:t>
      </w:r>
      <w:r>
        <w:rPr>
          <w:b/>
          <w:i w:val="0"/>
          <w:smallCaps w:val="0"/>
          <w:strike w:val="0"/>
          <w:sz w:val="22"/>
          <w:u w:val="single"/>
        </w:rPr>
        <w:t>alliance building</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effective opposition</w:t>
      </w:r>
      <w:r>
        <w:rPr>
          <w:b w:val="0"/>
          <w:i w:val="0"/>
          <w:smallCaps w:val="0"/>
          <w:strike w:val="0"/>
          <w:u w:val="none"/>
        </w:rPr>
        <w:t xml:space="preserve"> — preferably before the election. After the election, it will be more costly to stop it.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