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Gunitsky 17</w:t>
      </w:r>
    </w:p>
    <w:p>
      <w:pPr>
        <w:spacing w:after="80"/>
      </w:pPr>
      <w:r>
        <w:rPr>
          <w:b w:val="0"/>
          <w:i w:val="0"/>
          <w:smallCaps w:val="0"/>
          <w:strike w:val="0"/>
          <w:u w:val="none"/>
        </w:rPr>
        <w:t xml:space="preserve">Seva Gunitsky, associate professor of political science at the University of Toronto, “These are the three reasons fascism spread in 1930s America — and might spread again today,” </w:t>
      </w:r>
    </w:p>
    <w:p>
      <w:pPr>
        <w:spacing w:after="60"/>
      </w:pPr>
      <w:r>
        <w:rPr>
          <w:b w:val="0"/>
          <w:i w:val="0"/>
          <w:smallCaps w:val="0"/>
          <w:strike w:val="0"/>
          <w:u w:val="single"/>
        </w:rPr>
        <w:t xml:space="preserve">There could be a </w:t>
      </w:r>
      <w:r>
        <w:rPr>
          <w:b/>
          <w:i w:val="0"/>
          <w:smallCaps w:val="0"/>
          <w:strike w:val="0"/>
          <w:u w:val="single"/>
        </w:rPr>
        <w:t>resurgence of fascism</w:t>
      </w:r>
      <w:r>
        <w:rPr>
          <w:b w:val="0"/>
          <w:i w:val="0"/>
          <w:smallCaps w:val="0"/>
          <w:strike w:val="0"/>
          <w:u w:val="single"/>
        </w:rPr>
        <w:t xml:space="preserve"> in the U.S</w:t>
      </w:r>
      <w:r>
        <w:rPr>
          <w:b w:val="0"/>
          <w:i w:val="0"/>
          <w:smallCaps w:val="0"/>
          <w:strike w:val="0"/>
          <w:u w:val="none"/>
        </w:rPr>
        <w:t xml:space="preserve">. Even though these three factors no longer exist, similar </w:t>
      </w:r>
      <w:r>
        <w:rPr>
          <w:b w:val="0"/>
          <w:i w:val="0"/>
          <w:smallCaps w:val="0"/>
          <w:strike w:val="0"/>
          <w:u w:val="single"/>
        </w:rPr>
        <w:t>problems lurk under the surface of modern political life,</w:t>
      </w:r>
      <w:r>
        <w:rPr>
          <w:b w:val="0"/>
          <w:i w:val="0"/>
          <w:smallCaps w:val="0"/>
          <w:strike w:val="0"/>
          <w:u w:val="none"/>
        </w:rPr>
        <w:t xml:space="preserve"> </w:t>
      </w:r>
      <w:r>
        <w:rPr>
          <w:b w:val="0"/>
          <w:i w:val="0"/>
          <w:smallCaps w:val="0"/>
          <w:strike w:val="0"/>
          <w:u w:val="single"/>
        </w:rPr>
        <w:t>problems that could conceivably drive a resurgence of fascist movements</w:t>
      </w:r>
      <w:r>
        <w:rPr>
          <w:b w:val="0"/>
          <w:i w:val="0"/>
          <w:smallCaps w:val="0"/>
          <w:strike w:val="0"/>
          <w:u w:val="none"/>
        </w:rPr>
        <w:t xml:space="preserve">. The overall U.S. economy has been performing well, but levels of inequality continue to rise. Wide areas of America are increasingly mired in permanent unemployment and a massive drug epidemic. These are the sorts of economic conditions that drove fascist support in the 1930s; another major crisis like the Great Recession is likely to bolster nationalist appeals even more. Few people worry about the communist threat today. Yet </w:t>
      </w:r>
      <w:r>
        <w:rPr>
          <w:b w:val="0"/>
          <w:i w:val="0"/>
          <w:smallCaps w:val="0"/>
          <w:strike w:val="0"/>
          <w:u w:val="single"/>
        </w:rPr>
        <w:t>fear of communism has been replaced by fear of globalists and elite technocrats</w:t>
      </w:r>
      <w:r>
        <w:rPr>
          <w:b w:val="0"/>
          <w:i w:val="0"/>
          <w:smallCaps w:val="0"/>
          <w:strike w:val="0"/>
          <w:u w:val="none"/>
        </w:rPr>
        <w:t xml:space="preserve"> (still often tinged with anti-Semitism) who supposedly seek to undermine and control the lives of ordinary Americans. The recently uncovered National Security Council memo reflected these sentiments clearly, arguing that Trump’s opposition is made up of a cabal of Islamists, cultural Marxists and global bankers. The extreme right-wing blogger Mike Cernovich, who has been praised by Donald Trump Jr., recently published a cartoon showing national security adviser H.R. McMaster as a puppet manipulated by George Soros, who in turn was being manipulated by a monstrous green hand labeled “Rothschilds,” a historically wealthy Jewish family. The third factor — </w:t>
      </w:r>
      <w:r>
        <w:rPr>
          <w:b w:val="0"/>
          <w:i w:val="0"/>
          <w:smallCaps w:val="0"/>
          <w:strike w:val="0"/>
          <w:u w:val="single"/>
        </w:rPr>
        <w:t>the appearance of an ideological rival that seemed to outperform America’s corrupt democracy — is today reflected most clearly in fears over the rise of China.</w:t>
      </w:r>
      <w:r>
        <w:rPr>
          <w:b w:val="0"/>
          <w:i w:val="0"/>
          <w:smallCaps w:val="0"/>
          <w:strike w:val="0"/>
          <w:u w:val="none"/>
        </w:rPr>
        <w:t xml:space="preserve"> Over the past decade, </w:t>
      </w:r>
      <w:r>
        <w:rPr>
          <w:b w:val="0"/>
          <w:i w:val="0"/>
          <w:smallCaps w:val="0"/>
          <w:strike w:val="0"/>
          <w:u w:val="single"/>
        </w:rPr>
        <w:t xml:space="preserve">numerous observers have argued that liberal democracy is being </w:t>
      </w:r>
      <w:r>
        <w:rPr>
          <w:b/>
          <w:i w:val="0"/>
          <w:smallCaps w:val="0"/>
          <w:strike w:val="0"/>
          <w:u w:val="single"/>
        </w:rPr>
        <w:t>supplanted by the kind of state capitalism exemplified by China</w:t>
      </w:r>
      <w:r>
        <w:rPr>
          <w:b w:val="0"/>
          <w:i w:val="0"/>
          <w:smallCaps w:val="0"/>
          <w:strike w:val="0"/>
          <w:u w:val="none"/>
        </w:rPr>
        <w:t xml:space="preserve">, in which a capitalist system of production is undergirded by state ownership and guidance, </w:t>
      </w:r>
      <w:r>
        <w:rPr>
          <w:b w:val="0"/>
          <w:i w:val="0"/>
          <w:smallCaps w:val="0"/>
          <w:strike w:val="0"/>
          <w:u w:val="single"/>
        </w:rPr>
        <w:t>with little room for democracy.</w:t>
      </w:r>
      <w:r>
        <w:rPr>
          <w:b w:val="0"/>
          <w:i w:val="0"/>
          <w:smallCaps w:val="0"/>
          <w:strike w:val="0"/>
          <w:u w:val="none"/>
        </w:rPr>
        <w:t xml:space="preserve"> </w:t>
      </w:r>
      <w:r>
        <w:rPr>
          <w:b w:val="0"/>
          <w:i w:val="0"/>
          <w:smallCaps w:val="0"/>
          <w:strike w:val="0"/>
          <w:u w:val="single"/>
        </w:rPr>
        <w:t xml:space="preserve">Americans </w:t>
      </w:r>
      <w:r>
        <w:rPr>
          <w:b/>
          <w:i w:val="0"/>
          <w:smallCaps w:val="0"/>
          <w:strike w:val="0"/>
          <w:u w:val="single"/>
        </w:rPr>
        <w:t>cannot be complacent</w:t>
      </w:r>
      <w:r>
        <w:rPr>
          <w:b w:val="0"/>
          <w:i w:val="0"/>
          <w:smallCaps w:val="0"/>
          <w:strike w:val="0"/>
          <w:u w:val="single"/>
        </w:rPr>
        <w:t xml:space="preserve"> about democracy</w:t>
      </w:r>
      <w:r>
        <w:rPr>
          <w:b w:val="0"/>
          <w:i w:val="0"/>
          <w:smallCaps w:val="0"/>
          <w:strike w:val="0"/>
          <w:u w:val="none"/>
        </w:rPr>
        <w:t xml:space="preserve"> </w:t>
      </w:r>
      <w:r>
        <w:rPr>
          <w:b/>
          <w:i w:val="0"/>
          <w:smallCaps w:val="0"/>
          <w:strike w:val="0"/>
          <w:u w:val="single"/>
        </w:rPr>
        <w:t>Over the 20th century, democracy spread</w:t>
      </w:r>
      <w:r>
        <w:rPr>
          <w:b w:val="0"/>
          <w:i w:val="0"/>
          <w:smallCaps w:val="0"/>
          <w:strike w:val="0"/>
          <w:u w:val="single"/>
        </w:rPr>
        <w:t xml:space="preserve"> from a few isolated outposts to </w:t>
      </w:r>
      <w:r>
        <w:rPr>
          <w:b/>
          <w:i w:val="0"/>
          <w:smallCaps w:val="0"/>
          <w:strike w:val="0"/>
          <w:u w:val="single"/>
        </w:rPr>
        <w:t>most corners of the world</w:t>
      </w:r>
      <w:r>
        <w:rPr>
          <w:b w:val="0"/>
          <w:i w:val="0"/>
          <w:smallCaps w:val="0"/>
          <w:strike w:val="0"/>
          <w:u w:val="none"/>
        </w:rPr>
        <w:t xml:space="preserve">. </w:t>
      </w:r>
      <w:r>
        <w:rPr>
          <w:b w:val="0"/>
          <w:i w:val="0"/>
          <w:smallCaps w:val="0"/>
          <w:strike w:val="0"/>
          <w:u w:val="single"/>
        </w:rPr>
        <w:t>Today its superiority seems self-evident</w:t>
      </w:r>
      <w:r>
        <w:rPr>
          <w:b w:val="0"/>
          <w:i w:val="0"/>
          <w:smallCaps w:val="0"/>
          <w:strike w:val="0"/>
          <w:u w:val="none"/>
        </w:rPr>
        <w:t xml:space="preserve"> to people who have been steeped in its moral virtues and material successes. </w:t>
      </w:r>
      <w:r>
        <w:rPr>
          <w:b w:val="0"/>
          <w:i w:val="0"/>
          <w:smallCaps w:val="0"/>
          <w:strike w:val="0"/>
          <w:u w:val="single"/>
        </w:rPr>
        <w:t>But over the past century, mere moral appeal has rarely been sufficient for its survival. It would be a convenient mistake to accept the victory of democracy as</w:t>
      </w:r>
      <w:r>
        <w:rPr>
          <w:b w:val="0"/>
          <w:i w:val="0"/>
          <w:smallCaps w:val="0"/>
          <w:strike w:val="0"/>
          <w:u w:val="none"/>
        </w:rPr>
        <w:t xml:space="preserve"> a historical morality play, the </w:t>
      </w:r>
      <w:r>
        <w:rPr>
          <w:b w:val="0"/>
          <w:i w:val="0"/>
          <w:smallCaps w:val="0"/>
          <w:strike w:val="0"/>
          <w:u w:val="single"/>
        </w:rPr>
        <w:t>predestined</w:t>
      </w:r>
      <w:r>
        <w:rPr>
          <w:b w:val="0"/>
          <w:i w:val="0"/>
          <w:smallCaps w:val="0"/>
          <w:strike w:val="0"/>
          <w:u w:val="none"/>
        </w:rPr>
        <w:t xml:space="preserve"> triumph of good over evil. </w:t>
      </w:r>
      <w:r>
        <w:rPr>
          <w:b w:val="0"/>
          <w:i w:val="0"/>
          <w:smallCaps w:val="0"/>
          <w:strike w:val="0"/>
          <w:u w:val="single"/>
        </w:rPr>
        <w:t xml:space="preserve">For much of the 20th century, democracy’s success </w:t>
      </w:r>
      <w:r>
        <w:rPr>
          <w:b/>
          <w:i w:val="0"/>
          <w:smallCaps w:val="0"/>
          <w:strike w:val="0"/>
          <w:u w:val="single"/>
        </w:rPr>
        <w:t>depended</w:t>
      </w:r>
      <w:r>
        <w:rPr>
          <w:b w:val="0"/>
          <w:i w:val="0"/>
          <w:smallCaps w:val="0"/>
          <w:strike w:val="0"/>
          <w:u w:val="single"/>
        </w:rPr>
        <w:t xml:space="preserve"> on the existence of </w:t>
      </w:r>
      <w:r>
        <w:rPr>
          <w:b/>
          <w:i w:val="0"/>
          <w:smallCaps w:val="0"/>
          <w:strike w:val="0"/>
          <w:u w:val="single"/>
        </w:rPr>
        <w:t>powerful countries such as the United States</w:t>
      </w:r>
      <w:r>
        <w:rPr>
          <w:b w:val="0"/>
          <w:i w:val="0"/>
          <w:smallCaps w:val="0"/>
          <w:strike w:val="0"/>
          <w:u w:val="single"/>
        </w:rPr>
        <w:t xml:space="preserve">, </w:t>
      </w:r>
      <w:r>
        <w:rPr>
          <w:b/>
          <w:i w:val="0"/>
          <w:smallCaps w:val="0"/>
          <w:strike w:val="0"/>
          <w:sz w:val="28"/>
          <w:u w:val="single"/>
        </w:rPr>
        <w:t>examples to be imitated</w:t>
      </w:r>
      <w:r>
        <w:rPr>
          <w:b w:val="0"/>
          <w:i w:val="0"/>
          <w:smallCaps w:val="0"/>
          <w:strike w:val="0"/>
          <w:u w:val="none"/>
        </w:rPr>
        <w:t xml:space="preserve">. </w:t>
      </w:r>
      <w:r>
        <w:rPr>
          <w:b w:val="0"/>
          <w:i w:val="0"/>
          <w:smallCaps w:val="0"/>
          <w:strike w:val="0"/>
          <w:u w:val="single"/>
        </w:rPr>
        <w:t xml:space="preserve">More than any appeal to freedom, </w:t>
      </w:r>
      <w:r>
        <w:rPr>
          <w:b/>
          <w:i w:val="0"/>
          <w:smallCaps w:val="0"/>
          <w:strike w:val="0"/>
          <w:u w:val="single"/>
        </w:rPr>
        <w:t>democracy spread because it promised</w:t>
      </w:r>
      <w:r>
        <w:rPr>
          <w:b w:val="0"/>
          <w:i w:val="0"/>
          <w:smallCaps w:val="0"/>
          <w:strike w:val="0"/>
          <w:u w:val="none"/>
        </w:rPr>
        <w:t xml:space="preserve"> economic prosperity and </w:t>
      </w:r>
      <w:r>
        <w:rPr>
          <w:b/>
          <w:i w:val="0"/>
          <w:smallCaps w:val="0"/>
          <w:strike w:val="0"/>
          <w:u w:val="single"/>
        </w:rPr>
        <w:t>political stability.</w:t>
      </w:r>
      <w:r>
        <w:rPr>
          <w:b w:val="0"/>
          <w:i w:val="0"/>
          <w:smallCaps w:val="0"/>
          <w:strike w:val="0"/>
          <w:u w:val="none"/>
        </w:rPr>
        <w:t xml:space="preserve"> </w:t>
      </w:r>
      <w:r>
        <w:rPr>
          <w:b w:val="0"/>
          <w:i w:val="0"/>
          <w:smallCaps w:val="0"/>
          <w:strike w:val="0"/>
          <w:u w:val="single"/>
        </w:rPr>
        <w:t xml:space="preserve">But </w:t>
      </w:r>
      <w:r>
        <w:rPr>
          <w:b/>
          <w:i w:val="0"/>
          <w:smallCaps w:val="0"/>
          <w:strike w:val="0"/>
          <w:sz w:val="24"/>
          <w:u w:val="single"/>
        </w:rPr>
        <w:t>when democracies failed to deliver</w:t>
      </w:r>
      <w:r>
        <w:rPr>
          <w:b/>
          <w:i w:val="0"/>
          <w:smallCaps w:val="0"/>
          <w:strike w:val="0"/>
          <w:u w:val="single"/>
        </w:rPr>
        <w:t>,</w:t>
      </w:r>
      <w:r>
        <w:rPr>
          <w:b w:val="0"/>
          <w:i w:val="0"/>
          <w:smallCaps w:val="0"/>
          <w:strike w:val="0"/>
          <w:u w:val="single"/>
        </w:rPr>
        <w:t xml:space="preserve"> as during the Great Depression, the</w:t>
      </w:r>
      <w:r>
        <w:rPr>
          <w:b w:val="0"/>
          <w:i w:val="0"/>
          <w:smallCaps w:val="0"/>
          <w:strike w:val="0"/>
          <w:u w:val="single"/>
        </w:rPr>
        <w:t xml:space="preserve"> tide of popular and elite opinion </w:t>
      </w:r>
      <w:r>
        <w:rPr>
          <w:b/>
          <w:i w:val="0"/>
          <w:smallCaps w:val="0"/>
          <w:strike w:val="0"/>
          <w:sz w:val="24"/>
          <w:u w:val="single"/>
        </w:rPr>
        <w:t>shifted</w:t>
      </w:r>
      <w:r>
        <w:rPr>
          <w:b w:val="0"/>
          <w:i w:val="0"/>
          <w:smallCaps w:val="0"/>
          <w:strike w:val="0"/>
          <w:u w:val="none"/>
        </w:rPr>
        <w:t xml:space="preserve"> just as </w:t>
      </w:r>
      <w:r>
        <w:rPr>
          <w:b/>
          <w:i w:val="0"/>
          <w:smallCaps w:val="0"/>
          <w:strike w:val="0"/>
          <w:u w:val="single"/>
        </w:rPr>
        <w:t>readily</w:t>
      </w:r>
      <w:r>
        <w:rPr>
          <w:b w:val="0"/>
          <w:i w:val="0"/>
          <w:smallCaps w:val="0"/>
          <w:strike w:val="0"/>
          <w:u w:val="single"/>
        </w:rPr>
        <w:t xml:space="preserve"> and</w:t>
      </w:r>
      <w:r>
        <w:rPr>
          <w:b w:val="0"/>
          <w:i w:val="0"/>
          <w:smallCaps w:val="0"/>
          <w:strike w:val="0"/>
          <w:u w:val="none"/>
        </w:rPr>
        <w:t xml:space="preserve"> just as </w:t>
      </w:r>
      <w:r>
        <w:rPr>
          <w:b/>
          <w:i w:val="0"/>
          <w:smallCaps w:val="0"/>
          <w:strike w:val="0"/>
          <w:u w:val="single"/>
        </w:rPr>
        <w:t>quickly</w:t>
      </w:r>
      <w:r>
        <w:rPr>
          <w:b w:val="0"/>
          <w:i w:val="0"/>
          <w:smallCaps w:val="0"/>
          <w:strike w:val="0"/>
          <w:u w:val="single"/>
        </w:rPr>
        <w:t xml:space="preserve"> </w:t>
      </w:r>
      <w:r>
        <w:rPr>
          <w:b/>
          <w:i w:val="0"/>
          <w:smallCaps w:val="0"/>
          <w:strike w:val="0"/>
          <w:u w:val="single"/>
        </w:rPr>
        <w:t>against</w:t>
      </w:r>
      <w:r>
        <w:rPr>
          <w:b w:val="0"/>
          <w:i w:val="0"/>
          <w:smallCaps w:val="0"/>
          <w:strike w:val="0"/>
          <w:u w:val="single"/>
        </w:rPr>
        <w:t xml:space="preserve"> </w:t>
      </w:r>
      <w:r>
        <w:rPr>
          <w:b/>
          <w:i w:val="0"/>
          <w:smallCaps w:val="0"/>
          <w:strike w:val="0"/>
          <w:u w:val="single"/>
        </w:rPr>
        <w:t>democratic institutions</w:t>
      </w:r>
      <w:r>
        <w:rPr>
          <w:b w:val="0"/>
          <w:i w:val="0"/>
          <w:smallCaps w:val="0"/>
          <w:strike w:val="0"/>
          <w:u w:val="single"/>
        </w:rPr>
        <w:t xml:space="preserve">. The </w:t>
      </w:r>
      <w:r>
        <w:rPr>
          <w:b/>
          <w:i w:val="0"/>
          <w:smallCaps w:val="0"/>
          <w:strike w:val="0"/>
          <w:u w:val="single"/>
        </w:rPr>
        <w:t>key lesson of the 20th century</w:t>
      </w:r>
      <w:r>
        <w:rPr>
          <w:b w:val="0"/>
          <w:i w:val="0"/>
          <w:smallCaps w:val="0"/>
          <w:strike w:val="0"/>
          <w:u w:val="single"/>
        </w:rPr>
        <w:t xml:space="preserve"> is that democracy is</w:t>
      </w:r>
      <w:r>
        <w:rPr>
          <w:b w:val="0"/>
          <w:i w:val="0"/>
          <w:smallCaps w:val="0"/>
          <w:strike w:val="0"/>
          <w:u w:val="none"/>
        </w:rPr>
        <w:t xml:space="preserve"> more </w:t>
      </w:r>
      <w:r>
        <w:rPr>
          <w:b/>
          <w:i w:val="0"/>
          <w:smallCaps w:val="0"/>
          <w:strike w:val="0"/>
          <w:u w:val="single"/>
        </w:rPr>
        <w:t>fragile</w:t>
      </w:r>
      <w:r>
        <w:rPr>
          <w:b w:val="0"/>
          <w:i w:val="0"/>
          <w:smallCaps w:val="0"/>
          <w:strike w:val="0"/>
          <w:u w:val="none"/>
        </w:rPr>
        <w:t xml:space="preserve"> than we might like.</w:t>
      </w:r>
      <w:r>
        <w:rPr>
          <w:b w:val="0"/>
          <w:i w:val="0"/>
          <w:smallCaps w:val="0"/>
          <w:strike w:val="0"/>
          <w:u w:val="none"/>
        </w:rPr>
        <w:tab/>
      </w:r>
      <w:r>
        <w:rPr>
          <w:b w:val="0"/>
          <w:i w:val="0"/>
          <w:smallCaps w:val="0"/>
          <w:strike w:val="0"/>
          <w:u w:val="none"/>
        </w:rPr>
        <w:tab/>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