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Biodiversity loss</w:t>
      </w:r>
      <w:r>
        <w:rPr>
          <w:b/>
          <w:i w:val="0"/>
          <w:smallCaps w:val="0"/>
          <w:strike w:val="0"/>
          <w:sz w:val="26"/>
          <w:u w:val="none"/>
        </w:rPr>
        <w:t xml:space="preserve"> and climate change</w:t>
      </w:r>
      <w:r>
        <w:rPr>
          <w:b/>
          <w:i w:val="0"/>
          <w:smallCaps w:val="0"/>
          <w:strike w:val="0"/>
          <w:sz w:val="26"/>
          <w:u w:val="none"/>
        </w:rPr>
        <w:t xml:space="preserve"> </w:t>
      </w:r>
      <w:r>
        <w:rPr>
          <w:b/>
          <w:i w:val="0"/>
          <w:smallCaps w:val="0"/>
          <w:strike w:val="0"/>
          <w:sz w:val="26"/>
          <w:u w:val="single"/>
        </w:rPr>
        <w:t>cascad</w:t>
      </w:r>
      <w:r>
        <w:rPr>
          <w:b/>
          <w:i w:val="0"/>
          <w:smallCaps w:val="0"/>
          <w:strike w:val="0"/>
          <w:sz w:val="26"/>
          <w:u w:val="single"/>
        </w:rPr>
        <w:t>e</w:t>
      </w:r>
      <w:r>
        <w:rPr>
          <w:b/>
          <w:i w:val="0"/>
          <w:smallCaps w:val="0"/>
          <w:strike w:val="0"/>
          <w:sz w:val="26"/>
          <w:u w:val="none"/>
        </w:rPr>
        <w:t xml:space="preserve">, cause nuclear war, and turn </w:t>
      </w:r>
      <w:r>
        <w:rPr>
          <w:b/>
          <w:i w:val="0"/>
          <w:smallCaps w:val="0"/>
          <w:strike w:val="0"/>
          <w:sz w:val="26"/>
          <w:u w:val="single"/>
        </w:rPr>
        <w:t>every impact</w:t>
      </w:r>
      <w:r>
        <w:rPr>
          <w:b/>
          <w:i w:val="0"/>
          <w:smallCaps w:val="0"/>
          <w:strike w:val="0"/>
          <w:sz w:val="26"/>
          <w:u w:val="none"/>
        </w:rPr>
        <w:t xml:space="preserve">. </w:t>
      </w:r>
    </w:p>
    <w:p>
      <w:pPr>
        <w:spacing w:after="80"/>
      </w:pPr>
      <w:r>
        <w:rPr>
          <w:b w:val="0"/>
          <w:i w:val="0"/>
          <w:smallCaps w:val="0"/>
          <w:strike w:val="0"/>
          <w:u w:val="none"/>
        </w:rPr>
        <w:t xml:space="preserve">Phil </w:t>
      </w:r>
      <w:r>
        <w:rPr>
          <w:b/>
          <w:i w:val="0"/>
          <w:smallCaps w:val="0"/>
          <w:strike w:val="0"/>
          <w:sz w:val="26"/>
          <w:u w:val="none"/>
        </w:rPr>
        <w:t>Torres 16</w:t>
      </w:r>
      <w:r>
        <w:rPr>
          <w:b w:val="0"/>
          <w:i w:val="0"/>
          <w:smallCaps w:val="0"/>
          <w:strike w:val="0"/>
          <w:u w:val="none"/>
        </w:rPr>
        <w:t xml:space="preserve">. Affiliate scholar at the Institute for Ethics and Emerging Technologies. “Biodiversity loss: An existential risk comparable to climate change.” Bulletin of the Atomic Scientists. http://thebulletin.org/biodiversity-loss-existential-risk-comparable-climate-change9329. </w:t>
      </w:r>
    </w:p>
    <w:p>
      <w:pPr>
        <w:spacing w:after="60"/>
      </w:pPr>
      <w:r>
        <w:rPr>
          <w:b w:val="0"/>
          <w:i w:val="0"/>
          <w:smallCaps w:val="0"/>
          <w:strike w:val="0"/>
          <w:sz w:val="16"/>
          <w:u w:val="none"/>
        </w:rPr>
        <w:t xml:space="preserve">Such considerations warrant decoupling biodiversity loss from climate change, because the former has been consistently subsumed by the latter as a mere effect. </w:t>
      </w:r>
      <w:r>
        <w:rPr>
          <w:b w:val="0"/>
          <w:i w:val="0"/>
          <w:smallCaps w:val="0"/>
          <w:strike w:val="0"/>
          <w:sz w:val="22"/>
          <w:u w:val="single"/>
        </w:rPr>
        <w:t>Biodiversity loss is a distinct environmental crisis with its own unique syndrome of causes, consequences, and solutions</w:t>
      </w:r>
      <w:r>
        <w:rPr>
          <w:b w:val="0"/>
          <w:i w:val="0"/>
          <w:smallCaps w:val="0"/>
          <w:strike w:val="0"/>
          <w:sz w:val="16"/>
          <w:u w:val="none"/>
        </w:rPr>
        <w:t>—such as restoring habitats, creating protected areas (“biodiversity parks”), and practicing sustainable agriculture.</w:t>
      </w:r>
      <w:r>
        <w:rPr>
          <w:b w:val="0"/>
          <w:i w:val="0"/>
          <w:smallCaps w:val="0"/>
          <w:strike w:val="0"/>
          <w:sz w:val="16"/>
          <w:u w:val="none"/>
        </w:rPr>
        <w:t xml:space="preserve"> </w:t>
      </w:r>
      <w:r>
        <w:rPr>
          <w:b w:val="0"/>
          <w:i w:val="0"/>
          <w:smallCaps w:val="0"/>
          <w:strike w:val="0"/>
          <w:sz w:val="16"/>
          <w:u w:val="none"/>
        </w:rPr>
        <w:t xml:space="preserve">The sixth extinction. </w:t>
      </w:r>
      <w:r>
        <w:rPr>
          <w:b w:val="0"/>
          <w:i w:val="0"/>
          <w:smallCaps w:val="0"/>
          <w:strike w:val="0"/>
          <w:sz w:val="22"/>
          <w:u w:val="single"/>
        </w:rPr>
        <w:t xml:space="preserve">The </w:t>
      </w:r>
      <w:r>
        <w:rPr>
          <w:b w:val="0"/>
          <w:i w:val="0"/>
          <w:smallCaps w:val="0"/>
          <w:strike w:val="0"/>
          <w:sz w:val="22"/>
          <w:highlight w:val="cyan"/>
          <w:u w:val="single"/>
        </w:rPr>
        <w:t>repercussions of biod</w:t>
      </w:r>
      <w:r>
        <w:rPr>
          <w:b w:val="0"/>
          <w:i w:val="0"/>
          <w:smallCaps w:val="0"/>
          <w:strike w:val="0"/>
          <w:sz w:val="16"/>
          <w:u w:val="none"/>
        </w:rPr>
        <w:t xml:space="preserve">iversity </w:t>
      </w:r>
      <w:r>
        <w:rPr>
          <w:b w:val="0"/>
          <w:i w:val="0"/>
          <w:smallCaps w:val="0"/>
          <w:strike w:val="0"/>
          <w:sz w:val="22"/>
          <w:highlight w:val="cyan"/>
          <w:u w:val="single"/>
        </w:rPr>
        <w:t>loss are</w:t>
      </w:r>
      <w:r>
        <w:rPr>
          <w:b w:val="0"/>
          <w:i w:val="0"/>
          <w:smallCaps w:val="0"/>
          <w:strike w:val="0"/>
          <w:sz w:val="16"/>
          <w:u w:val="none"/>
        </w:rPr>
        <w:t xml:space="preserve"> potentially </w:t>
      </w:r>
      <w:r>
        <w:rPr>
          <w:b w:val="0"/>
          <w:i w:val="0"/>
          <w:smallCaps w:val="0"/>
          <w:strike w:val="0"/>
          <w:sz w:val="22"/>
          <w:highlight w:val="cyan"/>
          <w:u w:val="single"/>
        </w:rPr>
        <w:t>as severe as</w:t>
      </w:r>
      <w:r>
        <w:rPr>
          <w:b w:val="0"/>
          <w:i w:val="0"/>
          <w:smallCaps w:val="0"/>
          <w:strike w:val="0"/>
          <w:sz w:val="22"/>
          <w:u w:val="single"/>
        </w:rPr>
        <w:t xml:space="preserve"> those</w:t>
      </w:r>
      <w:r>
        <w:rPr>
          <w:b w:val="0"/>
          <w:i w:val="0"/>
          <w:smallCaps w:val="0"/>
          <w:strike w:val="0"/>
          <w:sz w:val="16"/>
          <w:u w:val="none"/>
        </w:rPr>
        <w:t xml:space="preserve"> anticipated </w:t>
      </w:r>
      <w:r>
        <w:rPr>
          <w:b w:val="0"/>
          <w:i w:val="0"/>
          <w:smallCaps w:val="0"/>
          <w:strike w:val="0"/>
          <w:sz w:val="22"/>
          <w:u w:val="single"/>
        </w:rPr>
        <w:t xml:space="preserve">from </w:t>
      </w:r>
      <w:r>
        <w:rPr>
          <w:b/>
          <w:i w:val="0"/>
          <w:smallCaps w:val="0"/>
          <w:strike w:val="0"/>
          <w:sz w:val="22"/>
          <w:highlight w:val="cyan"/>
          <w:u w:val="single"/>
        </w:rPr>
        <w:t>climate change</w:t>
      </w:r>
      <w:r>
        <w:rPr>
          <w:b w:val="0"/>
          <w:i w:val="0"/>
          <w:smallCaps w:val="0"/>
          <w:strike w:val="0"/>
          <w:sz w:val="22"/>
          <w:highlight w:val="cyan"/>
          <w:u w:val="single"/>
        </w:rPr>
        <w:t>, or</w:t>
      </w:r>
      <w:r>
        <w:rPr>
          <w:b w:val="0"/>
          <w:i w:val="0"/>
          <w:smallCaps w:val="0"/>
          <w:strike w:val="0"/>
          <w:sz w:val="16"/>
          <w:u w:val="none"/>
        </w:rPr>
        <w:t xml:space="preserve"> even a </w:t>
      </w:r>
      <w:r>
        <w:rPr>
          <w:b/>
          <w:i w:val="0"/>
          <w:smallCaps w:val="0"/>
          <w:strike w:val="0"/>
          <w:sz w:val="22"/>
          <w:highlight w:val="cyan"/>
          <w:u w:val="single"/>
        </w:rPr>
        <w:t>nuc</w:t>
      </w:r>
      <w:r>
        <w:rPr>
          <w:b/>
          <w:i w:val="0"/>
          <w:smallCaps w:val="0"/>
          <w:strike w:val="0"/>
          <w:sz w:val="22"/>
          <w:u w:val="single"/>
        </w:rPr>
        <w:t xml:space="preserve">lear </w:t>
      </w:r>
      <w:r>
        <w:rPr>
          <w:b/>
          <w:i w:val="0"/>
          <w:smallCaps w:val="0"/>
          <w:strike w:val="0"/>
          <w:sz w:val="22"/>
          <w:highlight w:val="cyan"/>
          <w:u w:val="single"/>
        </w:rPr>
        <w:t>conflict</w:t>
      </w:r>
      <w:r>
        <w:rPr>
          <w:b w:val="0"/>
          <w:i w:val="0"/>
          <w:smallCaps w:val="0"/>
          <w:strike w:val="0"/>
          <w:sz w:val="16"/>
          <w:u w:val="none"/>
        </w:rPr>
        <w:t xml:space="preserve">. For example, </w:t>
      </w:r>
      <w:r>
        <w:rPr>
          <w:b w:val="0"/>
          <w:i w:val="0"/>
          <w:smallCaps w:val="0"/>
          <w:strike w:val="0"/>
          <w:sz w:val="22"/>
          <w:u w:val="single"/>
        </w:rPr>
        <w:t>according to a 2015 study</w:t>
      </w:r>
      <w:r>
        <w:rPr>
          <w:b w:val="0"/>
          <w:i w:val="0"/>
          <w:smallCaps w:val="0"/>
          <w:strike w:val="0"/>
          <w:sz w:val="16"/>
          <w:u w:val="none"/>
        </w:rPr>
        <w:t xml:space="preserve"> published in Science Advances, </w:t>
      </w:r>
      <w:r>
        <w:rPr>
          <w:b w:val="0"/>
          <w:i w:val="0"/>
          <w:smallCaps w:val="0"/>
          <w:strike w:val="0"/>
          <w:sz w:val="22"/>
          <w:u w:val="single"/>
        </w:rPr>
        <w:t xml:space="preserve">the best available evidence reveals “an exceptionally rapid loss of biodiversity over the last few centuries, indicating that a </w:t>
      </w:r>
      <w:r>
        <w:rPr>
          <w:b/>
          <w:i w:val="0"/>
          <w:smallCaps w:val="0"/>
          <w:strike w:val="0"/>
          <w:sz w:val="22"/>
          <w:u w:val="single"/>
        </w:rPr>
        <w:t xml:space="preserve">sixth mass </w:t>
      </w:r>
      <w:r>
        <w:rPr>
          <w:b/>
          <w:i w:val="0"/>
          <w:smallCaps w:val="0"/>
          <w:strike w:val="0"/>
          <w:sz w:val="22"/>
          <w:highlight w:val="cyan"/>
          <w:u w:val="single"/>
        </w:rPr>
        <w:t>extinction</w:t>
      </w:r>
      <w:r>
        <w:rPr>
          <w:b w:val="0"/>
          <w:i w:val="0"/>
          <w:smallCaps w:val="0"/>
          <w:strike w:val="0"/>
          <w:sz w:val="22"/>
          <w:highlight w:val="cyan"/>
          <w:u w:val="single"/>
        </w:rPr>
        <w:t xml:space="preserve"> is</w:t>
      </w:r>
      <w:r>
        <w:rPr>
          <w:b w:val="0"/>
          <w:i w:val="0"/>
          <w:smallCaps w:val="0"/>
          <w:strike w:val="0"/>
          <w:sz w:val="22"/>
          <w:u w:val="single"/>
        </w:rPr>
        <w:t xml:space="preserve"> already </w:t>
      </w:r>
      <w:r>
        <w:rPr>
          <w:b w:val="0"/>
          <w:i w:val="0"/>
          <w:smallCaps w:val="0"/>
          <w:strike w:val="0"/>
          <w:sz w:val="22"/>
          <w:highlight w:val="cyan"/>
          <w:u w:val="single"/>
        </w:rPr>
        <w:t>under way</w:t>
      </w:r>
      <w:r>
        <w:rPr>
          <w:b w:val="0"/>
          <w:i w:val="0"/>
          <w:smallCaps w:val="0"/>
          <w:strike w:val="0"/>
          <w:sz w:val="22"/>
          <w:u w:val="single"/>
        </w:rPr>
        <w:t>.”</w:t>
      </w:r>
      <w:r>
        <w:rPr>
          <w:b w:val="0"/>
          <w:i w:val="0"/>
          <w:smallCaps w:val="0"/>
          <w:strike w:val="0"/>
          <w:sz w:val="16"/>
          <w:u w:val="none"/>
        </w:rPr>
        <w:t xml:space="preserve"> This conclusion holds, even on the most optimistic assumptions about the background rate of species losses and the current rate of vertebrate extinctions. The group classified as “vertebrates” includes mammals, birds, reptiles, fish, and all other creatures with a backbone.</w:t>
      </w:r>
      <w:r>
        <w:rPr>
          <w:b w:val="0"/>
          <w:i w:val="0"/>
          <w:smallCaps w:val="0"/>
          <w:strike w:val="0"/>
          <w:sz w:val="16"/>
          <w:u w:val="none"/>
        </w:rPr>
        <w:t xml:space="preserve"> </w:t>
      </w:r>
      <w:r>
        <w:rPr>
          <w:b w:val="0"/>
          <w:i w:val="0"/>
          <w:smallCaps w:val="0"/>
          <w:strike w:val="0"/>
          <w:sz w:val="16"/>
          <w:u w:val="none"/>
        </w:rPr>
        <w:t xml:space="preserve">The article argues that, </w:t>
      </w:r>
      <w:r>
        <w:rPr>
          <w:b w:val="0"/>
          <w:i w:val="0"/>
          <w:smallCaps w:val="0"/>
          <w:strike w:val="0"/>
          <w:sz w:val="22"/>
          <w:u w:val="single"/>
        </w:rPr>
        <w:t>using its conservative figures, the average loss of vertebrate species was 100 times higher in the past century relative to the background rate of extinction</w:t>
      </w:r>
      <w:r>
        <w:rPr>
          <w:b w:val="0"/>
          <w:i w:val="0"/>
          <w:smallCaps w:val="0"/>
          <w:strike w:val="0"/>
          <w:sz w:val="16"/>
          <w:u w:val="none"/>
        </w:rPr>
        <w:t xml:space="preserve">. (Other scientists have suggested that the current extinction rate could be as much as 10,000 times higher than normal.) As the authors write, </w:t>
      </w:r>
      <w:r>
        <w:rPr>
          <w:b w:val="0"/>
          <w:i w:val="0"/>
          <w:smallCaps w:val="0"/>
          <w:strike w:val="0"/>
          <w:sz w:val="22"/>
          <w:u w:val="single"/>
        </w:rPr>
        <w:t xml:space="preserve">“The </w:t>
      </w:r>
      <w:r>
        <w:rPr>
          <w:b w:val="0"/>
          <w:i w:val="0"/>
          <w:smallCaps w:val="0"/>
          <w:strike w:val="0"/>
          <w:sz w:val="22"/>
          <w:highlight w:val="cyan"/>
          <w:u w:val="single"/>
        </w:rPr>
        <w:t>ev</w:t>
      </w:r>
      <w:r>
        <w:rPr>
          <w:b w:val="0"/>
          <w:i w:val="0"/>
          <w:smallCaps w:val="0"/>
          <w:strike w:val="0"/>
          <w:sz w:val="16"/>
          <w:u w:val="none"/>
        </w:rPr>
        <w:t xml:space="preserve">idence </w:t>
      </w:r>
      <w:r>
        <w:rPr>
          <w:b w:val="0"/>
          <w:i w:val="0"/>
          <w:smallCaps w:val="0"/>
          <w:strike w:val="0"/>
          <w:sz w:val="22"/>
          <w:highlight w:val="cyan"/>
          <w:u w:val="single"/>
        </w:rPr>
        <w:t>is incontrovertible</w:t>
      </w:r>
      <w:r>
        <w:rPr>
          <w:b w:val="0"/>
          <w:i w:val="0"/>
          <w:smallCaps w:val="0"/>
          <w:strike w:val="0"/>
          <w:sz w:val="22"/>
          <w:u w:val="single"/>
        </w:rPr>
        <w:t xml:space="preserve"> that recent extinction rates are unprecedented in human history and highly unusual in Earth’s history.”</w:t>
      </w:r>
      <w:r>
        <w:rPr>
          <w:b w:val="0"/>
          <w:i w:val="0"/>
          <w:smallCaps w:val="0"/>
          <w:strike w:val="0"/>
          <w:sz w:val="16"/>
          <w:u w:val="none"/>
        </w:rPr>
        <w:t xml:space="preserve"> Perhaps the term “Big Six” should enter the popular lexicon—to add the current extinction to the previous “Big Five,” the last of which wiped out the dinosaurs 66 million years ago.</w:t>
      </w:r>
      <w:r>
        <w:rPr>
          <w:b w:val="0"/>
          <w:i w:val="0"/>
          <w:smallCaps w:val="0"/>
          <w:strike w:val="0"/>
          <w:sz w:val="16"/>
          <w:u w:val="none"/>
        </w:rPr>
        <w:t xml:space="preserve"> </w:t>
      </w:r>
      <w:r>
        <w:rPr>
          <w:b w:val="0"/>
          <w:i w:val="0"/>
          <w:smallCaps w:val="0"/>
          <w:strike w:val="0"/>
          <w:sz w:val="16"/>
          <w:u w:val="none"/>
        </w:rPr>
        <w:t xml:space="preserve">But </w:t>
      </w:r>
      <w:r>
        <w:rPr>
          <w:b w:val="0"/>
          <w:i w:val="0"/>
          <w:smallCaps w:val="0"/>
          <w:strike w:val="0"/>
          <w:sz w:val="22"/>
          <w:u w:val="single"/>
        </w:rPr>
        <w:t>the concept of biodiversity encompasses more than just the total number of species on the planet. It</w:t>
      </w:r>
      <w:r>
        <w:rPr>
          <w:b w:val="0"/>
          <w:i w:val="0"/>
          <w:smallCaps w:val="0"/>
          <w:strike w:val="0"/>
          <w:sz w:val="16"/>
          <w:u w:val="none"/>
        </w:rPr>
        <w:t xml:space="preserve"> also </w:t>
      </w:r>
      <w:r>
        <w:rPr>
          <w:b w:val="0"/>
          <w:i w:val="0"/>
          <w:smallCaps w:val="0"/>
          <w:strike w:val="0"/>
          <w:sz w:val="22"/>
          <w:u w:val="single"/>
        </w:rPr>
        <w:t>refers to the size of different populations of species</w:t>
      </w:r>
      <w:r>
        <w:rPr>
          <w:b w:val="0"/>
          <w:i w:val="0"/>
          <w:smallCaps w:val="0"/>
          <w:strike w:val="0"/>
          <w:sz w:val="16"/>
          <w:u w:val="none"/>
        </w:rPr>
        <w:t xml:space="preserve">. With respect to this phenomenon, </w:t>
      </w:r>
      <w:r>
        <w:rPr>
          <w:b w:val="0"/>
          <w:i w:val="0"/>
          <w:smallCaps w:val="0"/>
          <w:strike w:val="0"/>
          <w:sz w:val="22"/>
          <w:highlight w:val="cyan"/>
          <w:u w:val="single"/>
        </w:rPr>
        <w:t>multiple studies</w:t>
      </w:r>
      <w:r>
        <w:rPr>
          <w:b w:val="0"/>
          <w:i w:val="0"/>
          <w:smallCaps w:val="0"/>
          <w:strike w:val="0"/>
          <w:sz w:val="22"/>
          <w:u w:val="single"/>
        </w:rPr>
        <w:t xml:space="preserve"> have </w:t>
      </w:r>
      <w:r>
        <w:rPr>
          <w:b w:val="0"/>
          <w:i w:val="0"/>
          <w:smallCaps w:val="0"/>
          <w:strike w:val="0"/>
          <w:sz w:val="22"/>
          <w:highlight w:val="cyan"/>
          <w:u w:val="single"/>
        </w:rPr>
        <w:t>confirmed</w:t>
      </w:r>
      <w:r>
        <w:rPr>
          <w:b w:val="0"/>
          <w:i w:val="0"/>
          <w:smallCaps w:val="0"/>
          <w:strike w:val="0"/>
          <w:sz w:val="22"/>
          <w:u w:val="single"/>
        </w:rPr>
        <w:t xml:space="preserve"> that wild populations around the world are dwindling and disappearing at an </w:t>
      </w:r>
      <w:r>
        <w:rPr>
          <w:b/>
          <w:i w:val="0"/>
          <w:smallCaps w:val="0"/>
          <w:strike w:val="0"/>
          <w:sz w:val="22"/>
          <w:u w:val="single"/>
        </w:rPr>
        <w:t>alarming rate</w:t>
      </w:r>
      <w:r>
        <w:rPr>
          <w:b w:val="0"/>
          <w:i w:val="0"/>
          <w:smallCaps w:val="0"/>
          <w:strike w:val="0"/>
          <w:sz w:val="16"/>
          <w:u w:val="none"/>
        </w:rPr>
        <w:t>. For example, the 2010 Global Biodiversity Outlook report found that the population of wild vertebrates living in the tropics dropped by 59 percent between 1970 and 2006.</w:t>
      </w:r>
      <w:r>
        <w:rPr>
          <w:b w:val="0"/>
          <w:i w:val="0"/>
          <w:smallCaps w:val="0"/>
          <w:strike w:val="0"/>
          <w:sz w:val="16"/>
          <w:u w:val="none"/>
        </w:rPr>
        <w:t xml:space="preserve"> </w:t>
      </w:r>
      <w:r>
        <w:rPr>
          <w:b w:val="0"/>
          <w:i w:val="0"/>
          <w:smallCaps w:val="0"/>
          <w:strike w:val="0"/>
          <w:sz w:val="16"/>
          <w:u w:val="none"/>
        </w:rPr>
        <w:t>The report also found that the population of farmland birds in Europe has dropped by 50 percent since 1980; bird populations in the grasslands of North America declined by almost 40 percent between 1968 and 2003; and the population of birds in North American arid lands has fallen by almost 30 percent since the 1960s. Similarly, 42 percent of all amphibian species (a type of vertebrate that is sometimes called an “ecological indicator”) are undergoing population declines, and 23 percent of all plant species “are estimated to be threatened with extinction.” Other studies have found that some 20 percent of all reptile species, 48 percent of the world’s primates, and 50 percent of freshwater turtles are threatened. Underwater, about 10 percent of all coral reefs are now dead, and another 60 percent are in danger of dying.</w:t>
      </w:r>
      <w:r>
        <w:rPr>
          <w:b w:val="0"/>
          <w:i w:val="0"/>
          <w:smallCaps w:val="0"/>
          <w:strike w:val="0"/>
          <w:sz w:val="16"/>
          <w:u w:val="none"/>
        </w:rPr>
        <w:t xml:space="preserve"> </w:t>
      </w:r>
      <w:r>
        <w:rPr>
          <w:b w:val="0"/>
          <w:i w:val="0"/>
          <w:smallCaps w:val="0"/>
          <w:strike w:val="0"/>
          <w:sz w:val="16"/>
          <w:u w:val="none"/>
        </w:rPr>
        <w:t xml:space="preserve">Consistent with these data, </w:t>
      </w:r>
      <w:r>
        <w:rPr>
          <w:b w:val="0"/>
          <w:i w:val="0"/>
          <w:smallCaps w:val="0"/>
          <w:strike w:val="0"/>
          <w:sz w:val="22"/>
          <w:u w:val="single"/>
        </w:rPr>
        <w:t>the 2014 Living Planet Report shows that the global population of wild vertebrates dropped by 52 percent in only four decades</w:t>
      </w:r>
      <w:r>
        <w:rPr>
          <w:b w:val="0"/>
          <w:i w:val="0"/>
          <w:smallCaps w:val="0"/>
          <w:strike w:val="0"/>
          <w:sz w:val="16"/>
          <w:u w:val="none"/>
        </w:rPr>
        <w:t xml:space="preserve">—from 1970 to 2010. While biologists often avoid projecting historical trends into the future because of the complexity of ecological systems, it’s tempting to extrapolate this figure to, say, the year 2050, which is four decades from 2010. As it happens, </w:t>
      </w:r>
      <w:r>
        <w:rPr>
          <w:b w:val="0"/>
          <w:i w:val="0"/>
          <w:smallCaps w:val="0"/>
          <w:strike w:val="0"/>
          <w:sz w:val="22"/>
          <w:u w:val="single"/>
        </w:rPr>
        <w:t xml:space="preserve">a 2006 study published in </w:t>
      </w:r>
      <w:r>
        <w:rPr>
          <w:b w:val="0"/>
          <w:i w:val="0"/>
          <w:smallCaps w:val="0"/>
          <w:strike w:val="0"/>
          <w:sz w:val="22"/>
          <w:u w:val="single"/>
        </w:rPr>
        <w:t>Science</w:t>
      </w:r>
      <w:r>
        <w:rPr>
          <w:b w:val="0"/>
          <w:i w:val="0"/>
          <w:smallCaps w:val="0"/>
          <w:strike w:val="0"/>
          <w:sz w:val="16"/>
          <w:u w:val="none"/>
        </w:rPr>
        <w:t xml:space="preserve"> does precisely this: It </w:t>
      </w:r>
      <w:r>
        <w:rPr>
          <w:b w:val="0"/>
          <w:i w:val="0"/>
          <w:smallCaps w:val="0"/>
          <w:strike w:val="0"/>
          <w:sz w:val="22"/>
          <w:u w:val="single"/>
        </w:rPr>
        <w:t>projects past trends of marine biodiversity loss into the 21st century, concluding that, unless significant changes are made to patterns of human activity, there will be virtually no more wild-caught seafood by 2048</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Catastrophic consequences for civilization. </w:t>
      </w:r>
      <w:r>
        <w:rPr>
          <w:b w:val="0"/>
          <w:i w:val="0"/>
          <w:smallCaps w:val="0"/>
          <w:strike w:val="0"/>
          <w:sz w:val="22"/>
          <w:u w:val="single"/>
        </w:rPr>
        <w:t>The consequences of this rapid pruning of the evolutionary tree of life extend beyond the obvious. There could be surprising effects of biodiversity loss that scientists are unable to fully anticipate in advance</w:t>
      </w:r>
      <w:r>
        <w:rPr>
          <w:b w:val="0"/>
          <w:i w:val="0"/>
          <w:smallCaps w:val="0"/>
          <w:strike w:val="0"/>
          <w:sz w:val="16"/>
          <w:u w:val="none"/>
        </w:rPr>
        <w:t xml:space="preserve">. For example, </w:t>
      </w:r>
      <w:r>
        <w:rPr>
          <w:b w:val="0"/>
          <w:i w:val="0"/>
          <w:smallCaps w:val="0"/>
          <w:strike w:val="0"/>
          <w:sz w:val="22"/>
          <w:u w:val="single"/>
        </w:rPr>
        <w:t xml:space="preserve">prior research has shown that localized </w:t>
      </w:r>
      <w:r>
        <w:rPr>
          <w:b w:val="0"/>
          <w:i w:val="0"/>
          <w:smallCaps w:val="0"/>
          <w:strike w:val="0"/>
          <w:sz w:val="22"/>
          <w:highlight w:val="cyan"/>
          <w:u w:val="single"/>
        </w:rPr>
        <w:t>ecosystems</w:t>
      </w:r>
      <w:r>
        <w:rPr>
          <w:b w:val="0"/>
          <w:i w:val="0"/>
          <w:smallCaps w:val="0"/>
          <w:strike w:val="0"/>
          <w:sz w:val="22"/>
          <w:u w:val="single"/>
        </w:rPr>
        <w:t xml:space="preserve"> can </w:t>
      </w:r>
      <w:r>
        <w:rPr>
          <w:b w:val="0"/>
          <w:i w:val="0"/>
          <w:smallCaps w:val="0"/>
          <w:strike w:val="0"/>
          <w:sz w:val="22"/>
          <w:highlight w:val="cyan"/>
          <w:u w:val="single"/>
        </w:rPr>
        <w:t xml:space="preserve">undergo </w:t>
      </w:r>
      <w:r>
        <w:rPr>
          <w:b/>
          <w:i w:val="0"/>
          <w:smallCaps w:val="0"/>
          <w:strike w:val="0"/>
          <w:sz w:val="22"/>
          <w:highlight w:val="cyan"/>
          <w:u w:val="single"/>
        </w:rPr>
        <w:t>abrupt</w:t>
      </w:r>
      <w:r>
        <w:rPr>
          <w:b w:val="0"/>
          <w:i w:val="0"/>
          <w:smallCaps w:val="0"/>
          <w:strike w:val="0"/>
          <w:sz w:val="22"/>
          <w:highlight w:val="cyan"/>
          <w:u w:val="single"/>
        </w:rPr>
        <w:t xml:space="preserve"> and </w:t>
      </w:r>
      <w:r>
        <w:rPr>
          <w:b/>
          <w:i w:val="0"/>
          <w:smallCaps w:val="0"/>
          <w:strike w:val="0"/>
          <w:sz w:val="22"/>
          <w:highlight w:val="cyan"/>
          <w:u w:val="single"/>
        </w:rPr>
        <w:t>irreversible shifts</w:t>
      </w:r>
      <w:r>
        <w:rPr>
          <w:b w:val="0"/>
          <w:i w:val="0"/>
          <w:smallCaps w:val="0"/>
          <w:strike w:val="0"/>
          <w:sz w:val="22"/>
          <w:u w:val="single"/>
        </w:rPr>
        <w:t xml:space="preserve"> when they reach a tipping point. According to a 2012 paper published in Nature, there are reasons for thinking that we may be approaching </w:t>
      </w:r>
      <w:r>
        <w:rPr>
          <w:b w:val="0"/>
          <w:i w:val="0"/>
          <w:smallCaps w:val="0"/>
          <w:strike w:val="0"/>
          <w:sz w:val="22"/>
          <w:highlight w:val="cyan"/>
          <w:u w:val="single"/>
        </w:rPr>
        <w:t xml:space="preserve">a </w:t>
      </w:r>
      <w:r>
        <w:rPr>
          <w:b/>
          <w:i w:val="0"/>
          <w:smallCaps w:val="0"/>
          <w:strike w:val="0"/>
          <w:sz w:val="22"/>
          <w:highlight w:val="cyan"/>
          <w:u w:val="single"/>
        </w:rPr>
        <w:t>tipping point</w:t>
      </w:r>
      <w:r>
        <w:rPr>
          <w:b w:val="0"/>
          <w:i w:val="0"/>
          <w:smallCaps w:val="0"/>
          <w:strike w:val="0"/>
          <w:sz w:val="22"/>
          <w:u w:val="single"/>
        </w:rPr>
        <w:t xml:space="preserve"> of this sort in the </w:t>
      </w:r>
      <w:r>
        <w:rPr>
          <w:b/>
          <w:i w:val="0"/>
          <w:smallCaps w:val="0"/>
          <w:strike w:val="0"/>
          <w:sz w:val="22"/>
          <w:u w:val="single"/>
        </w:rPr>
        <w:t>global ecosystem</w:t>
      </w:r>
      <w:r>
        <w:rPr>
          <w:b w:val="0"/>
          <w:i w:val="0"/>
          <w:smallCaps w:val="0"/>
          <w:strike w:val="0"/>
          <w:sz w:val="22"/>
          <w:u w:val="single"/>
        </w:rPr>
        <w:t xml:space="preserve">, beyond which the </w:t>
      </w:r>
      <w:r>
        <w:rPr>
          <w:b w:val="0"/>
          <w:i w:val="0"/>
          <w:smallCaps w:val="0"/>
          <w:strike w:val="0"/>
          <w:sz w:val="22"/>
          <w:highlight w:val="cyan"/>
          <w:u w:val="single"/>
        </w:rPr>
        <w:t>consequences</w:t>
      </w:r>
      <w:r>
        <w:rPr>
          <w:b w:val="0"/>
          <w:i w:val="0"/>
          <w:smallCaps w:val="0"/>
          <w:strike w:val="0"/>
          <w:sz w:val="22"/>
          <w:u w:val="single"/>
        </w:rPr>
        <w:t xml:space="preserve"> could be </w:t>
      </w:r>
      <w:r>
        <w:rPr>
          <w:b/>
          <w:i w:val="0"/>
          <w:smallCaps w:val="0"/>
          <w:strike w:val="0"/>
          <w:sz w:val="22"/>
          <w:highlight w:val="cyan"/>
          <w:u w:val="single"/>
        </w:rPr>
        <w:t>catastrophic for civilization</w:t>
      </w:r>
      <w:r>
        <w:rPr>
          <w:b w:val="0"/>
          <w:i w:val="0"/>
          <w:smallCaps w:val="0"/>
          <w:strike w:val="0"/>
          <w:sz w:val="16"/>
          <w:u w:val="none"/>
        </w:rPr>
        <w:t>.</w:t>
      </w:r>
      <w:r>
        <w:rPr>
          <w:b w:val="0"/>
          <w:i w:val="0"/>
          <w:smallCaps w:val="0"/>
          <w:strike w:val="0"/>
          <w:sz w:val="16"/>
          <w:u w:val="none"/>
        </w:rPr>
        <w:t xml:space="preserve"> </w:t>
      </w:r>
      <w:r>
        <w:rPr>
          <w:b w:val="0"/>
          <w:i w:val="0"/>
          <w:smallCaps w:val="0"/>
          <w:strike w:val="0"/>
          <w:sz w:val="22"/>
          <w:u w:val="single"/>
        </w:rPr>
        <w:t xml:space="preserve">As the authors write, a planetary-scale transition could precipitate “substantial losses of ecosystem services </w:t>
      </w:r>
      <w:r>
        <w:rPr>
          <w:b/>
          <w:i w:val="0"/>
          <w:smallCaps w:val="0"/>
          <w:strike w:val="0"/>
          <w:sz w:val="22"/>
          <w:u w:val="single"/>
        </w:rPr>
        <w:t>required to sustain the human population</w:t>
      </w:r>
      <w:r>
        <w:rPr>
          <w:b w:val="0"/>
          <w:i w:val="0"/>
          <w:smallCaps w:val="0"/>
          <w:strike w:val="0"/>
          <w:sz w:val="22"/>
          <w:u w:val="single"/>
        </w:rPr>
        <w:t>.”</w:t>
      </w:r>
      <w:r>
        <w:rPr>
          <w:b w:val="0"/>
          <w:i w:val="0"/>
          <w:smallCaps w:val="0"/>
          <w:strike w:val="0"/>
          <w:sz w:val="16"/>
          <w:u w:val="none"/>
        </w:rPr>
        <w:t xml:space="preserve"> An ecosystem service is any ecological process that benefits humanity, such as food production and crop pollination. </w:t>
      </w:r>
      <w:r>
        <w:rPr>
          <w:b w:val="0"/>
          <w:i w:val="0"/>
          <w:smallCaps w:val="0"/>
          <w:strike w:val="0"/>
          <w:sz w:val="22"/>
          <w:u w:val="single"/>
        </w:rPr>
        <w:t>If the global ecosystem were to cross a tipping point and substantial ecosystem services were lost, the results could be “</w:t>
      </w:r>
      <w:r>
        <w:rPr>
          <w:b w:val="0"/>
          <w:i w:val="0"/>
          <w:smallCaps w:val="0"/>
          <w:strike w:val="0"/>
          <w:sz w:val="22"/>
          <w:highlight w:val="cyan"/>
          <w:u w:val="single"/>
        </w:rPr>
        <w:t>widespread</w:t>
      </w:r>
      <w:r>
        <w:rPr>
          <w:b w:val="0"/>
          <w:i w:val="0"/>
          <w:smallCaps w:val="0"/>
          <w:strike w:val="0"/>
          <w:sz w:val="22"/>
          <w:u w:val="single"/>
        </w:rPr>
        <w:t xml:space="preserve"> social </w:t>
      </w:r>
      <w:r>
        <w:rPr>
          <w:b w:val="0"/>
          <w:i w:val="0"/>
          <w:smallCaps w:val="0"/>
          <w:strike w:val="0"/>
          <w:sz w:val="22"/>
          <w:highlight w:val="cyan"/>
          <w:u w:val="single"/>
        </w:rPr>
        <w:t>unrest, economic instability, and loss of</w:t>
      </w:r>
      <w:r>
        <w:rPr>
          <w:b w:val="0"/>
          <w:i w:val="0"/>
          <w:smallCaps w:val="0"/>
          <w:strike w:val="0"/>
          <w:sz w:val="22"/>
          <w:u w:val="single"/>
        </w:rPr>
        <w:t xml:space="preserve"> human </w:t>
      </w:r>
      <w:r>
        <w:rPr>
          <w:b w:val="0"/>
          <w:i w:val="0"/>
          <w:smallCaps w:val="0"/>
          <w:strike w:val="0"/>
          <w:sz w:val="22"/>
          <w:highlight w:val="cyan"/>
          <w:u w:val="single"/>
        </w:rPr>
        <w:t>life</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According to</w:t>
      </w:r>
      <w:r>
        <w:rPr>
          <w:b w:val="0"/>
          <w:i w:val="0"/>
          <w:smallCaps w:val="0"/>
          <w:strike w:val="0"/>
          <w:sz w:val="16"/>
          <w:u w:val="none"/>
        </w:rPr>
        <w:t xml:space="preserve"> Missouri Botanical Garden </w:t>
      </w:r>
      <w:r>
        <w:rPr>
          <w:b w:val="0"/>
          <w:i w:val="0"/>
          <w:smallCaps w:val="0"/>
          <w:strike w:val="0"/>
          <w:sz w:val="22"/>
          <w:u w:val="single"/>
        </w:rPr>
        <w:t>ecologist</w:t>
      </w:r>
      <w:r>
        <w:rPr>
          <w:b w:val="0"/>
          <w:i w:val="0"/>
          <w:smallCaps w:val="0"/>
          <w:strike w:val="0"/>
          <w:sz w:val="16"/>
          <w:u w:val="none"/>
        </w:rPr>
        <w:t xml:space="preserve"> Adam </w:t>
      </w:r>
      <w:r>
        <w:rPr>
          <w:b w:val="0"/>
          <w:i w:val="0"/>
          <w:smallCaps w:val="0"/>
          <w:strike w:val="0"/>
          <w:sz w:val="22"/>
          <w:u w:val="single"/>
        </w:rPr>
        <w:t>Smith</w:t>
      </w:r>
      <w:r>
        <w:rPr>
          <w:b w:val="0"/>
          <w:i w:val="0"/>
          <w:smallCaps w:val="0"/>
          <w:strike w:val="0"/>
          <w:sz w:val="16"/>
          <w:u w:val="none"/>
        </w:rPr>
        <w:t xml:space="preserve">, one of the paper’s co-authors, </w:t>
      </w:r>
      <w:r>
        <w:rPr>
          <w:b w:val="0"/>
          <w:i w:val="0"/>
          <w:smallCaps w:val="0"/>
          <w:strike w:val="0"/>
          <w:sz w:val="22"/>
          <w:u w:val="single"/>
        </w:rPr>
        <w:t>this could occur</w:t>
      </w:r>
      <w:r>
        <w:rPr>
          <w:b w:val="0"/>
          <w:i w:val="0"/>
          <w:smallCaps w:val="0"/>
          <w:strike w:val="0"/>
          <w:sz w:val="16"/>
          <w:u w:val="none"/>
        </w:rPr>
        <w:t xml:space="preserve"> in a matter of decades—</w:t>
      </w:r>
      <w:r>
        <w:rPr>
          <w:b/>
          <w:i w:val="0"/>
          <w:smallCaps w:val="0"/>
          <w:strike w:val="0"/>
          <w:sz w:val="22"/>
          <w:highlight w:val="cyan"/>
          <w:u w:val="single"/>
        </w:rPr>
        <w:t>far more quickly</w:t>
      </w:r>
      <w:r>
        <w:rPr>
          <w:b w:val="0"/>
          <w:i w:val="0"/>
          <w:smallCaps w:val="0"/>
          <w:strike w:val="0"/>
          <w:sz w:val="22"/>
          <w:highlight w:val="cyan"/>
          <w:u w:val="single"/>
        </w:rPr>
        <w:t xml:space="preserve"> than</w:t>
      </w:r>
      <w:r>
        <w:rPr>
          <w:b w:val="0"/>
          <w:i w:val="0"/>
          <w:smallCaps w:val="0"/>
          <w:strike w:val="0"/>
          <w:sz w:val="16"/>
          <w:u w:val="none"/>
        </w:rPr>
        <w:t xml:space="preserve"> most of the expected consequences of </w:t>
      </w:r>
      <w:r>
        <w:rPr>
          <w:b w:val="0"/>
          <w:i w:val="0"/>
          <w:smallCaps w:val="0"/>
          <w:strike w:val="0"/>
          <w:sz w:val="22"/>
          <w:highlight w:val="cyan"/>
          <w:u w:val="single"/>
        </w:rPr>
        <w:t xml:space="preserve">climate change, yet </w:t>
      </w:r>
      <w:r>
        <w:rPr>
          <w:b/>
          <w:i w:val="0"/>
          <w:smallCaps w:val="0"/>
          <w:strike w:val="0"/>
          <w:sz w:val="22"/>
          <w:highlight w:val="cyan"/>
          <w:u w:val="single"/>
        </w:rPr>
        <w:t>equally destructive</w:t>
      </w:r>
      <w:r>
        <w:rPr>
          <w:b w:val="0"/>
          <w:i w:val="0"/>
          <w:smallCaps w:val="0"/>
          <w:strike w:val="0"/>
          <w:sz w:val="16"/>
          <w:u w:val="none"/>
        </w:rPr>
        <w:t>.</w:t>
      </w:r>
      <w:r>
        <w:rPr>
          <w:b w:val="0"/>
          <w:i w:val="0"/>
          <w:smallCaps w:val="0"/>
          <w:strike w:val="0"/>
          <w:sz w:val="16"/>
          <w:u w:val="none"/>
        </w:rPr>
        <w:t xml:space="preserve"> </w:t>
      </w:r>
      <w:r>
        <w:rPr>
          <w:b w:val="0"/>
          <w:i w:val="0"/>
          <w:smallCaps w:val="0"/>
          <w:strike w:val="0"/>
          <w:sz w:val="22"/>
          <w:u w:val="single"/>
        </w:rPr>
        <w:t xml:space="preserve">Biodiversity loss is </w:t>
      </w:r>
      <w:r>
        <w:rPr>
          <w:b w:val="0"/>
          <w:i w:val="0"/>
          <w:smallCaps w:val="0"/>
          <w:strike w:val="0"/>
          <w:sz w:val="22"/>
          <w:highlight w:val="cyan"/>
          <w:u w:val="single"/>
        </w:rPr>
        <w:t xml:space="preserve">a </w:t>
      </w:r>
      <w:r>
        <w:rPr>
          <w:b/>
          <w:i w:val="0"/>
          <w:smallCaps w:val="0"/>
          <w:strike w:val="0"/>
          <w:sz w:val="22"/>
          <w:highlight w:val="cyan"/>
          <w:u w:val="single"/>
        </w:rPr>
        <w:t>“threat multiplier”</w:t>
      </w:r>
      <w:r>
        <w:rPr>
          <w:b w:val="0"/>
          <w:i w:val="0"/>
          <w:smallCaps w:val="0"/>
          <w:strike w:val="0"/>
          <w:sz w:val="22"/>
          <w:highlight w:val="cyan"/>
          <w:u w:val="single"/>
        </w:rPr>
        <w:t xml:space="preserve"> that</w:t>
      </w:r>
      <w:r>
        <w:rPr>
          <w:b w:val="0"/>
          <w:i w:val="0"/>
          <w:smallCaps w:val="0"/>
          <w:strike w:val="0"/>
          <w:sz w:val="22"/>
          <w:u w:val="single"/>
        </w:rPr>
        <w:t xml:space="preserve">, by pushing societies to the brink of collapse, will </w:t>
      </w:r>
      <w:r>
        <w:rPr>
          <w:b/>
          <w:i w:val="0"/>
          <w:smallCaps w:val="0"/>
          <w:strike w:val="0"/>
          <w:sz w:val="22"/>
          <w:highlight w:val="cyan"/>
          <w:u w:val="single"/>
        </w:rPr>
        <w:t>exacerbate</w:t>
      </w:r>
      <w:r>
        <w:rPr>
          <w:b/>
          <w:i w:val="0"/>
          <w:smallCaps w:val="0"/>
          <w:strike w:val="0"/>
          <w:sz w:val="22"/>
          <w:u w:val="single"/>
        </w:rPr>
        <w:t xml:space="preserve"> existing </w:t>
      </w:r>
      <w:r>
        <w:rPr>
          <w:b/>
          <w:i w:val="0"/>
          <w:smallCaps w:val="0"/>
          <w:strike w:val="0"/>
          <w:sz w:val="22"/>
          <w:highlight w:val="cyan"/>
          <w:u w:val="single"/>
        </w:rPr>
        <w:t>conflicts</w:t>
      </w:r>
      <w:r>
        <w:rPr>
          <w:b w:val="0"/>
          <w:i w:val="0"/>
          <w:smallCaps w:val="0"/>
          <w:strike w:val="0"/>
          <w:sz w:val="22"/>
          <w:highlight w:val="cyan"/>
          <w:u w:val="single"/>
        </w:rPr>
        <w:t xml:space="preserve"> and</w:t>
      </w:r>
      <w:r>
        <w:rPr>
          <w:b w:val="0"/>
          <w:i w:val="0"/>
          <w:smallCaps w:val="0"/>
          <w:strike w:val="0"/>
          <w:sz w:val="22"/>
          <w:u w:val="single"/>
        </w:rPr>
        <w:t xml:space="preserve"> introduce entirely new struggles between state and non-state actors</w:t>
      </w:r>
      <w:r>
        <w:rPr>
          <w:b w:val="0"/>
          <w:i w:val="0"/>
          <w:smallCaps w:val="0"/>
          <w:strike w:val="0"/>
          <w:sz w:val="16"/>
          <w:u w:val="none"/>
        </w:rPr>
        <w:t xml:space="preserve">. Indeed, </w:t>
      </w:r>
      <w:r>
        <w:rPr>
          <w:b w:val="0"/>
          <w:i w:val="0"/>
          <w:smallCaps w:val="0"/>
          <w:strike w:val="0"/>
          <w:sz w:val="22"/>
          <w:u w:val="single"/>
        </w:rPr>
        <w:t xml:space="preserve">it could even </w:t>
      </w:r>
      <w:r>
        <w:rPr>
          <w:b w:val="0"/>
          <w:i w:val="0"/>
          <w:smallCaps w:val="0"/>
          <w:strike w:val="0"/>
          <w:sz w:val="22"/>
          <w:highlight w:val="cyan"/>
          <w:u w:val="single"/>
        </w:rPr>
        <w:t>fuel</w:t>
      </w:r>
      <w:r>
        <w:rPr>
          <w:b w:val="0"/>
          <w:i w:val="0"/>
          <w:smallCaps w:val="0"/>
          <w:strike w:val="0"/>
          <w:sz w:val="16"/>
          <w:u w:val="none"/>
        </w:rPr>
        <w:t xml:space="preserve"> the rise of </w:t>
      </w:r>
      <w:r>
        <w:rPr>
          <w:b/>
          <w:i w:val="0"/>
          <w:smallCaps w:val="0"/>
          <w:strike w:val="0"/>
          <w:sz w:val="22"/>
          <w:highlight w:val="cyan"/>
          <w:u w:val="single"/>
        </w:rPr>
        <w:t>terrorism</w:t>
      </w:r>
      <w:r>
        <w:rPr>
          <w:b w:val="0"/>
          <w:i w:val="0"/>
          <w:smallCaps w:val="0"/>
          <w:strike w:val="0"/>
          <w:sz w:val="16"/>
          <w:u w:val="none"/>
        </w:rPr>
        <w:t xml:space="preserve">. (After all, </w:t>
      </w:r>
      <w:r>
        <w:rPr>
          <w:b w:val="0"/>
          <w:i w:val="0"/>
          <w:smallCaps w:val="0"/>
          <w:strike w:val="0"/>
          <w:sz w:val="22"/>
          <w:u w:val="single"/>
        </w:rPr>
        <w:t>climate change has been linked to the emergence of ISIS in Syria, and multiple high-ranking US officials</w:t>
      </w:r>
      <w:r>
        <w:rPr>
          <w:b w:val="0"/>
          <w:i w:val="0"/>
          <w:smallCaps w:val="0"/>
          <w:strike w:val="0"/>
          <w:sz w:val="16"/>
          <w:u w:val="none"/>
        </w:rPr>
        <w:t xml:space="preserve">, such as former US Defense Secretary Chuck Hagel and CIA director John Brennan, </w:t>
      </w:r>
      <w:r>
        <w:rPr>
          <w:b w:val="0"/>
          <w:i w:val="0"/>
          <w:smallCaps w:val="0"/>
          <w:strike w:val="0"/>
          <w:sz w:val="22"/>
          <w:u w:val="single"/>
        </w:rPr>
        <w:t>have affirmed that climate change and terrorism are connected</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The reality is that </w:t>
      </w:r>
      <w:r>
        <w:rPr>
          <w:b w:val="0"/>
          <w:i w:val="0"/>
          <w:smallCaps w:val="0"/>
          <w:strike w:val="0"/>
          <w:sz w:val="22"/>
          <w:u w:val="single"/>
        </w:rPr>
        <w:t>we are entering the sixth mass extinction</w:t>
      </w:r>
      <w:r>
        <w:rPr>
          <w:b w:val="0"/>
          <w:i w:val="0"/>
          <w:smallCaps w:val="0"/>
          <w:strike w:val="0"/>
          <w:sz w:val="16"/>
          <w:u w:val="none"/>
        </w:rPr>
        <w:t xml:space="preserve"> in the 3.8-billion-year history of life on Earth, </w:t>
      </w:r>
      <w:r>
        <w:rPr>
          <w:b w:val="0"/>
          <w:i w:val="0"/>
          <w:smallCaps w:val="0"/>
          <w:strike w:val="0"/>
          <w:sz w:val="22"/>
          <w:u w:val="single"/>
        </w:rPr>
        <w:t>and the impact of this event could be felt by civilization “in as little as three human lifetimes,” as the</w:t>
      </w:r>
      <w:r>
        <w:rPr>
          <w:b w:val="0"/>
          <w:i w:val="0"/>
          <w:smallCaps w:val="0"/>
          <w:strike w:val="0"/>
          <w:sz w:val="16"/>
          <w:u w:val="none"/>
        </w:rPr>
        <w:t xml:space="preserve"> </w:t>
      </w:r>
      <w:r>
        <w:rPr>
          <w:b w:val="0"/>
          <w:i w:val="0"/>
          <w:smallCaps w:val="0"/>
          <w:strike w:val="0"/>
          <w:sz w:val="16"/>
          <w:u w:val="none"/>
        </w:rPr>
        <w:t xml:space="preserve">aforementioned </w:t>
      </w:r>
      <w:r>
        <w:rPr>
          <w:b w:val="0"/>
          <w:i w:val="0"/>
          <w:smallCaps w:val="0"/>
          <w:strike w:val="0"/>
          <w:sz w:val="22"/>
          <w:u w:val="single"/>
        </w:rPr>
        <w:t>2012</w:t>
      </w:r>
      <w:r>
        <w:rPr>
          <w:b w:val="0"/>
          <w:i w:val="0"/>
          <w:smallCaps w:val="0"/>
          <w:strike w:val="0"/>
          <w:sz w:val="22"/>
          <w:u w:val="single"/>
        </w:rPr>
        <w:t xml:space="preserve"> Nature paper notes</w:t>
      </w:r>
      <w:r>
        <w:rPr>
          <w:b w:val="0"/>
          <w:i w:val="0"/>
          <w:smallCaps w:val="0"/>
          <w:strike w:val="0"/>
          <w:sz w:val="16"/>
          <w:u w:val="none"/>
        </w:rPr>
        <w:t xml:space="preserve">. Furthermore, </w:t>
      </w:r>
      <w:r>
        <w:rPr>
          <w:b w:val="0"/>
          <w:i w:val="0"/>
          <w:smallCaps w:val="0"/>
          <w:strike w:val="0"/>
          <w:sz w:val="22"/>
          <w:u w:val="single"/>
        </w:rPr>
        <w:t xml:space="preserve">the widespread decline of biological populations could plausibly initiate a dramatic transformation of the global ecosystem on an even faster timescale: perhaps a </w:t>
      </w:r>
      <w:r>
        <w:rPr>
          <w:b/>
          <w:i w:val="0"/>
          <w:smallCaps w:val="0"/>
          <w:strike w:val="0"/>
          <w:sz w:val="22"/>
          <w:u w:val="single"/>
        </w:rPr>
        <w:t>single</w:t>
      </w:r>
      <w:r>
        <w:rPr>
          <w:b w:val="0"/>
          <w:i w:val="0"/>
          <w:smallCaps w:val="0"/>
          <w:strike w:val="0"/>
          <w:sz w:val="22"/>
          <w:u w:val="single"/>
        </w:rPr>
        <w:t xml:space="preserve"> human </w:t>
      </w:r>
      <w:r>
        <w:rPr>
          <w:b/>
          <w:i w:val="0"/>
          <w:smallCaps w:val="0"/>
          <w:strike w:val="0"/>
          <w:sz w:val="22"/>
          <w:u w:val="single"/>
        </w:rPr>
        <w:t>lifetime</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The unavoidable conclusion is that </w:t>
      </w:r>
      <w:r>
        <w:rPr>
          <w:b w:val="0"/>
          <w:i w:val="0"/>
          <w:smallCaps w:val="0"/>
          <w:strike w:val="0"/>
          <w:sz w:val="22"/>
          <w:u w:val="single"/>
        </w:rPr>
        <w:t xml:space="preserve">biodiversity loss constitutes </w:t>
      </w:r>
      <w:r>
        <w:rPr>
          <w:b w:val="0"/>
          <w:i w:val="0"/>
          <w:smallCaps w:val="0"/>
          <w:strike w:val="0"/>
          <w:sz w:val="22"/>
          <w:highlight w:val="cyan"/>
          <w:u w:val="single"/>
        </w:rPr>
        <w:t xml:space="preserve">an </w:t>
      </w:r>
      <w:r>
        <w:rPr>
          <w:b/>
          <w:i w:val="0"/>
          <w:smallCaps w:val="0"/>
          <w:strike w:val="0"/>
          <w:sz w:val="22"/>
          <w:highlight w:val="cyan"/>
          <w:u w:val="single"/>
        </w:rPr>
        <w:t xml:space="preserve">existential </w:t>
      </w:r>
      <w:r>
        <w:rPr>
          <w:b/>
          <w:i w:val="0"/>
          <w:smallCaps w:val="0"/>
          <w:strike w:val="0"/>
          <w:sz w:val="22"/>
          <w:highlight w:val="cyan"/>
          <w:u w:val="single"/>
        </w:rPr>
        <w:t>threat</w:t>
      </w:r>
      <w:r>
        <w:rPr>
          <w:b w:val="0"/>
          <w:i w:val="0"/>
          <w:smallCaps w:val="0"/>
          <w:strike w:val="0"/>
          <w:sz w:val="22"/>
          <w:u w:val="single"/>
        </w:rPr>
        <w:t xml:space="preserve"> in its own right</w:t>
      </w:r>
      <w:r>
        <w:rPr>
          <w:b w:val="0"/>
          <w:i w:val="0"/>
          <w:smallCaps w:val="0"/>
          <w:strike w:val="0"/>
          <w:sz w:val="16"/>
          <w:u w:val="none"/>
        </w:rPr>
        <w:t xml:space="preserve">. As such, </w:t>
      </w:r>
      <w:r>
        <w:rPr>
          <w:b w:val="0"/>
          <w:i w:val="0"/>
          <w:smallCaps w:val="0"/>
          <w:strike w:val="0"/>
          <w:sz w:val="22"/>
          <w:u w:val="single"/>
        </w:rPr>
        <w:t>it ought to be considered alongside climate change and nuclear weapons as one of the most significant contemporary risks to human</w:t>
      </w:r>
      <w:r>
        <w:rPr>
          <w:b w:val="0"/>
          <w:i w:val="0"/>
          <w:smallCaps w:val="0"/>
          <w:strike w:val="0"/>
          <w:sz w:val="16"/>
          <w:u w:val="none"/>
        </w:rPr>
        <w:t xml:space="preserve"> prosperity and </w:t>
      </w:r>
      <w:r>
        <w:rPr>
          <w:b w:val="0"/>
          <w:i w:val="0"/>
          <w:smallCaps w:val="0"/>
          <w:strike w:val="0"/>
          <w:sz w:val="22"/>
          <w:u w:val="single"/>
        </w:rPr>
        <w:t>survival</w:t>
      </w:r>
      <w:r>
        <w:rPr>
          <w:b w:val="0"/>
          <w:i w:val="0"/>
          <w:smallCaps w:val="0"/>
          <w:strike w:val="0"/>
          <w:sz w:val="16"/>
          <w:u w:val="non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