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Johnson committed to farm bill passage.</w:t>
      </w:r>
    </w:p>
    <w:p>
      <w:pPr>
        <w:spacing w:after="80"/>
      </w:pPr>
      <w:r>
        <w:rPr>
          <w:b w:val="0"/>
          <w:i w:val="0"/>
          <w:smallCaps w:val="0"/>
          <w:strike w:val="0"/>
          <w:u w:val="none"/>
        </w:rPr>
        <w:t xml:space="preserve">Adrian </w:t>
      </w:r>
      <w:r>
        <w:rPr>
          <w:b/>
          <w:i w:val="0"/>
          <w:smallCaps w:val="0"/>
          <w:strike w:val="0"/>
          <w:u w:val="none"/>
        </w:rPr>
        <w:t>Carbajal 6-1</w:t>
      </w:r>
      <w:r>
        <w:rPr>
          <w:b w:val="0"/>
          <w:i w:val="0"/>
          <w:smallCaps w:val="0"/>
          <w:strike w:val="0"/>
          <w:u w:val="none"/>
        </w:rPr>
        <w:t xml:space="preserve"> </w:t>
      </w:r>
      <w:r>
        <w:rPr>
          <w:b w:val="0"/>
          <w:i w:val="0"/>
          <w:smallCaps w:val="0"/>
          <w:strike w:val="0"/>
          <w:u w:val="none"/>
        </w:rPr>
        <w:t>{ Adrian</w:t>
      </w:r>
      <w:r>
        <w:rPr>
          <w:b w:val="0"/>
          <w:i w:val="0"/>
          <w:smallCaps w:val="0"/>
          <w:strike w:val="0"/>
          <w:u w:val="none"/>
        </w:rPr>
        <w:t xml:space="preserve"> Carbajal joined KOTA Territory News and KEVN Black Hills Fox in September of 2023 as a multimedia journalist. Born and raised in Los Angeles, California, Adrian graduated from Arizona State University in 2023 with a </w:t>
      </w:r>
      <w:r>
        <w:rPr>
          <w:b w:val="0"/>
          <w:i w:val="0"/>
          <w:smallCaps w:val="0"/>
          <w:strike w:val="0"/>
          <w:u w:val="none"/>
        </w:rPr>
        <w:t>Master's</w:t>
      </w:r>
      <w:r>
        <w:rPr>
          <w:b w:val="0"/>
          <w:i w:val="0"/>
          <w:smallCaps w:val="0"/>
          <w:strike w:val="0"/>
          <w:u w:val="none"/>
        </w:rPr>
        <w:t xml:space="preserve"> degree in Sports Journalism.} - ("Dusty Johnson on Farm Bill “A marathon to run”," https://www.kotatv, published 6-1-2024, accessed 6-30-2024, https://www.kotatv.com/2024/06/01/dusty-johnson-farm-bill-marathon-run/)//marlborough-km/</w:t>
      </w:r>
    </w:p>
    <w:p>
      <w:pPr>
        <w:spacing w:after="60"/>
      </w:pPr>
      <w:r>
        <w:rPr>
          <w:b w:val="0"/>
          <w:i w:val="0"/>
          <w:smallCaps w:val="0"/>
          <w:strike w:val="0"/>
          <w:sz w:val="16"/>
          <w:u w:val="none"/>
        </w:rPr>
        <w:t>Friday, we spoke with South Dakota Representative Dusty Johnson who worked on drafting the bill in the House Agriculture Committee about the progress the bill has made and what still needs to be done.</w:t>
      </w:r>
    </w:p>
    <w:p>
      <w:pPr>
        <w:spacing w:after="60"/>
      </w:pPr>
      <w:r>
        <w:rPr>
          <w:b w:val="0"/>
          <w:i w:val="0"/>
          <w:smallCaps w:val="0"/>
          <w:strike w:val="0"/>
          <w:sz w:val="16"/>
          <w:u w:val="none"/>
        </w:rPr>
        <w:t>Last week, the Farm Bill advanced out of the House Agriculture Committee in a 33 to 21 vote. The bill, which is supposed to be renewed every five years is now on its sixth year nearing seven which has caused issues for food assistance programs and farmers nationwide</w:t>
      </w:r>
    </w:p>
    <w:p>
      <w:pPr>
        <w:spacing w:after="60"/>
      </w:pPr>
      <w:r>
        <w:rPr>
          <w:b w:val="0"/>
          <w:i w:val="0"/>
          <w:smallCaps w:val="0"/>
          <w:strike w:val="0"/>
          <w:sz w:val="16"/>
          <w:u w:val="none"/>
        </w:rPr>
        <w:t xml:space="preserve">As one of the new bill’s draftees, </w:t>
      </w:r>
      <w:r>
        <w:rPr>
          <w:b w:val="0"/>
          <w:i w:val="0"/>
          <w:smallCaps w:val="0"/>
          <w:strike w:val="0"/>
          <w:sz w:val="22"/>
          <w:highlight w:val="yellow"/>
          <w:u w:val="single"/>
        </w:rPr>
        <w:t>Johnson</w:t>
      </w:r>
      <w:r>
        <w:rPr>
          <w:b w:val="0"/>
          <w:i w:val="0"/>
          <w:smallCaps w:val="0"/>
          <w:strike w:val="0"/>
          <w:sz w:val="22"/>
          <w:u w:val="single"/>
        </w:rPr>
        <w:t xml:space="preserve"> </w:t>
      </w:r>
      <w:r>
        <w:rPr>
          <w:b w:val="0"/>
          <w:i w:val="0"/>
          <w:smallCaps w:val="0"/>
          <w:strike w:val="0"/>
          <w:sz w:val="22"/>
          <w:highlight w:val="yellow"/>
          <w:u w:val="single"/>
        </w:rPr>
        <w:t>spoke</w:t>
      </w:r>
      <w:r>
        <w:rPr>
          <w:b w:val="0"/>
          <w:i w:val="0"/>
          <w:smallCaps w:val="0"/>
          <w:strike w:val="0"/>
          <w:sz w:val="22"/>
          <w:u w:val="single"/>
        </w:rPr>
        <w:t xml:space="preserve"> </w:t>
      </w:r>
      <w:r>
        <w:rPr>
          <w:b w:val="0"/>
          <w:i w:val="0"/>
          <w:smallCaps w:val="0"/>
          <w:strike w:val="0"/>
          <w:sz w:val="22"/>
          <w:highlight w:val="yellow"/>
          <w:u w:val="single"/>
        </w:rPr>
        <w:t>about</w:t>
      </w:r>
      <w:r>
        <w:rPr>
          <w:b w:val="0"/>
          <w:i w:val="0"/>
          <w:smallCaps w:val="0"/>
          <w:strike w:val="0"/>
          <w:sz w:val="22"/>
          <w:u w:val="single"/>
        </w:rPr>
        <w:t xml:space="preserve"> the </w:t>
      </w:r>
      <w:r>
        <w:rPr>
          <w:b w:val="0"/>
          <w:i w:val="0"/>
          <w:smallCaps w:val="0"/>
          <w:strike w:val="0"/>
          <w:sz w:val="22"/>
          <w:highlight w:val="yellow"/>
          <w:u w:val="single"/>
        </w:rPr>
        <w:t>importance of passing the bill</w:t>
      </w:r>
      <w:r>
        <w:rPr>
          <w:b w:val="0"/>
          <w:i w:val="0"/>
          <w:smallCaps w:val="0"/>
          <w:strike w:val="0"/>
          <w:sz w:val="22"/>
          <w:u w:val="single"/>
        </w:rPr>
        <w:t xml:space="preserve"> in the House for South Dakota.</w:t>
      </w:r>
    </w:p>
    <w:p>
      <w:pPr>
        <w:spacing w:after="60"/>
      </w:pPr>
      <w:r>
        <w:rPr>
          <w:b w:val="0"/>
          <w:i w:val="0"/>
          <w:smallCaps w:val="0"/>
          <w:strike w:val="0"/>
          <w:sz w:val="16"/>
          <w:u w:val="none"/>
        </w:rPr>
        <w:t>”It</w:t>
      </w:r>
      <w:r>
        <w:rPr>
          <w:b w:val="0"/>
          <w:i w:val="0"/>
          <w:smallCaps w:val="0"/>
          <w:strike w:val="0"/>
          <w:sz w:val="16"/>
          <w:u w:val="none"/>
        </w:rPr>
        <w:t xml:space="preserve"> makes sure </w:t>
      </w:r>
      <w:r>
        <w:rPr>
          <w:b w:val="0"/>
          <w:i w:val="0"/>
          <w:smallCaps w:val="0"/>
          <w:strike w:val="0"/>
          <w:sz w:val="22"/>
          <w:highlight w:val="yellow"/>
          <w:u w:val="single"/>
        </w:rPr>
        <w:t>we have risk management tools</w:t>
      </w:r>
      <w:r>
        <w:rPr>
          <w:b w:val="0"/>
          <w:i w:val="0"/>
          <w:smallCaps w:val="0"/>
          <w:strike w:val="0"/>
          <w:sz w:val="22"/>
          <w:u w:val="single"/>
        </w:rPr>
        <w:t xml:space="preserve"> </w:t>
      </w:r>
      <w:r>
        <w:rPr>
          <w:b/>
          <w:i w:val="0"/>
          <w:smallCaps w:val="0"/>
          <w:strike w:val="0"/>
          <w:sz w:val="22"/>
          <w:u w:val="single"/>
        </w:rPr>
        <w:t>available for producers</w:t>
      </w:r>
      <w:r>
        <w:rPr>
          <w:b w:val="0"/>
          <w:i w:val="0"/>
          <w:smallCaps w:val="0"/>
          <w:strike w:val="0"/>
          <w:sz w:val="22"/>
          <w:u w:val="single"/>
        </w:rPr>
        <w:t xml:space="preserve">. We’re going to have much faster rural broadband. We’re going to </w:t>
      </w:r>
      <w:r>
        <w:rPr>
          <w:b w:val="0"/>
          <w:i w:val="0"/>
          <w:smallCaps w:val="0"/>
          <w:strike w:val="0"/>
          <w:sz w:val="22"/>
          <w:highlight w:val="yellow"/>
          <w:u w:val="single"/>
        </w:rPr>
        <w:t>open up</w:t>
      </w:r>
      <w:r>
        <w:rPr>
          <w:b w:val="0"/>
          <w:i w:val="0"/>
          <w:smallCaps w:val="0"/>
          <w:strike w:val="0"/>
          <w:sz w:val="22"/>
          <w:highlight w:val="yellow"/>
          <w:u w:val="single"/>
        </w:rPr>
        <w:t xml:space="preserve"> some</w:t>
      </w:r>
      <w:r>
        <w:rPr>
          <w:b w:val="0"/>
          <w:i w:val="0"/>
          <w:smallCaps w:val="0"/>
          <w:strike w:val="0"/>
          <w:sz w:val="22"/>
          <w:u w:val="single"/>
        </w:rPr>
        <w:t xml:space="preserve"> of those </w:t>
      </w:r>
      <w:r>
        <w:rPr>
          <w:b w:val="0"/>
          <w:i w:val="0"/>
          <w:smallCaps w:val="0"/>
          <w:strike w:val="0"/>
          <w:sz w:val="22"/>
          <w:highlight w:val="yellow"/>
          <w:u w:val="single"/>
        </w:rPr>
        <w:t>foreign</w:t>
      </w:r>
      <w:r>
        <w:rPr>
          <w:b w:val="0"/>
          <w:i w:val="0"/>
          <w:smallCaps w:val="0"/>
          <w:strike w:val="0"/>
          <w:sz w:val="22"/>
          <w:u w:val="single"/>
        </w:rPr>
        <w:t xml:space="preserve"> </w:t>
      </w:r>
      <w:r>
        <w:rPr>
          <w:b/>
          <w:i w:val="0"/>
          <w:smallCaps w:val="0"/>
          <w:strike w:val="0"/>
          <w:sz w:val="22"/>
          <w:highlight w:val="yellow"/>
          <w:u w:val="single"/>
        </w:rPr>
        <w:t>markets</w:t>
      </w:r>
      <w:r>
        <w:rPr>
          <w:b w:val="0"/>
          <w:i w:val="0"/>
          <w:smallCaps w:val="0"/>
          <w:strike w:val="0"/>
          <w:sz w:val="22"/>
          <w:u w:val="single"/>
        </w:rPr>
        <w:t xml:space="preserve"> for American agricultural products and we’re putting more competition into the meat packing space. Those are </w:t>
      </w:r>
      <w:r>
        <w:rPr>
          <w:b w:val="0"/>
          <w:i w:val="0"/>
          <w:smallCaps w:val="0"/>
          <w:strike w:val="0"/>
          <w:sz w:val="22"/>
          <w:highlight w:val="yellow"/>
          <w:u w:val="single"/>
        </w:rPr>
        <w:t>big win</w:t>
      </w:r>
      <w:r>
        <w:rPr>
          <w:b w:val="0"/>
          <w:i w:val="0"/>
          <w:smallCaps w:val="0"/>
          <w:strike w:val="0"/>
          <w:sz w:val="22"/>
          <w:u w:val="single"/>
        </w:rPr>
        <w:t>s for South Dakota, Johnson said.”</w:t>
      </w:r>
    </w:p>
    <w:p>
      <w:pPr>
        <w:spacing w:after="60"/>
      </w:pPr>
      <w:r>
        <w:rPr>
          <w:b w:val="0"/>
          <w:i w:val="0"/>
          <w:smallCaps w:val="0"/>
          <w:strike w:val="0"/>
          <w:sz w:val="16"/>
          <w:u w:val="none"/>
        </w:rPr>
        <w:t>Johnson did note that although the bill passed in the House,</w:t>
      </w:r>
      <w:r>
        <w:rPr>
          <w:b w:val="0"/>
          <w:i w:val="0"/>
          <w:smallCaps w:val="0"/>
          <w:strike w:val="0"/>
          <w:sz w:val="22"/>
          <w:u w:val="single"/>
        </w:rPr>
        <w:t xml:space="preserve"> there is still a lot of work to do to get this bill finalized by the end of the year.</w:t>
      </w:r>
    </w:p>
    <w:p>
      <w:pPr>
        <w:spacing w:after="60"/>
      </w:pPr>
      <w:r>
        <w:rPr>
          <w:b w:val="0"/>
          <w:i w:val="0"/>
          <w:smallCaps w:val="0"/>
          <w:strike w:val="0"/>
          <w:sz w:val="22"/>
          <w:u w:val="single"/>
        </w:rPr>
        <w:t>”We’re</w:t>
      </w:r>
      <w:r>
        <w:rPr>
          <w:b w:val="0"/>
          <w:i w:val="0"/>
          <w:smallCaps w:val="0"/>
          <w:strike w:val="0"/>
          <w:sz w:val="22"/>
          <w:u w:val="single"/>
        </w:rPr>
        <w:t xml:space="preserve"> going to need </w:t>
      </w:r>
      <w:r>
        <w:rPr>
          <w:b w:val="0"/>
          <w:i w:val="0"/>
          <w:smallCaps w:val="0"/>
          <w:strike w:val="0"/>
          <w:sz w:val="22"/>
          <w:highlight w:val="yellow"/>
          <w:u w:val="single"/>
        </w:rPr>
        <w:t>both sides to bring forth a farm bill</w:t>
      </w:r>
      <w:r>
        <w:rPr>
          <w:b w:val="0"/>
          <w:i w:val="0"/>
          <w:smallCaps w:val="0"/>
          <w:strike w:val="0"/>
          <w:sz w:val="22"/>
          <w:u w:val="single"/>
        </w:rPr>
        <w:t xml:space="preserve"> before we can sit down and figure out what are the differences and how do we smooth out some of those most jagged differences. </w:t>
      </w:r>
      <w:r>
        <w:rPr>
          <w:b w:val="0"/>
          <w:i w:val="0"/>
          <w:smallCaps w:val="0"/>
          <w:strike w:val="0"/>
          <w:sz w:val="22"/>
          <w:highlight w:val="yellow"/>
          <w:u w:val="single"/>
        </w:rPr>
        <w:t xml:space="preserve">We’re going to get a farm </w:t>
      </w:r>
      <w:r>
        <w:rPr>
          <w:b/>
          <w:i w:val="0"/>
          <w:smallCaps w:val="0"/>
          <w:strike w:val="0"/>
          <w:sz w:val="22"/>
          <w:highlight w:val="yellow"/>
          <w:u w:val="single"/>
        </w:rPr>
        <w:t>bill done by the end of the year</w:t>
      </w:r>
      <w:r>
        <w:rPr>
          <w:b/>
          <w:i w:val="0"/>
          <w:smallCaps w:val="0"/>
          <w:strike w:val="0"/>
          <w:sz w:val="22"/>
          <w:u w:val="single"/>
        </w:rPr>
        <w:t>.</w:t>
      </w:r>
      <w:r>
        <w:rPr>
          <w:b w:val="0"/>
          <w:i w:val="0"/>
          <w:smallCaps w:val="0"/>
          <w:strike w:val="0"/>
          <w:sz w:val="22"/>
          <w:u w:val="single"/>
        </w:rPr>
        <w:t xml:space="preserve"> There’s a </w:t>
      </w:r>
      <w:r>
        <w:rPr>
          <w:b w:val="0"/>
          <w:i w:val="0"/>
          <w:smallCaps w:val="0"/>
          <w:strike w:val="0"/>
          <w:sz w:val="22"/>
          <w:highlight w:val="yellow"/>
          <w:u w:val="single"/>
        </w:rPr>
        <w:t>real marathon to be run</w:t>
      </w:r>
      <w:r>
        <w:rPr>
          <w:b w:val="0"/>
          <w:i w:val="0"/>
          <w:smallCaps w:val="0"/>
          <w:strike w:val="0"/>
          <w:sz w:val="22"/>
          <w:u w:val="single"/>
        </w:rPr>
        <w:t xml:space="preserve"> between now and then,” </w:t>
      </w:r>
      <w:r>
        <w:rPr>
          <w:b/>
          <w:i w:val="0"/>
          <w:smallCaps w:val="0"/>
          <w:strike w:val="0"/>
          <w:sz w:val="22"/>
          <w:u w:val="single"/>
        </w:rPr>
        <w:t>Johnson</w:t>
      </w:r>
      <w:r>
        <w:rPr>
          <w:b w:val="0"/>
          <w:i w:val="0"/>
          <w:smallCaps w:val="0"/>
          <w:strike w:val="0"/>
          <w:sz w:val="22"/>
          <w:u w:val="single"/>
        </w:rPr>
        <w:t xml:space="preserve"> said.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