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Even if delayed, it will still pass at </w:t>
      </w:r>
      <w:r>
        <w:rPr>
          <w:b/>
          <w:i w:val="0"/>
          <w:smallCaps w:val="0"/>
          <w:strike w:val="0"/>
          <w:sz w:val="26"/>
          <w:u w:val="single"/>
        </w:rPr>
        <w:t>some point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Mark </w:t>
      </w:r>
      <w:r>
        <w:rPr>
          <w:b/>
          <w:i w:val="0"/>
          <w:smallCaps w:val="0"/>
          <w:strike w:val="0"/>
          <w:sz w:val="26"/>
          <w:u w:val="none"/>
        </w:rPr>
        <w:t>Dorenkamp 5-7</w:t>
      </w:r>
      <w:r>
        <w:rPr>
          <w:b w:val="0"/>
          <w:i w:val="0"/>
          <w:smallCaps w:val="0"/>
          <w:strike w:val="0"/>
          <w:u w:val="none"/>
        </w:rPr>
        <w:t>. "Nebraska Congressman confident farm bill gets done in 2024". Brownfield Ag News. 5-7-2024. https://www.brownfieldagnews.com/news/nebraska-congressman-confident-farm-bill-gets-done-in-2024/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U.S. Congressman from Nebraska is </w:t>
      </w:r>
      <w:r>
        <w:rPr>
          <w:b/>
          <w:i w:val="0"/>
          <w:smallCaps w:val="0"/>
          <w:strike w:val="0"/>
          <w:sz w:val="22"/>
          <w:u w:val="single"/>
        </w:rPr>
        <w:t>confident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new farm bill will get done this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despite sharp criticism of the Senate framework.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Republican Mike </w:t>
      </w:r>
      <w:r>
        <w:rPr>
          <w:b/>
          <w:i w:val="0"/>
          <w:smallCaps w:val="0"/>
          <w:strike w:val="0"/>
          <w:sz w:val="22"/>
          <w:u w:val="single"/>
        </w:rPr>
        <w:t>Flood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tells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Brownfield the </w:t>
      </w:r>
      <w:r>
        <w:rPr>
          <w:b/>
          <w:i w:val="0"/>
          <w:smallCaps w:val="0"/>
          <w:strike w:val="0"/>
          <w:sz w:val="22"/>
          <w:u w:val="single"/>
        </w:rPr>
        <w:t>legislation is picking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up </w:t>
      </w:r>
      <w:r>
        <w:rPr>
          <w:b/>
          <w:i w:val="0"/>
          <w:smallCaps w:val="0"/>
          <w:strike w:val="0"/>
          <w:sz w:val="22"/>
          <w:u w:val="single"/>
        </w:rPr>
        <w:t>momentum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a </w:t>
      </w:r>
      <w:r>
        <w:rPr>
          <w:b/>
          <w:i w:val="0"/>
          <w:smallCaps w:val="0"/>
          <w:strike w:val="0"/>
          <w:sz w:val="22"/>
          <w:u w:val="single"/>
        </w:rPr>
        <w:t>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markup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House Ag Committee </w:t>
      </w:r>
      <w:r>
        <w:rPr>
          <w:b/>
          <w:i w:val="0"/>
          <w:smallCaps w:val="0"/>
          <w:strike w:val="0"/>
          <w:sz w:val="22"/>
          <w:u w:val="single"/>
        </w:rPr>
        <w:t>later this month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know there’s a </w:t>
      </w:r>
      <w:r>
        <w:rPr>
          <w:b/>
          <w:i w:val="0"/>
          <w:smallCaps w:val="0"/>
          <w:strike w:val="0"/>
          <w:sz w:val="22"/>
          <w:u w:val="single"/>
        </w:rPr>
        <w:t>real chance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</w:t>
      </w:r>
      <w:r>
        <w:rPr>
          <w:b/>
          <w:i w:val="0"/>
          <w:smallCaps w:val="0"/>
          <w:strike w:val="0"/>
          <w:sz w:val="22"/>
          <w:u w:val="single"/>
        </w:rPr>
        <w:t>farm bill passing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because I’m hearing from other members that want to attach </w:t>
      </w:r>
      <w:r>
        <w:rPr>
          <w:b/>
          <w:i w:val="0"/>
          <w:smallCaps w:val="0"/>
          <w:strike w:val="0"/>
          <w:sz w:val="22"/>
          <w:u w:val="single"/>
        </w:rPr>
        <w:t>different 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/>
          <w:i w:val="0"/>
          <w:smallCaps w:val="0"/>
          <w:strike w:val="0"/>
          <w:sz w:val="22"/>
          <w:u w:val="single"/>
        </w:rPr>
        <w:t>farm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 there’s </w:t>
      </w:r>
      <w:r>
        <w:rPr>
          <w:b/>
          <w:i w:val="0"/>
          <w:smallCaps w:val="0"/>
          <w:strike w:val="0"/>
          <w:sz w:val="22"/>
          <w:u w:val="single"/>
        </w:rPr>
        <w:t>clearly a lot of optimism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it’s </w:t>
      </w:r>
      <w:r>
        <w:rPr>
          <w:b/>
          <w:i w:val="0"/>
          <w:smallCaps w:val="0"/>
          <w:strike w:val="0"/>
          <w:sz w:val="22"/>
          <w:u w:val="single"/>
        </w:rPr>
        <w:t>going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get across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(</w:t>
      </w:r>
      <w:r>
        <w:rPr>
          <w:b/>
          <w:i w:val="0"/>
          <w:smallCaps w:val="0"/>
          <w:strike w:val="0"/>
          <w:sz w:val="22"/>
          <w:u w:val="single"/>
        </w:rPr>
        <w:t>finish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</w:t>
      </w:r>
      <w:r>
        <w:rPr>
          <w:b/>
          <w:i w:val="0"/>
          <w:smallCaps w:val="0"/>
          <w:strike w:val="0"/>
          <w:sz w:val="22"/>
          <w:u w:val="single"/>
        </w:rPr>
        <w:t>line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Whether that happens before the election or in the lame duck session, I don’t know.”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He says he believes farm bill negotiations will be driven by the House and suggests the Senate version won’t pass the Senate.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“The House bill is a dream, it’s wonderful. And the Senate version is a disaster.”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Flood says he farm bill priorities are protecting crop insurance, keeping conservation voluntary, and investing in ag research.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