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Uniquely, his leadership can </w:t>
      </w:r>
      <w:r>
        <w:rPr>
          <w:b/>
          <w:i w:val="0"/>
          <w:smallCaps w:val="0"/>
          <w:strike w:val="0"/>
          <w:sz w:val="26"/>
          <w:u w:val="single"/>
        </w:rPr>
        <w:t>push forward</w:t>
      </w:r>
      <w:r>
        <w:rPr>
          <w:b/>
          <w:i w:val="0"/>
          <w:smallCaps w:val="0"/>
          <w:strike w:val="0"/>
          <w:sz w:val="26"/>
          <w:u w:val="none"/>
        </w:rPr>
        <w:t xml:space="preserve"> negotiations</w:t>
      </w:r>
      <w:r>
        <w:rPr>
          <w:b/>
          <w:i w:val="0"/>
          <w:smallCaps w:val="0"/>
          <w:strike w:val="0"/>
          <w:sz w:val="26"/>
          <w:u w:val="none"/>
        </w:rPr>
        <w:t xml:space="preserve">. </w:t>
      </w:r>
    </w:p>
    <w:p>
      <w:pPr>
        <w:spacing w:after="80"/>
      </w:pPr>
      <w:r>
        <w:rPr>
          <w:b w:val="0"/>
          <w:i w:val="0"/>
          <w:smallCaps w:val="0"/>
          <w:strike w:val="0"/>
          <w:u w:val="none"/>
        </w:rPr>
        <w:t xml:space="preserve">Ellyn </w:t>
      </w:r>
      <w:r>
        <w:rPr>
          <w:b/>
          <w:i w:val="0"/>
          <w:smallCaps w:val="0"/>
          <w:strike w:val="0"/>
          <w:sz w:val="26"/>
          <w:u w:val="none"/>
        </w:rPr>
        <w:t xml:space="preserve">Ferguson </w:t>
      </w:r>
      <w:r>
        <w:rPr>
          <w:b/>
          <w:i w:val="0"/>
          <w:smallCaps w:val="0"/>
          <w:strike w:val="0"/>
          <w:sz w:val="26"/>
          <w:u w:val="none"/>
        </w:rPr>
        <w:t>23</w:t>
      </w:r>
      <w:r>
        <w:rPr>
          <w:b w:val="0"/>
          <w:i w:val="0"/>
          <w:smallCaps w:val="0"/>
          <w:strike w:val="0"/>
          <w:u w:val="none"/>
        </w:rPr>
        <w:t xml:space="preserve">. Reports on agriculture and food issues for CQ Roll </w:t>
      </w:r>
      <w:r>
        <w:rPr>
          <w:b w:val="0"/>
          <w:i w:val="0"/>
          <w:smallCaps w:val="0"/>
          <w:strike w:val="0"/>
          <w:u w:val="none"/>
        </w:rPr>
        <w:t>Call, and</w:t>
      </w:r>
      <w:r>
        <w:rPr>
          <w:b w:val="0"/>
          <w:i w:val="0"/>
          <w:smallCaps w:val="0"/>
          <w:strike w:val="0"/>
          <w:u w:val="none"/>
        </w:rPr>
        <w:t xml:space="preserve"> has reported from Washington. For nearly 20 years she worked as a Washington-based reporter for Gannett covering the overhaul of federal welfare programs and the writing of several farm policy bills, including the 1996 overhaul. Member of the North American Agricultural Journalists and the National Press Club, former president of the Regional Reporters Association, and holds a degree from the University of Florida in Journalism. "Biden, Agriculture committee leaders to discuss farm bill goals". Roll Call. 5-10-2023. https://rollcall.com/2023/05/10/biden-agriculture-committee-leaders-to-discuss-farm-bill-goals/</w:t>
      </w:r>
    </w:p>
    <w:p>
      <w:pPr>
        <w:spacing w:after="60"/>
      </w:pPr>
      <w:r>
        <w:rPr>
          <w:b w:val="0"/>
          <w:i w:val="0"/>
          <w:smallCaps w:val="0"/>
          <w:strike w:val="0"/>
          <w:sz w:val="22"/>
          <w:u w:val="single"/>
        </w:rPr>
        <w:t>The top four farm bill writers and</w:t>
      </w:r>
      <w:r>
        <w:rPr>
          <w:b w:val="0"/>
          <w:i w:val="0"/>
          <w:smallCaps w:val="0"/>
          <w:strike w:val="0"/>
          <w:sz w:val="16"/>
          <w:u w:val="none"/>
        </w:rPr>
        <w:t xml:space="preserve"> President Joe </w:t>
      </w:r>
      <w:r>
        <w:rPr>
          <w:b/>
          <w:i w:val="0"/>
          <w:smallCaps w:val="0"/>
          <w:strike w:val="0"/>
          <w:sz w:val="22"/>
          <w:u w:val="single"/>
        </w:rPr>
        <w:t>Biden</w:t>
      </w:r>
      <w:r>
        <w:rPr>
          <w:b w:val="0"/>
          <w:i w:val="0"/>
          <w:smallCaps w:val="0"/>
          <w:strike w:val="0"/>
          <w:sz w:val="16"/>
          <w:u w:val="none"/>
        </w:rPr>
        <w:t xml:space="preserve"> </w:t>
      </w:r>
      <w:r>
        <w:rPr>
          <w:b w:val="0"/>
          <w:i w:val="0"/>
          <w:smallCaps w:val="0"/>
          <w:strike w:val="0"/>
          <w:sz w:val="22"/>
          <w:u w:val="single"/>
        </w:rPr>
        <w:t>will meet</w:t>
      </w:r>
      <w:r>
        <w:rPr>
          <w:b w:val="0"/>
          <w:i w:val="0"/>
          <w:smallCaps w:val="0"/>
          <w:strike w:val="0"/>
          <w:sz w:val="16"/>
          <w:u w:val="none"/>
        </w:rPr>
        <w:t xml:space="preserve"> Thursday </w:t>
      </w:r>
      <w:r>
        <w:rPr>
          <w:b w:val="0"/>
          <w:i w:val="0"/>
          <w:smallCaps w:val="0"/>
          <w:strike w:val="0"/>
          <w:sz w:val="22"/>
          <w:u w:val="single"/>
        </w:rPr>
        <w:t xml:space="preserve">to discuss the legislation amid concerns that an impasse in debt ceiling negotiations between the White House and House Republicans could </w:t>
      </w:r>
      <w:r>
        <w:rPr>
          <w:b/>
          <w:i w:val="0"/>
          <w:smallCaps w:val="0"/>
          <w:strike w:val="0"/>
          <w:sz w:val="22"/>
          <w:u w:val="single"/>
        </w:rPr>
        <w:t>slow progress</w:t>
      </w:r>
      <w:r>
        <w:rPr>
          <w:b w:val="0"/>
          <w:i w:val="0"/>
          <w:smallCaps w:val="0"/>
          <w:strike w:val="0"/>
          <w:sz w:val="22"/>
          <w:u w:val="single"/>
        </w:rPr>
        <w:t xml:space="preserve"> on the wide-ranging policy bill for </w:t>
      </w:r>
      <w:r>
        <w:rPr>
          <w:b/>
          <w:i w:val="0"/>
          <w:smallCaps w:val="0"/>
          <w:strike w:val="0"/>
          <w:sz w:val="22"/>
          <w:u w:val="single"/>
        </w:rPr>
        <w:t>agriculture</w:t>
      </w:r>
      <w:r>
        <w:rPr>
          <w:b w:val="0"/>
          <w:i w:val="0"/>
          <w:smallCaps w:val="0"/>
          <w:strike w:val="0"/>
          <w:sz w:val="22"/>
          <w:u w:val="single"/>
        </w:rPr>
        <w:t>.</w:t>
      </w:r>
    </w:p>
    <w:p>
      <w:pPr>
        <w:spacing w:after="60"/>
      </w:pPr>
      <w:r>
        <w:rPr>
          <w:b w:val="0"/>
          <w:i w:val="0"/>
          <w:smallCaps w:val="0"/>
          <w:strike w:val="0"/>
          <w:sz w:val="16"/>
          <w:u w:val="none"/>
        </w:rPr>
        <w:t xml:space="preserve">Uncertainty over the debt ceiling led House Armed Services Chairman Mike D. Rogers, R-Ala., on Tuesday to indefinitely delay a markup of the fiscal 2024 defense authorization bill. Subcommittees had planned to mark up their sections of the bill Thursday and Friday. </w:t>
      </w:r>
    </w:p>
    <w:p>
      <w:pPr>
        <w:spacing w:after="60"/>
      </w:pPr>
      <w:r>
        <w:rPr>
          <w:b w:val="0"/>
          <w:i w:val="0"/>
          <w:smallCaps w:val="0"/>
          <w:strike w:val="0"/>
          <w:sz w:val="16"/>
          <w:u w:val="none"/>
        </w:rPr>
        <w:t xml:space="preserve">House Agriculture Chairman Glenn “GT” Thompson, R-Pa., and ranking member David Scott, D-Ga., and Senate Agriculture Chairwoman Debbie Stabenow, D-Mich., and ranking member John </w:t>
      </w:r>
      <w:r>
        <w:rPr>
          <w:b w:val="0"/>
          <w:i w:val="0"/>
          <w:smallCaps w:val="0"/>
          <w:strike w:val="0"/>
          <w:sz w:val="16"/>
          <w:u w:val="none"/>
        </w:rPr>
        <w:t>Boozman</w:t>
      </w:r>
      <w:r>
        <w:rPr>
          <w:b w:val="0"/>
          <w:i w:val="0"/>
          <w:smallCaps w:val="0"/>
          <w:strike w:val="0"/>
          <w:sz w:val="16"/>
          <w:u w:val="none"/>
        </w:rPr>
        <w:t>, R-Ark., are scheduled to attend the White House discussion.</w:t>
      </w:r>
    </w:p>
    <w:p>
      <w:pPr>
        <w:spacing w:after="60"/>
      </w:pPr>
      <w:r>
        <w:rPr>
          <w:b w:val="0"/>
          <w:i w:val="0"/>
          <w:smallCaps w:val="0"/>
          <w:strike w:val="0"/>
          <w:sz w:val="22"/>
          <w:u w:val="single"/>
        </w:rPr>
        <w:t>Stabenow said the main goal of the meeting of the “four corners,” as the committee leaders are called, is to “have a broader discussion about the farm bill and all the implications for it.”</w:t>
      </w:r>
    </w:p>
    <w:p>
      <w:pPr>
        <w:spacing w:after="60"/>
      </w:pPr>
      <w:r>
        <w:rPr>
          <w:b w:val="0"/>
          <w:i w:val="0"/>
          <w:smallCaps w:val="0"/>
          <w:strike w:val="0"/>
          <w:sz w:val="16"/>
          <w:u w:val="none"/>
        </w:rPr>
        <w:t>The discussions will “demonstrate we are working together in a bipartisan way,” Stabenow said.</w:t>
      </w:r>
    </w:p>
    <w:p>
      <w:pPr>
        <w:spacing w:after="60"/>
      </w:pPr>
      <w:r>
        <w:rPr>
          <w:b w:val="0"/>
          <w:i w:val="0"/>
          <w:smallCaps w:val="0"/>
          <w:strike w:val="0"/>
          <w:sz w:val="16"/>
          <w:u w:val="none"/>
        </w:rPr>
        <w:t>“</w:t>
      </w:r>
      <w:r>
        <w:rPr>
          <w:b w:val="0"/>
          <w:i w:val="0"/>
          <w:smallCaps w:val="0"/>
          <w:strike w:val="0"/>
          <w:sz w:val="22"/>
          <w:u w:val="single"/>
        </w:rPr>
        <w:t xml:space="preserve">We’re </w:t>
      </w:r>
      <w:r>
        <w:rPr>
          <w:b/>
          <w:i w:val="0"/>
          <w:smallCaps w:val="0"/>
          <w:strike w:val="0"/>
          <w:sz w:val="22"/>
          <w:u w:val="single"/>
        </w:rPr>
        <w:t>interested</w:t>
      </w:r>
      <w:r>
        <w:rPr>
          <w:b w:val="0"/>
          <w:i w:val="0"/>
          <w:smallCaps w:val="0"/>
          <w:strike w:val="0"/>
          <w:sz w:val="22"/>
          <w:u w:val="single"/>
        </w:rPr>
        <w:t xml:space="preserve"> in </w:t>
      </w:r>
      <w:r>
        <w:rPr>
          <w:b/>
          <w:i w:val="0"/>
          <w:smallCaps w:val="0"/>
          <w:strike w:val="0"/>
          <w:sz w:val="22"/>
          <w:u w:val="single"/>
        </w:rPr>
        <w:t>hearing</w:t>
      </w:r>
      <w:r>
        <w:rPr>
          <w:b w:val="0"/>
          <w:i w:val="0"/>
          <w:smallCaps w:val="0"/>
          <w:strike w:val="0"/>
          <w:sz w:val="22"/>
          <w:u w:val="single"/>
        </w:rPr>
        <w:t xml:space="preserve"> the </w:t>
      </w:r>
      <w:r>
        <w:rPr>
          <w:b/>
          <w:i w:val="0"/>
          <w:smallCaps w:val="0"/>
          <w:strike w:val="0"/>
          <w:sz w:val="22"/>
          <w:u w:val="single"/>
        </w:rPr>
        <w:t>president’s priorities</w:t>
      </w:r>
      <w:r>
        <w:rPr>
          <w:b w:val="0"/>
          <w:i w:val="0"/>
          <w:smallCaps w:val="0"/>
          <w:strike w:val="0"/>
          <w:sz w:val="16"/>
          <w:u w:val="none"/>
        </w:rPr>
        <w:t xml:space="preserve">. </w:t>
      </w:r>
      <w:r>
        <w:rPr>
          <w:b/>
          <w:i w:val="0"/>
          <w:smallCaps w:val="0"/>
          <w:strike w:val="0"/>
          <w:sz w:val="28"/>
          <w:u w:val="single"/>
        </w:rPr>
        <w:t>He’s interested in hearing our priorities</w:t>
      </w:r>
      <w:r>
        <w:rPr>
          <w:b w:val="0"/>
          <w:i w:val="0"/>
          <w:smallCaps w:val="0"/>
          <w:strike w:val="0"/>
          <w:sz w:val="16"/>
          <w:u w:val="none"/>
        </w:rPr>
        <w:t>,” she said, adding that the legislation will shape land conservation and nutrition programs that are part of Biden's focus on climate change and reducing hunger.</w:t>
      </w:r>
    </w:p>
    <w:p>
      <w:pPr>
        <w:spacing w:after="60"/>
      </w:pPr>
      <w:r>
        <w:rPr>
          <w:b w:val="0"/>
          <w:i w:val="0"/>
          <w:smallCaps w:val="0"/>
          <w:strike w:val="0"/>
          <w:sz w:val="22"/>
          <w:u w:val="single"/>
        </w:rPr>
        <w:t>Thompson said he "would hope to hear a commitment from everyone including the president that we will get this done and done in the manner I've been speaking about. Bipartisan, bicameral, on time and highly effective."</w:t>
      </w:r>
      <w:r>
        <w:rPr>
          <w:b w:val="0"/>
          <w:i w:val="0"/>
          <w:smallCaps w:val="0"/>
          <w:strike w:val="0"/>
          <w:sz w:val="16"/>
          <w:u w:val="none"/>
        </w:rPr>
        <w:t xml:space="preserve"> He said the meeting will happen after floor votes Thursday.</w:t>
      </w:r>
    </w:p>
    <w:p>
      <w:pPr>
        <w:spacing w:after="60"/>
      </w:pPr>
      <w:r>
        <w:rPr>
          <w:b/>
          <w:i w:val="0"/>
          <w:smallCaps w:val="0"/>
          <w:strike w:val="0"/>
          <w:sz w:val="22"/>
          <w:u w:val="single"/>
        </w:rPr>
        <w:t>Boozman</w:t>
      </w:r>
      <w:r>
        <w:rPr>
          <w:b w:val="0"/>
          <w:i w:val="0"/>
          <w:smallCaps w:val="0"/>
          <w:strike w:val="0"/>
          <w:sz w:val="16"/>
          <w:u w:val="none"/>
        </w:rPr>
        <w:t xml:space="preserve"> </w:t>
      </w:r>
      <w:r>
        <w:rPr>
          <w:b w:val="0"/>
          <w:i w:val="0"/>
          <w:smallCaps w:val="0"/>
          <w:strike w:val="0"/>
          <w:sz w:val="22"/>
          <w:u w:val="single"/>
        </w:rPr>
        <w:t xml:space="preserve">also said it was important to get a sense of what </w:t>
      </w:r>
      <w:r>
        <w:rPr>
          <w:b/>
          <w:i w:val="0"/>
          <w:smallCaps w:val="0"/>
          <w:strike w:val="0"/>
          <w:sz w:val="22"/>
          <w:u w:val="single"/>
        </w:rPr>
        <w:t>Biden</w:t>
      </w:r>
      <w:r>
        <w:rPr>
          <w:b w:val="0"/>
          <w:i w:val="0"/>
          <w:smallCaps w:val="0"/>
          <w:strike w:val="0"/>
          <w:sz w:val="22"/>
          <w:u w:val="single"/>
        </w:rPr>
        <w:t xml:space="preserve"> </w:t>
      </w:r>
      <w:r>
        <w:rPr>
          <w:b/>
          <w:i w:val="0"/>
          <w:smallCaps w:val="0"/>
          <w:strike w:val="0"/>
          <w:sz w:val="22"/>
          <w:u w:val="single"/>
        </w:rPr>
        <w:t>wants</w:t>
      </w:r>
      <w:r>
        <w:rPr>
          <w:b w:val="0"/>
          <w:i w:val="0"/>
          <w:smallCaps w:val="0"/>
          <w:strike w:val="0"/>
          <w:sz w:val="22"/>
          <w:u w:val="single"/>
        </w:rPr>
        <w:t xml:space="preserve"> in a </w:t>
      </w:r>
      <w:r>
        <w:rPr>
          <w:b/>
          <w:i w:val="0"/>
          <w:smallCaps w:val="0"/>
          <w:strike w:val="0"/>
          <w:sz w:val="22"/>
          <w:u w:val="single"/>
        </w:rPr>
        <w:t>farm bill</w:t>
      </w:r>
      <w:r>
        <w:rPr>
          <w:b w:val="0"/>
          <w:i w:val="0"/>
          <w:smallCaps w:val="0"/>
          <w:strike w:val="0"/>
          <w:sz w:val="16"/>
          <w:u w:val="none"/>
        </w:rPr>
        <w:t xml:space="preserve">. He said </w:t>
      </w:r>
      <w:r>
        <w:rPr>
          <w:b w:val="0"/>
          <w:i w:val="0"/>
          <w:smallCaps w:val="0"/>
          <w:strike w:val="0"/>
          <w:sz w:val="22"/>
          <w:u w:val="single"/>
        </w:rPr>
        <w:t>Agriculture Secretary</w:t>
      </w:r>
      <w:r>
        <w:rPr>
          <w:b w:val="0"/>
          <w:i w:val="0"/>
          <w:smallCaps w:val="0"/>
          <w:strike w:val="0"/>
          <w:sz w:val="16"/>
          <w:u w:val="none"/>
        </w:rPr>
        <w:t xml:space="preserve"> Tom </w:t>
      </w:r>
      <w:r>
        <w:rPr>
          <w:b/>
          <w:i w:val="0"/>
          <w:smallCaps w:val="0"/>
          <w:strike w:val="0"/>
          <w:sz w:val="22"/>
          <w:u w:val="single"/>
        </w:rPr>
        <w:t>Vilsack</w:t>
      </w:r>
      <w:r>
        <w:rPr>
          <w:b w:val="0"/>
          <w:i w:val="0"/>
          <w:smallCaps w:val="0"/>
          <w:strike w:val="0"/>
          <w:sz w:val="16"/>
          <w:u w:val="none"/>
        </w:rPr>
        <w:t xml:space="preserve"> </w:t>
      </w:r>
      <w:r>
        <w:rPr>
          <w:b w:val="0"/>
          <w:i w:val="0"/>
          <w:smallCaps w:val="0"/>
          <w:strike w:val="0"/>
          <w:sz w:val="22"/>
          <w:u w:val="single"/>
        </w:rPr>
        <w:t xml:space="preserve">is expected to </w:t>
      </w:r>
      <w:r>
        <w:rPr>
          <w:b/>
          <w:i w:val="0"/>
          <w:smallCaps w:val="0"/>
          <w:strike w:val="0"/>
          <w:sz w:val="22"/>
          <w:u w:val="single"/>
        </w:rPr>
        <w:t>attend the meeting</w:t>
      </w:r>
      <w:r>
        <w:rPr>
          <w:b w:val="0"/>
          <w:i w:val="0"/>
          <w:smallCaps w:val="0"/>
          <w:strike w:val="0"/>
          <w:sz w:val="16"/>
          <w:u w:val="none"/>
        </w:rPr>
        <w:t xml:space="preserve">. </w:t>
      </w:r>
      <w:r>
        <w:rPr>
          <w:b w:val="0"/>
          <w:i w:val="0"/>
          <w:smallCaps w:val="0"/>
          <w:strike w:val="0"/>
          <w:sz w:val="16"/>
          <w:u w:val="none"/>
        </w:rPr>
        <w:t>Boozman</w:t>
      </w:r>
      <w:r>
        <w:rPr>
          <w:b w:val="0"/>
          <w:i w:val="0"/>
          <w:smallCaps w:val="0"/>
          <w:strike w:val="0"/>
          <w:sz w:val="16"/>
          <w:u w:val="none"/>
        </w:rPr>
        <w:t xml:space="preserve"> said he didn't think there will be much focus on the debt ceiling talks and implications for the farm bill.</w:t>
      </w:r>
    </w:p>
    <w:p>
      <w:pPr>
        <w:spacing w:after="60"/>
      </w:pPr>
      <w:r>
        <w:rPr>
          <w:b w:val="0"/>
          <w:i w:val="0"/>
          <w:smallCaps w:val="0"/>
          <w:strike w:val="0"/>
          <w:sz w:val="16"/>
          <w:u w:val="none"/>
        </w:rPr>
        <w:t>“</w:t>
      </w:r>
      <w:r>
        <w:rPr>
          <w:b w:val="0"/>
          <w:i w:val="0"/>
          <w:smallCaps w:val="0"/>
          <w:strike w:val="0"/>
          <w:sz w:val="22"/>
          <w:u w:val="single"/>
        </w:rPr>
        <w:t xml:space="preserve">The reason we’re having the meeting is to discuss the farm bill and the fastest path forward. I think it’s a </w:t>
      </w:r>
      <w:r>
        <w:rPr>
          <w:b w:val="0"/>
          <w:i w:val="0"/>
          <w:smallCaps w:val="0"/>
          <w:strike w:val="0"/>
          <w:sz w:val="22"/>
          <w:u w:val="single"/>
        </w:rPr>
        <w:t>really good</w:t>
      </w:r>
      <w:r>
        <w:rPr>
          <w:b w:val="0"/>
          <w:i w:val="0"/>
          <w:smallCaps w:val="0"/>
          <w:strike w:val="0"/>
          <w:sz w:val="22"/>
          <w:u w:val="single"/>
        </w:rPr>
        <w:t xml:space="preserve"> step in the right direction,”</w:t>
      </w:r>
      <w:r>
        <w:rPr>
          <w:b w:val="0"/>
          <w:i w:val="0"/>
          <w:smallCaps w:val="0"/>
          <w:strike w:val="0"/>
          <w:sz w:val="16"/>
          <w:u w:val="none"/>
        </w:rPr>
        <w:t xml:space="preserve"> he said. “</w:t>
      </w:r>
      <w:r>
        <w:rPr>
          <w:b w:val="0"/>
          <w:i w:val="0"/>
          <w:smallCaps w:val="0"/>
          <w:strike w:val="0"/>
          <w:sz w:val="22"/>
          <w:u w:val="single"/>
        </w:rPr>
        <w:t xml:space="preserve">They can be a </w:t>
      </w:r>
      <w:r>
        <w:rPr>
          <w:b/>
          <w:i w:val="0"/>
          <w:smallCaps w:val="0"/>
          <w:strike w:val="0"/>
          <w:sz w:val="22"/>
          <w:u w:val="single"/>
        </w:rPr>
        <w:t>big help</w:t>
      </w:r>
      <w:r>
        <w:rPr>
          <w:b w:val="0"/>
          <w:i w:val="0"/>
          <w:smallCaps w:val="0"/>
          <w:strike w:val="0"/>
          <w:sz w:val="22"/>
          <w:u w:val="single"/>
        </w:rPr>
        <w:t xml:space="preserve"> in </w:t>
      </w:r>
      <w:r>
        <w:rPr>
          <w:b/>
          <w:i w:val="0"/>
          <w:smallCaps w:val="0"/>
          <w:strike w:val="0"/>
          <w:sz w:val="22"/>
          <w:u w:val="single"/>
        </w:rPr>
        <w:t>pushing things forward</w:t>
      </w:r>
      <w:r>
        <w:rPr>
          <w:b w:val="0"/>
          <w:i w:val="0"/>
          <w:smallCaps w:val="0"/>
          <w:strike w:val="0"/>
          <w:sz w:val="22"/>
          <w:u w:val="single"/>
        </w:rPr>
        <w:t>.”</w:t>
      </w:r>
    </w:p>
    <w:p>
      <w:pPr>
        <w:spacing w:after="60"/>
      </w:pPr>
      <w:r>
        <w:rPr>
          <w:b/>
          <w:i w:val="0"/>
          <w:smallCaps w:val="0"/>
          <w:strike w:val="0"/>
          <w:sz w:val="22"/>
          <w:u w:val="single"/>
        </w:rPr>
        <w:t>Boozman</w:t>
      </w:r>
      <w:r>
        <w:rPr>
          <w:b w:val="0"/>
          <w:i w:val="0"/>
          <w:smallCaps w:val="0"/>
          <w:strike w:val="0"/>
          <w:sz w:val="16"/>
          <w:u w:val="none"/>
        </w:rPr>
        <w:t xml:space="preserve"> </w:t>
      </w:r>
      <w:r>
        <w:rPr>
          <w:b w:val="0"/>
          <w:i w:val="0"/>
          <w:smallCaps w:val="0"/>
          <w:strike w:val="0"/>
          <w:sz w:val="22"/>
          <w:u w:val="single"/>
        </w:rPr>
        <w:t xml:space="preserve">said he planned to </w:t>
      </w:r>
      <w:r>
        <w:rPr>
          <w:b/>
          <w:i w:val="0"/>
          <w:smallCaps w:val="0"/>
          <w:strike w:val="0"/>
          <w:sz w:val="22"/>
          <w:u w:val="single"/>
        </w:rPr>
        <w:t>mostly listen</w:t>
      </w:r>
      <w:r>
        <w:rPr>
          <w:b w:val="0"/>
          <w:i w:val="0"/>
          <w:smallCaps w:val="0"/>
          <w:strike w:val="0"/>
          <w:sz w:val="22"/>
          <w:u w:val="single"/>
        </w:rPr>
        <w:t>.</w:t>
      </w:r>
    </w:p>
    <w:p>
      <w:pPr>
        <w:spacing w:after="60"/>
      </w:pPr>
      <w:r>
        <w:rPr>
          <w:b w:val="0"/>
          <w:i w:val="0"/>
          <w:smallCaps w:val="0"/>
          <w:strike w:val="0"/>
          <w:sz w:val="16"/>
          <w:u w:val="none"/>
        </w:rPr>
        <w:t xml:space="preserve">“Depending on what’s said, certainly I have ideas about things. </w:t>
      </w:r>
      <w:r>
        <w:rPr>
          <w:b w:val="0"/>
          <w:i w:val="0"/>
          <w:smallCaps w:val="0"/>
          <w:strike w:val="0"/>
          <w:sz w:val="22"/>
          <w:u w:val="single"/>
        </w:rPr>
        <w:t xml:space="preserve">We’re very interested in what the </w:t>
      </w:r>
      <w:r>
        <w:rPr>
          <w:b/>
          <w:i w:val="0"/>
          <w:smallCaps w:val="0"/>
          <w:strike w:val="0"/>
          <w:sz w:val="22"/>
          <w:u w:val="single"/>
        </w:rPr>
        <w:t>administration</w:t>
      </w:r>
      <w:r>
        <w:rPr>
          <w:b w:val="0"/>
          <w:i w:val="0"/>
          <w:smallCaps w:val="0"/>
          <w:strike w:val="0"/>
          <w:sz w:val="22"/>
          <w:u w:val="single"/>
        </w:rPr>
        <w:t xml:space="preserve"> </w:t>
      </w:r>
      <w:r>
        <w:rPr>
          <w:b/>
          <w:i w:val="0"/>
          <w:smallCaps w:val="0"/>
          <w:strike w:val="0"/>
          <w:sz w:val="22"/>
          <w:u w:val="single"/>
        </w:rPr>
        <w:t>feels like</w:t>
      </w:r>
      <w:r>
        <w:rPr>
          <w:b w:val="0"/>
          <w:i w:val="0"/>
          <w:smallCaps w:val="0"/>
          <w:strike w:val="0"/>
          <w:sz w:val="22"/>
          <w:u w:val="single"/>
        </w:rPr>
        <w:t xml:space="preserve"> they need to </w:t>
      </w:r>
      <w:r>
        <w:rPr>
          <w:b/>
          <w:i w:val="0"/>
          <w:smallCaps w:val="0"/>
          <w:strike w:val="0"/>
          <w:sz w:val="22"/>
          <w:u w:val="single"/>
        </w:rPr>
        <w:t>have in the bill</w:t>
      </w:r>
      <w:r>
        <w:rPr>
          <w:b w:val="0"/>
          <w:i w:val="0"/>
          <w:smallCaps w:val="0"/>
          <w:strike w:val="0"/>
          <w:sz w:val="22"/>
          <w:u w:val="single"/>
        </w:rPr>
        <w:t>.”</w:t>
      </w:r>
    </w:p>
    <w:p>
      <w:pPr>
        <w:spacing w:after="60"/>
      </w:pPr>
      <w:r>
        <w:rPr>
          <w:b w:val="0"/>
          <w:i w:val="0"/>
          <w:smallCaps w:val="0"/>
          <w:strike w:val="0"/>
          <w:sz w:val="16"/>
          <w:u w:val="none"/>
        </w:rPr>
        <w:t>A spokesperson for Scott confirmed that he plans to be at the meeting.</w:t>
      </w:r>
    </w:p>
    <w:p>
      <w:pPr>
        <w:spacing w:after="60"/>
      </w:pPr>
      <w:r>
        <w:rPr>
          <w:b w:val="0"/>
          <w:i w:val="0"/>
          <w:smallCaps w:val="0"/>
          <w:strike w:val="0"/>
          <w:sz w:val="16"/>
          <w:u w:val="none"/>
        </w:rPr>
        <w:t>“</w:t>
      </w:r>
      <w:r>
        <w:rPr>
          <w:b w:val="0"/>
          <w:i w:val="0"/>
          <w:smallCaps w:val="0"/>
          <w:strike w:val="0"/>
          <w:sz w:val="22"/>
          <w:u w:val="single"/>
        </w:rPr>
        <w:t xml:space="preserve">He hopes to have a </w:t>
      </w:r>
      <w:r>
        <w:rPr>
          <w:b/>
          <w:i w:val="0"/>
          <w:smallCaps w:val="0"/>
          <w:strike w:val="0"/>
          <w:sz w:val="22"/>
          <w:u w:val="single"/>
        </w:rPr>
        <w:t>productive conversation</w:t>
      </w:r>
      <w:r>
        <w:rPr>
          <w:b w:val="0"/>
          <w:i w:val="0"/>
          <w:smallCaps w:val="0"/>
          <w:strike w:val="0"/>
          <w:sz w:val="22"/>
          <w:u w:val="single"/>
        </w:rPr>
        <w:t xml:space="preserve"> with the </w:t>
      </w:r>
      <w:r>
        <w:rPr>
          <w:b w:val="0"/>
          <w:i w:val="0"/>
          <w:smallCaps w:val="0"/>
          <w:strike w:val="0"/>
          <w:sz w:val="16"/>
          <w:u w:val="none"/>
        </w:rPr>
        <w:t xml:space="preserve">four corners of the Agriculture Committees and the </w:t>
      </w:r>
      <w:r>
        <w:rPr>
          <w:b/>
          <w:i w:val="0"/>
          <w:smallCaps w:val="0"/>
          <w:strike w:val="0"/>
          <w:sz w:val="22"/>
          <w:u w:val="single"/>
        </w:rPr>
        <w:t>president</w:t>
      </w:r>
      <w:r>
        <w:rPr>
          <w:b w:val="0"/>
          <w:i w:val="0"/>
          <w:smallCaps w:val="0"/>
          <w:strike w:val="0"/>
          <w:sz w:val="16"/>
          <w:u w:val="none"/>
        </w:rPr>
        <w:t xml:space="preserve"> </w:t>
      </w:r>
      <w:r>
        <w:rPr>
          <w:b w:val="0"/>
          <w:i w:val="0"/>
          <w:smallCaps w:val="0"/>
          <w:strike w:val="0"/>
          <w:sz w:val="22"/>
          <w:u w:val="single"/>
        </w:rPr>
        <w:t xml:space="preserve">that </w:t>
      </w:r>
      <w:r>
        <w:rPr>
          <w:b/>
          <w:i w:val="0"/>
          <w:smallCaps w:val="0"/>
          <w:strike w:val="0"/>
          <w:sz w:val="22"/>
          <w:u w:val="single"/>
        </w:rPr>
        <w:t>advances</w:t>
      </w:r>
      <w:r>
        <w:rPr>
          <w:b w:val="0"/>
          <w:i w:val="0"/>
          <w:smallCaps w:val="0"/>
          <w:strike w:val="0"/>
          <w:sz w:val="22"/>
          <w:u w:val="single"/>
        </w:rPr>
        <w:t xml:space="preserve"> their </w:t>
      </w:r>
      <w:r>
        <w:rPr>
          <w:b/>
          <w:i w:val="0"/>
          <w:smallCaps w:val="0"/>
          <w:strike w:val="0"/>
          <w:sz w:val="22"/>
          <w:u w:val="single"/>
        </w:rPr>
        <w:t>shared goal</w:t>
      </w:r>
      <w:r>
        <w:rPr>
          <w:b w:val="0"/>
          <w:i w:val="0"/>
          <w:smallCaps w:val="0"/>
          <w:strike w:val="0"/>
          <w:sz w:val="22"/>
          <w:u w:val="single"/>
        </w:rPr>
        <w:t xml:space="preserve"> of passing a strong, effective,</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bipartisan farm bill</w:t>
      </w:r>
      <w:r>
        <w:rPr>
          <w:b w:val="0"/>
          <w:i w:val="0"/>
          <w:smallCaps w:val="0"/>
          <w:strike w:val="0"/>
          <w:sz w:val="16"/>
          <w:u w:val="none"/>
        </w:rPr>
        <w:t>." the spokesperson said.</w:t>
      </w:r>
    </w:p>
    <w:p>
      <w:pPr>
        <w:spacing w:after="60"/>
      </w:pPr>
      <w:r>
        <w:rPr>
          <w:b w:val="0"/>
          <w:i w:val="0"/>
          <w:smallCaps w:val="0"/>
          <w:strike w:val="0"/>
          <w:sz w:val="22"/>
          <w:u w:val="single"/>
        </w:rPr>
        <w:t xml:space="preserve">The House and Senate Agriculture committees are </w:t>
      </w:r>
      <w:r>
        <w:rPr>
          <w:b/>
          <w:i w:val="0"/>
          <w:smallCaps w:val="0"/>
          <w:strike w:val="0"/>
          <w:sz w:val="22"/>
          <w:u w:val="single"/>
        </w:rPr>
        <w:t>working</w:t>
      </w:r>
      <w:r>
        <w:rPr>
          <w:b w:val="0"/>
          <w:i w:val="0"/>
          <w:smallCaps w:val="0"/>
          <w:strike w:val="0"/>
          <w:sz w:val="22"/>
          <w:u w:val="single"/>
        </w:rPr>
        <w:t xml:space="preserve"> to have a </w:t>
      </w:r>
      <w:r>
        <w:rPr>
          <w:b/>
          <w:i w:val="0"/>
          <w:smallCaps w:val="0"/>
          <w:strike w:val="0"/>
          <w:sz w:val="22"/>
          <w:u w:val="single"/>
        </w:rPr>
        <w:t>replacement bill</w:t>
      </w:r>
      <w:r>
        <w:rPr>
          <w:b w:val="0"/>
          <w:i w:val="0"/>
          <w:smallCaps w:val="0"/>
          <w:strike w:val="0"/>
          <w:sz w:val="22"/>
          <w:u w:val="single"/>
        </w:rPr>
        <w:t xml:space="preserve"> ready by Sept. 30, when the current farm law expires. </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