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Key</w:t>
      </w:r>
      <w:r>
        <w:rPr>
          <w:b/>
          <w:i w:val="0"/>
          <w:smallCaps w:val="0"/>
          <w:strike w:val="0"/>
          <w:sz w:val="26"/>
          <w:u w:val="none"/>
        </w:rPr>
        <w:t xml:space="preserve"> democrats are </w:t>
      </w:r>
      <w:r>
        <w:rPr>
          <w:b/>
          <w:i w:val="0"/>
          <w:smallCaps w:val="0"/>
          <w:strike w:val="0"/>
          <w:sz w:val="26"/>
          <w:u w:val="single"/>
        </w:rPr>
        <w:t>pushing</w:t>
      </w:r>
      <w:r>
        <w:rPr>
          <w:b/>
          <w:i w:val="0"/>
          <w:smallCaps w:val="0"/>
          <w:strike w:val="0"/>
          <w:sz w:val="26"/>
          <w:u w:val="none"/>
        </w:rPr>
        <w:t xml:space="preserve"> for the bill to be passed AND drought provisions are </w:t>
      </w:r>
      <w:r>
        <w:rPr>
          <w:b/>
          <w:i w:val="0"/>
          <w:smallCaps w:val="0"/>
          <w:strike w:val="0"/>
          <w:sz w:val="26"/>
          <w:u w:val="single"/>
        </w:rPr>
        <w:t>INCLUDED</w:t>
      </w:r>
      <w:r>
        <w:rPr>
          <w:b/>
          <w:i w:val="0"/>
          <w:smallCaps w:val="0"/>
          <w:strike w:val="0"/>
          <w:sz w:val="26"/>
          <w:u w:val="none"/>
        </w:rPr>
        <w:t>.</w:t>
      </w:r>
    </w:p>
    <w:p>
      <w:pPr>
        <w:spacing w:after="80"/>
      </w:pPr>
      <w:r>
        <w:rPr>
          <w:b/>
          <w:i w:val="0"/>
          <w:smallCaps w:val="0"/>
          <w:strike w:val="0"/>
          <w:sz w:val="26"/>
          <w:u w:val="none"/>
        </w:rPr>
        <w:t>Yarrow, 6/24</w:t>
      </w:r>
      <w:r>
        <w:rPr>
          <w:b w:val="0"/>
          <w:i w:val="0"/>
          <w:smallCaps w:val="0"/>
          <w:strike w:val="0"/>
          <w:u w:val="none"/>
        </w:rPr>
        <w:t xml:space="preserve"> [Grace; She is a food and agriculture policy reporter for POLITICO and author of POLITICO Pro's daily Morning Agriculture newsletter; June 24, 2024; June 30, 2024; Politico; "</w:t>
      </w:r>
      <w:r>
        <w:rPr>
          <w:b w:val="0"/>
          <w:i w:val="0"/>
          <w:smallCaps w:val="0"/>
          <w:strike w:val="0"/>
          <w:u w:val="none"/>
        </w:rPr>
        <w:t>Senators</w:t>
      </w:r>
      <w:r>
        <w:rPr>
          <w:b w:val="0"/>
          <w:i w:val="0"/>
          <w:smallCaps w:val="0"/>
          <w:strike w:val="0"/>
          <w:u w:val="none"/>
        </w:rPr>
        <w:t xml:space="preserve"> fight for farm bill drought relief," https://www.politico.com/newsletters/weekly-agriculture/2024/06/24/senators-fight-for-farm-bill-drought-relief-00164614] |AB|</w:t>
      </w:r>
    </w:p>
    <w:p>
      <w:pPr>
        <w:spacing w:after="60"/>
      </w:pPr>
      <w:r>
        <w:rPr>
          <w:b w:val="0"/>
          <w:i w:val="0"/>
          <w:smallCaps w:val="0"/>
          <w:strike w:val="0"/>
          <w:sz w:val="16"/>
          <w:u w:val="none"/>
        </w:rPr>
        <w:t xml:space="preserve">DROUGHT HEARING: </w:t>
      </w:r>
      <w:r>
        <w:rPr>
          <w:b w:val="0"/>
          <w:i w:val="0"/>
          <w:smallCaps w:val="0"/>
          <w:strike w:val="0"/>
          <w:u w:val="single"/>
        </w:rPr>
        <w:t xml:space="preserve">The </w:t>
      </w:r>
      <w:r>
        <w:rPr>
          <w:b w:val="0"/>
          <w:i w:val="0"/>
          <w:smallCaps w:val="0"/>
          <w:strike w:val="0"/>
          <w:highlight w:val="cyan"/>
          <w:u w:val="single"/>
        </w:rPr>
        <w:t>Senate Ag</w:t>
      </w:r>
      <w:r>
        <w:rPr>
          <w:b w:val="0"/>
          <w:i w:val="0"/>
          <w:smallCaps w:val="0"/>
          <w:strike w:val="0"/>
          <w:u w:val="single"/>
        </w:rPr>
        <w:t xml:space="preserve"> sub</w:t>
      </w:r>
      <w:r>
        <w:rPr>
          <w:b w:val="0"/>
          <w:i w:val="0"/>
          <w:smallCaps w:val="0"/>
          <w:strike w:val="0"/>
          <w:highlight w:val="cyan"/>
          <w:u w:val="single"/>
        </w:rPr>
        <w:t>committee</w:t>
      </w:r>
      <w:r>
        <w:rPr>
          <w:b w:val="0"/>
          <w:i w:val="0"/>
          <w:smallCaps w:val="0"/>
          <w:strike w:val="0"/>
          <w:u w:val="single"/>
        </w:rPr>
        <w:t xml:space="preserve"> on conservation, climate, forestry and natural </w:t>
      </w:r>
      <w:r>
        <w:rPr>
          <w:b/>
          <w:i w:val="0"/>
          <w:smallCaps w:val="0"/>
          <w:strike w:val="0"/>
          <w:u w:val="single"/>
        </w:rPr>
        <w:t>resources</w:t>
      </w:r>
      <w:r>
        <w:rPr>
          <w:b w:val="0"/>
          <w:i w:val="0"/>
          <w:smallCaps w:val="0"/>
          <w:strike w:val="0"/>
          <w:u w:val="single"/>
        </w:rPr>
        <w:t xml:space="preserve"> will </w:t>
      </w:r>
      <w:r>
        <w:rPr>
          <w:b w:val="0"/>
          <w:i w:val="0"/>
          <w:smallCaps w:val="0"/>
          <w:strike w:val="0"/>
          <w:highlight w:val="cyan"/>
          <w:u w:val="single"/>
        </w:rPr>
        <w:t>focus on</w:t>
      </w:r>
      <w:r>
        <w:rPr>
          <w:b w:val="0"/>
          <w:i w:val="0"/>
          <w:smallCaps w:val="0"/>
          <w:strike w:val="0"/>
          <w:u w:val="single"/>
        </w:rPr>
        <w:t xml:space="preserve"> federal </w:t>
      </w:r>
      <w:r>
        <w:rPr>
          <w:b/>
          <w:i w:val="0"/>
          <w:smallCaps w:val="0"/>
          <w:strike w:val="0"/>
          <w:highlight w:val="cyan"/>
          <w:u w:val="single"/>
        </w:rPr>
        <w:t>drought</w:t>
      </w:r>
      <w:r>
        <w:rPr>
          <w:b w:val="0"/>
          <w:i w:val="0"/>
          <w:smallCaps w:val="0"/>
          <w:strike w:val="0"/>
          <w:u w:val="single"/>
        </w:rPr>
        <w:t xml:space="preserve"> </w:t>
      </w:r>
      <w:r>
        <w:rPr>
          <w:b/>
          <w:i w:val="0"/>
          <w:smallCaps w:val="0"/>
          <w:strike w:val="0"/>
          <w:u w:val="single"/>
        </w:rPr>
        <w:t>investments</w:t>
      </w:r>
      <w:r>
        <w:rPr>
          <w:b w:val="0"/>
          <w:i w:val="0"/>
          <w:smallCaps w:val="0"/>
          <w:strike w:val="0"/>
          <w:u w:val="single"/>
        </w:rPr>
        <w:t xml:space="preserve"> this week during a trip this week to Colorado </w:t>
      </w:r>
      <w:r>
        <w:rPr>
          <w:b/>
          <w:i w:val="0"/>
          <w:smallCaps w:val="0"/>
          <w:strike w:val="0"/>
          <w:u w:val="single"/>
        </w:rPr>
        <w:t>and</w:t>
      </w:r>
      <w:r>
        <w:rPr>
          <w:b w:val="0"/>
          <w:i w:val="0"/>
          <w:smallCaps w:val="0"/>
          <w:strike w:val="0"/>
          <w:u w:val="single"/>
        </w:rPr>
        <w:t xml:space="preserve"> Kansas.</w:t>
      </w:r>
    </w:p>
    <w:p>
      <w:pPr>
        <w:spacing w:after="60"/>
      </w:pPr>
      <w:r>
        <w:rPr>
          <w:b w:val="0"/>
          <w:i w:val="0"/>
          <w:smallCaps w:val="0"/>
          <w:strike w:val="0"/>
          <w:u w:val="single"/>
        </w:rPr>
        <w:t xml:space="preserve">In the farm bill: Key Senate </w:t>
      </w:r>
      <w:r>
        <w:rPr>
          <w:b/>
          <w:i w:val="0"/>
          <w:smallCaps w:val="0"/>
          <w:strike w:val="0"/>
          <w:highlight w:val="cyan"/>
          <w:u w:val="single"/>
        </w:rPr>
        <w:t>Democrats</w:t>
      </w:r>
      <w:r>
        <w:rPr>
          <w:b w:val="0"/>
          <w:i w:val="0"/>
          <w:smallCaps w:val="0"/>
          <w:strike w:val="0"/>
          <w:u w:val="single"/>
        </w:rPr>
        <w:t xml:space="preserve"> have been </w:t>
      </w:r>
      <w:r>
        <w:rPr>
          <w:b w:val="0"/>
          <w:i w:val="0"/>
          <w:smallCaps w:val="0"/>
          <w:strike w:val="0"/>
          <w:highlight w:val="cyan"/>
          <w:u w:val="single"/>
        </w:rPr>
        <w:t>pushing</w:t>
      </w:r>
      <w:r>
        <w:rPr>
          <w:b w:val="0"/>
          <w:i w:val="0"/>
          <w:smallCaps w:val="0"/>
          <w:strike w:val="0"/>
          <w:u w:val="single"/>
        </w:rPr>
        <w:t xml:space="preserve"> in public and private </w:t>
      </w:r>
      <w:r>
        <w:rPr>
          <w:b w:val="0"/>
          <w:i w:val="0"/>
          <w:smallCaps w:val="0"/>
          <w:strike w:val="0"/>
          <w:highlight w:val="cyan"/>
          <w:u w:val="single"/>
        </w:rPr>
        <w:t>for</w:t>
      </w:r>
      <w:r>
        <w:rPr>
          <w:b w:val="0"/>
          <w:i w:val="0"/>
          <w:smallCaps w:val="0"/>
          <w:strike w:val="0"/>
          <w:u w:val="single"/>
        </w:rPr>
        <w:t xml:space="preserve"> months to boost </w:t>
      </w:r>
      <w:r>
        <w:rPr>
          <w:b/>
          <w:i w:val="0"/>
          <w:smallCaps w:val="0"/>
          <w:strike w:val="0"/>
          <w:highlight w:val="cyan"/>
          <w:u w:val="single"/>
        </w:rPr>
        <w:t>investments</w:t>
      </w:r>
      <w:r>
        <w:rPr>
          <w:b w:val="0"/>
          <w:i w:val="0"/>
          <w:smallCaps w:val="0"/>
          <w:strike w:val="0"/>
          <w:highlight w:val="cyan"/>
          <w:u w:val="single"/>
        </w:rPr>
        <w:t xml:space="preserve"> in the farm bill</w:t>
      </w:r>
      <w:r>
        <w:rPr>
          <w:b w:val="0"/>
          <w:i w:val="0"/>
          <w:smallCaps w:val="0"/>
          <w:strike w:val="0"/>
          <w:sz w:val="16"/>
          <w:u w:val="none"/>
        </w:rPr>
        <w:t xml:space="preserve"> for ag producers facing severe drought, especially in the West.</w:t>
      </w:r>
    </w:p>
    <w:p>
      <w:pPr>
        <w:spacing w:after="60"/>
      </w:pPr>
      <w:r>
        <w:rPr>
          <w:b w:val="0"/>
          <w:i w:val="0"/>
          <w:smallCaps w:val="0"/>
          <w:strike w:val="0"/>
          <w:sz w:val="16"/>
          <w:u w:val="none"/>
        </w:rPr>
        <w:t>One Senate Ag Democrat told us earlier this year that committee Chair Debbie</w:t>
      </w:r>
      <w:r>
        <w:rPr>
          <w:b w:val="0"/>
          <w:i w:val="0"/>
          <w:smallCaps w:val="0"/>
          <w:strike w:val="0"/>
          <w:u w:val="single"/>
        </w:rPr>
        <w:t xml:space="preserve"> </w:t>
      </w:r>
      <w:r>
        <w:rPr>
          <w:b w:val="0"/>
          <w:i w:val="0"/>
          <w:smallCaps w:val="0"/>
          <w:strike w:val="0"/>
          <w:highlight w:val="cyan"/>
          <w:u w:val="single"/>
        </w:rPr>
        <w:t>Stabenow</w:t>
      </w:r>
      <w:r>
        <w:rPr>
          <w:b w:val="0"/>
          <w:i w:val="0"/>
          <w:smallCaps w:val="0"/>
          <w:strike w:val="0"/>
          <w:u w:val="single"/>
        </w:rPr>
        <w:t xml:space="preserve"> (D-Mich.) and her team have </w:t>
      </w:r>
      <w:r>
        <w:rPr>
          <w:b w:val="0"/>
          <w:i w:val="0"/>
          <w:smallCaps w:val="0"/>
          <w:strike w:val="0"/>
          <w:highlight w:val="cyan"/>
          <w:u w:val="single"/>
        </w:rPr>
        <w:t>always</w:t>
      </w:r>
      <w:r>
        <w:rPr>
          <w:b w:val="0"/>
          <w:i w:val="0"/>
          <w:smallCaps w:val="0"/>
          <w:strike w:val="0"/>
          <w:u w:val="single"/>
        </w:rPr>
        <w:t xml:space="preserve"> been “</w:t>
      </w:r>
      <w:r>
        <w:rPr>
          <w:b w:val="0"/>
          <w:i w:val="0"/>
          <w:smallCaps w:val="0"/>
          <w:strike w:val="0"/>
          <w:highlight w:val="cyan"/>
          <w:u w:val="single"/>
        </w:rPr>
        <w:t>willing to listen</w:t>
      </w:r>
      <w:r>
        <w:rPr>
          <w:b w:val="0"/>
          <w:i w:val="0"/>
          <w:smallCaps w:val="0"/>
          <w:strike w:val="0"/>
          <w:u w:val="single"/>
        </w:rPr>
        <w:t xml:space="preserve">” </w:t>
      </w:r>
      <w:r>
        <w:rPr>
          <w:b w:val="0"/>
          <w:i w:val="0"/>
          <w:smallCaps w:val="0"/>
          <w:strike w:val="0"/>
          <w:highlight w:val="cyan"/>
          <w:u w:val="single"/>
        </w:rPr>
        <w:t>to calls for</w:t>
      </w:r>
      <w:r>
        <w:rPr>
          <w:b w:val="0"/>
          <w:i w:val="0"/>
          <w:smallCaps w:val="0"/>
          <w:strike w:val="0"/>
          <w:u w:val="single"/>
        </w:rPr>
        <w:t xml:space="preserve"> more </w:t>
      </w:r>
      <w:r>
        <w:rPr>
          <w:b/>
          <w:i w:val="0"/>
          <w:smallCaps w:val="0"/>
          <w:strike w:val="0"/>
          <w:highlight w:val="cyan"/>
          <w:u w:val="single"/>
        </w:rPr>
        <w:t>funding</w:t>
      </w:r>
      <w:r>
        <w:rPr>
          <w:b w:val="0"/>
          <w:i w:val="0"/>
          <w:smallCaps w:val="0"/>
          <w:strike w:val="0"/>
          <w:sz w:val="16"/>
          <w:u w:val="none"/>
        </w:rPr>
        <w:t xml:space="preserve"> to address the impacts of devastating and widespread drought. But the senator said they hope “there’s an understanding of the policy ramifications” if their farm bill plans don’t do enough.</w:t>
      </w:r>
    </w:p>
    <w:p>
      <w:pPr>
        <w:spacing w:after="60"/>
      </w:pPr>
      <w:r>
        <w:rPr>
          <w:b w:val="0"/>
          <w:i w:val="0"/>
          <w:smallCaps w:val="0"/>
          <w:strike w:val="0"/>
          <w:sz w:val="16"/>
          <w:u w:val="none"/>
        </w:rPr>
        <w:t>Lawmakers like vulnerable incumbent Jacky Rosen (D-Nev.) have been pushing for Senate Democrats to put more funding behind drought programs.</w:t>
      </w:r>
    </w:p>
    <w:p>
      <w:pPr>
        <w:spacing w:after="60"/>
      </w:pPr>
      <w:r>
        <w:rPr>
          <w:b w:val="0"/>
          <w:i w:val="0"/>
          <w:smallCaps w:val="0"/>
          <w:strike w:val="0"/>
          <w:sz w:val="16"/>
          <w:u w:val="none"/>
        </w:rPr>
        <w:t>Some have also called on the Biden administration to expand strict climate guardrails around billions in agriculture funding from the Inflation Reduction Act so the money can be more easily spent on drought mitigation efforts.</w:t>
      </w:r>
    </w:p>
    <w:p>
      <w:pPr>
        <w:spacing w:after="60"/>
      </w:pPr>
      <w:r>
        <w:rPr>
          <w:b w:val="0"/>
          <w:i w:val="0"/>
          <w:smallCaps w:val="0"/>
          <w:strike w:val="0"/>
          <w:sz w:val="16"/>
          <w:u w:val="none"/>
        </w:rPr>
        <w:t>Subcommittee plans: As heat is scorching a huge part of the country and lawmakers push to address the shrinking amount of water in many states, Senate Ag leaders are soliciting feedback from western producers on problems with current federal drought programs during a subcommittee field hearing Wednesday.</w:t>
      </w:r>
    </w:p>
    <w:p>
      <w:pPr>
        <w:spacing w:after="60"/>
      </w:pPr>
      <w:r>
        <w:rPr>
          <w:b w:val="0"/>
          <w:i w:val="0"/>
          <w:smallCaps w:val="0"/>
          <w:strike w:val="0"/>
          <w:sz w:val="16"/>
          <w:u w:val="none"/>
        </w:rPr>
        <w:t xml:space="preserve">In an interview with MA, subcommittee Chair Michael Bennet (D-Colo.) said </w:t>
      </w:r>
      <w:r>
        <w:rPr>
          <w:b w:val="0"/>
          <w:i w:val="0"/>
          <w:smallCaps w:val="0"/>
          <w:strike w:val="0"/>
          <w:highlight w:val="cyan"/>
          <w:u w:val="single"/>
        </w:rPr>
        <w:t>Stabenow</w:t>
      </w:r>
      <w:r>
        <w:rPr>
          <w:b w:val="0"/>
          <w:i w:val="0"/>
          <w:smallCaps w:val="0"/>
          <w:strike w:val="0"/>
          <w:u w:val="single"/>
        </w:rPr>
        <w:t xml:space="preserve"> has </w:t>
      </w:r>
      <w:r>
        <w:rPr>
          <w:b/>
          <w:i w:val="0"/>
          <w:smallCaps w:val="0"/>
          <w:strike w:val="0"/>
          <w:highlight w:val="cyan"/>
          <w:u w:val="single"/>
        </w:rPr>
        <w:t>incorporated</w:t>
      </w:r>
      <w:r>
        <w:rPr>
          <w:b w:val="0"/>
          <w:i w:val="0"/>
          <w:smallCaps w:val="0"/>
          <w:strike w:val="0"/>
          <w:u w:val="single"/>
        </w:rPr>
        <w:t xml:space="preserve"> a “huge amount” of </w:t>
      </w:r>
      <w:r>
        <w:rPr>
          <w:b w:val="0"/>
          <w:i w:val="0"/>
          <w:smallCaps w:val="0"/>
          <w:strike w:val="0"/>
          <w:highlight w:val="cyan"/>
          <w:u w:val="single"/>
        </w:rPr>
        <w:t xml:space="preserve">drought </w:t>
      </w:r>
      <w:r>
        <w:rPr>
          <w:b/>
          <w:i w:val="0"/>
          <w:smallCaps w:val="0"/>
          <w:strike w:val="0"/>
          <w:highlight w:val="cyan"/>
          <w:u w:val="single"/>
        </w:rPr>
        <w:t>improvements</w:t>
      </w:r>
      <w:r>
        <w:rPr>
          <w:b w:val="0"/>
          <w:i w:val="0"/>
          <w:smallCaps w:val="0"/>
          <w:strike w:val="0"/>
          <w:highlight w:val="cyan"/>
          <w:u w:val="single"/>
        </w:rPr>
        <w:t xml:space="preserve"> in</w:t>
      </w:r>
      <w:r>
        <w:rPr>
          <w:b w:val="0"/>
          <w:i w:val="0"/>
          <w:smallCaps w:val="0"/>
          <w:strike w:val="0"/>
          <w:u w:val="single"/>
        </w:rPr>
        <w:t xml:space="preserve"> her </w:t>
      </w:r>
      <w:r>
        <w:rPr>
          <w:b/>
          <w:i w:val="0"/>
          <w:smallCaps w:val="0"/>
          <w:strike w:val="0"/>
          <w:highlight w:val="cyan"/>
          <w:u w:val="single"/>
        </w:rPr>
        <w:t>farm</w:t>
      </w:r>
      <w:r>
        <w:rPr>
          <w:b w:val="0"/>
          <w:i w:val="0"/>
          <w:smallCaps w:val="0"/>
          <w:strike w:val="0"/>
          <w:highlight w:val="cyan"/>
          <w:u w:val="single"/>
        </w:rPr>
        <w:t xml:space="preserve"> </w:t>
      </w:r>
      <w:r>
        <w:rPr>
          <w:b/>
          <w:i w:val="0"/>
          <w:smallCaps w:val="0"/>
          <w:strike w:val="0"/>
          <w:highlight w:val="cyan"/>
          <w:u w:val="single"/>
        </w:rPr>
        <w:t>bill</w:t>
      </w:r>
      <w:r>
        <w:rPr>
          <w:b w:val="0"/>
          <w:i w:val="0"/>
          <w:smallCaps w:val="0"/>
          <w:strike w:val="0"/>
          <w:highlight w:val="cyan"/>
          <w:u w:val="single"/>
        </w:rPr>
        <w:t xml:space="preserve"> plans</w:t>
      </w:r>
      <w:r>
        <w:rPr>
          <w:b w:val="0"/>
          <w:i w:val="0"/>
          <w:smallCaps w:val="0"/>
          <w:strike w:val="0"/>
          <w:u w:val="single"/>
        </w:rPr>
        <w:t>.</w:t>
      </w:r>
      <w:r>
        <w:rPr>
          <w:b w:val="0"/>
          <w:i w:val="0"/>
          <w:smallCaps w:val="0"/>
          <w:strike w:val="0"/>
          <w:sz w:val="16"/>
          <w:u w:val="none"/>
        </w:rPr>
        <w:t xml:space="preserve"> But there are a few programs he’d like to see bolstered, like groundwater easement programs he’s pitched.</w:t>
      </w:r>
    </w:p>
    <w:p>
      <w:pPr>
        <w:spacing w:after="60"/>
      </w:pPr>
      <w:r>
        <w:rPr>
          <w:b w:val="0"/>
          <w:i w:val="0"/>
          <w:smallCaps w:val="0"/>
          <w:strike w:val="0"/>
          <w:sz w:val="16"/>
          <w:u w:val="none"/>
        </w:rPr>
        <w:t>Bennet told MA it’d be a “shame” to not get a farm bill done this year and give producers more “predictability” in the face of high input costs and challenging drought conditions. He’s been vocal about drought provisions in the farm bill and led a letter earlier this year to Stabenow to include drought funding.</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