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Political capital </w:t>
      </w:r>
      <w:r>
        <w:rPr>
          <w:b/>
          <w:i w:val="0"/>
          <w:smallCaps w:val="0"/>
          <w:strike w:val="0"/>
          <w:sz w:val="26"/>
          <w:u w:val="single"/>
        </w:rPr>
        <w:t>true</w:t>
      </w:r>
      <w:r>
        <w:rPr>
          <w:b/>
          <w:i w:val="0"/>
          <w:smallCaps w:val="0"/>
          <w:strike w:val="0"/>
          <w:sz w:val="26"/>
          <w:u w:val="none"/>
        </w:rPr>
        <w:t xml:space="preserve">, </w:t>
      </w:r>
      <w:r>
        <w:rPr>
          <w:b/>
          <w:i w:val="0"/>
          <w:smallCaps w:val="0"/>
          <w:strike w:val="0"/>
          <w:sz w:val="26"/>
          <w:u w:val="single"/>
        </w:rPr>
        <w:t>limited</w:t>
      </w:r>
      <w:r>
        <w:rPr>
          <w:b/>
          <w:i w:val="0"/>
          <w:smallCaps w:val="0"/>
          <w:strike w:val="0"/>
          <w:sz w:val="26"/>
          <w:u w:val="none"/>
        </w:rPr>
        <w:t xml:space="preserve">, and </w:t>
      </w:r>
      <w:r>
        <w:rPr>
          <w:b/>
          <w:i w:val="0"/>
          <w:smallCaps w:val="0"/>
          <w:strike w:val="0"/>
          <w:sz w:val="26"/>
          <w:u w:val="single"/>
        </w:rPr>
        <w:t>key</w:t>
      </w:r>
      <w:r>
        <w:rPr>
          <w:b/>
          <w:i w:val="0"/>
          <w:smallCaps w:val="0"/>
          <w:strike w:val="0"/>
          <w:sz w:val="26"/>
          <w:u w:val="none"/>
        </w:rPr>
        <w:t xml:space="preserve"> to push legislation</w:t>
      </w:r>
    </w:p>
    <w:p>
      <w:pPr>
        <w:spacing w:after="80"/>
      </w:pPr>
      <w:r>
        <w:rPr>
          <w:b w:val="0"/>
          <w:i w:val="0"/>
          <w:smallCaps w:val="0"/>
          <w:strike w:val="0"/>
          <w:u w:val="none"/>
        </w:rPr>
        <w:t xml:space="preserve">Greg </w:t>
      </w:r>
      <w:r>
        <w:rPr>
          <w:b/>
          <w:i w:val="0"/>
          <w:smallCaps w:val="0"/>
          <w:strike w:val="0"/>
          <w:sz w:val="26"/>
          <w:u w:val="none"/>
        </w:rPr>
        <w:t>Valliere 22,</w:t>
      </w:r>
      <w:r>
        <w:rPr>
          <w:b w:val="0"/>
          <w:i w:val="0"/>
          <w:smallCaps w:val="0"/>
          <w:strike w:val="0"/>
          <w:u w:val="none"/>
        </w:rPr>
        <w:t xml:space="preserve"> Chief U.S. Policy Strategist AGF Investments, 11/29/2022, “</w:t>
      </w:r>
      <w:r>
        <w:rPr>
          <w:b w:val="0"/>
          <w:i w:val="0"/>
          <w:smallCaps w:val="0"/>
          <w:strike w:val="0"/>
          <w:u w:val="none"/>
        </w:rPr>
        <w:t xml:space="preserve">What Will Joe Biden Do With His Political </w:t>
      </w:r>
      <w:r>
        <w:rPr>
          <w:b w:val="0"/>
          <w:i w:val="0"/>
          <w:smallCaps w:val="0"/>
          <w:strike w:val="0"/>
          <w:u w:val="none"/>
        </w:rPr>
        <w:t>Capital?</w:t>
      </w:r>
      <w:r>
        <w:rPr>
          <w:b w:val="0"/>
          <w:i w:val="0"/>
          <w:smallCaps w:val="0"/>
          <w:strike w:val="0"/>
          <w:u w:val="none"/>
        </w:rPr>
        <w:t>,</w:t>
      </w:r>
      <w:r>
        <w:rPr>
          <w:b w:val="0"/>
          <w:i w:val="0"/>
          <w:smallCaps w:val="0"/>
          <w:strike w:val="0"/>
          <w:u w:val="none"/>
        </w:rPr>
        <w:t xml:space="preserve">” </w:t>
      </w:r>
      <w:r>
        <w:rPr>
          <w:b w:val="0"/>
          <w:i w:val="0"/>
          <w:smallCaps w:val="0"/>
          <w:strike w:val="0"/>
          <w:u w:val="none"/>
        </w:rPr>
        <w:t>https://perspectives.agf.com/what-will-joe-biden-do-with-his-political-capital/</w:t>
      </w:r>
      <w:r>
        <w:rPr>
          <w:b w:val="0"/>
          <w:i w:val="0"/>
          <w:smallCaps w:val="0"/>
          <w:strike w:val="0"/>
          <w:u w:val="none"/>
        </w:rPr>
        <w:t>)//recutCG</w:t>
      </w:r>
    </w:p>
    <w:p>
      <w:pPr>
        <w:spacing w:after="60"/>
      </w:pPr>
      <w:r>
        <w:rPr>
          <w:b/>
          <w:i w:val="0"/>
          <w:smallCaps w:val="0"/>
          <w:strike w:val="0"/>
          <w:sz w:val="22"/>
          <w:u w:val="single"/>
        </w:rPr>
        <w:t>P</w:t>
      </w:r>
      <w:r>
        <w:rPr>
          <w:b w:val="0"/>
          <w:i w:val="0"/>
          <w:smallCaps w:val="0"/>
          <w:strike w:val="0"/>
          <w:sz w:val="22"/>
          <w:u w:val="single"/>
        </w:rPr>
        <w:t xml:space="preserve">OLITICAL </w:t>
      </w:r>
      <w:r>
        <w:rPr>
          <w:b/>
          <w:i w:val="0"/>
          <w:smallCaps w:val="0"/>
          <w:strike w:val="0"/>
          <w:sz w:val="22"/>
          <w:u w:val="single"/>
        </w:rPr>
        <w:t>C</w:t>
      </w:r>
      <w:r>
        <w:rPr>
          <w:b w:val="0"/>
          <w:i w:val="0"/>
          <w:smallCaps w:val="0"/>
          <w:strike w:val="0"/>
          <w:sz w:val="22"/>
          <w:u w:val="single"/>
        </w:rPr>
        <w:t xml:space="preserve">APITAL is </w:t>
      </w:r>
      <w:r>
        <w:rPr>
          <w:b/>
          <w:i w:val="0"/>
          <w:smallCaps w:val="0"/>
          <w:strike w:val="0"/>
          <w:sz w:val="22"/>
          <w:u w:val="single"/>
        </w:rPr>
        <w:t>crucial</w:t>
      </w:r>
      <w:r>
        <w:rPr>
          <w:b w:val="0"/>
          <w:i w:val="0"/>
          <w:smallCaps w:val="0"/>
          <w:strike w:val="0"/>
          <w:sz w:val="22"/>
          <w:u w:val="single"/>
        </w:rPr>
        <w:t xml:space="preserve"> for any president</w:t>
      </w:r>
      <w:r>
        <w:rPr>
          <w:b w:val="0"/>
          <w:i w:val="0"/>
          <w:smallCaps w:val="0"/>
          <w:strike w:val="0"/>
          <w:sz w:val="16"/>
          <w:u w:val="none"/>
        </w:rPr>
        <w:t xml:space="preserve">. With it, </w:t>
      </w:r>
      <w:r>
        <w:rPr>
          <w:b w:val="0"/>
          <w:i w:val="0"/>
          <w:smallCaps w:val="0"/>
          <w:strike w:val="0"/>
          <w:sz w:val="22"/>
          <w:u w:val="single"/>
        </w:rPr>
        <w:t xml:space="preserve">he can win </w:t>
      </w:r>
      <w:r>
        <w:rPr>
          <w:b/>
          <w:i w:val="0"/>
          <w:smallCaps w:val="0"/>
          <w:strike w:val="0"/>
          <w:sz w:val="22"/>
          <w:u w:val="single"/>
        </w:rPr>
        <w:t>legislative victories</w:t>
      </w:r>
      <w:r>
        <w:rPr>
          <w:b w:val="0"/>
          <w:i w:val="0"/>
          <w:smallCaps w:val="0"/>
          <w:strike w:val="0"/>
          <w:sz w:val="22"/>
          <w:u w:val="single"/>
        </w:rPr>
        <w:t xml:space="preserve">; without it, opponents circle like </w:t>
      </w:r>
      <w:r>
        <w:rPr>
          <w:b w:val="0"/>
          <w:i w:val="0"/>
          <w:smallCaps w:val="0"/>
          <w:strike w:val="0"/>
          <w:color w:val="000000"/>
          <w:sz w:val="22"/>
          <w:u w:val="single"/>
        </w:rPr>
        <w:t>sharks</w:t>
      </w:r>
      <w:r>
        <w:rPr>
          <w:b w:val="0"/>
          <w:i w:val="0"/>
          <w:smallCaps w:val="0"/>
          <w:strike w:val="0"/>
          <w:sz w:val="22"/>
          <w:u w:val="single"/>
        </w:rPr>
        <w:t>. For</w:t>
      </w:r>
      <w:r>
        <w:rPr>
          <w:b w:val="0"/>
          <w:i w:val="0"/>
          <w:smallCaps w:val="0"/>
          <w:strike w:val="0"/>
          <w:sz w:val="16"/>
          <w:u w:val="none"/>
        </w:rPr>
        <w:t xml:space="preserve"> Joe </w:t>
      </w:r>
      <w:r>
        <w:rPr>
          <w:b/>
          <w:i w:val="0"/>
          <w:smallCaps w:val="0"/>
          <w:strike w:val="0"/>
          <w:sz w:val="22"/>
          <w:u w:val="single"/>
        </w:rPr>
        <w:t>Biden</w:t>
      </w:r>
      <w:r>
        <w:rPr>
          <w:b w:val="0"/>
          <w:i w:val="0"/>
          <w:smallCaps w:val="0"/>
          <w:strike w:val="0"/>
          <w:sz w:val="16"/>
          <w:u w:val="none"/>
        </w:rPr>
        <w:t xml:space="preserve"> — after a solid second half — </w:t>
      </w:r>
      <w:r>
        <w:rPr>
          <w:b w:val="0"/>
          <w:i w:val="0"/>
          <w:smallCaps w:val="0"/>
          <w:strike w:val="0"/>
          <w:sz w:val="22"/>
          <w:u w:val="single"/>
        </w:rPr>
        <w:t>the issue is how he will spend</w:t>
      </w:r>
      <w:r>
        <w:rPr>
          <w:b w:val="0"/>
          <w:i w:val="0"/>
          <w:smallCaps w:val="0"/>
          <w:strike w:val="0"/>
          <w:sz w:val="16"/>
          <w:u w:val="none"/>
        </w:rPr>
        <w:t xml:space="preserve"> his new </w:t>
      </w:r>
      <w:r>
        <w:rPr>
          <w:b/>
          <w:i w:val="0"/>
          <w:smallCaps w:val="0"/>
          <w:strike w:val="0"/>
          <w:sz w:val="22"/>
          <w:u w:val="single"/>
        </w:rPr>
        <w:t>p</w:t>
      </w:r>
      <w:r>
        <w:rPr>
          <w:b w:val="0"/>
          <w:i w:val="0"/>
          <w:smallCaps w:val="0"/>
          <w:strike w:val="0"/>
          <w:sz w:val="22"/>
          <w:u w:val="single"/>
        </w:rPr>
        <w:t xml:space="preserve">olitical </w:t>
      </w:r>
      <w:r>
        <w:rPr>
          <w:b/>
          <w:i w:val="0"/>
          <w:smallCaps w:val="0"/>
          <w:strike w:val="0"/>
          <w:sz w:val="22"/>
          <w:u w:val="single"/>
        </w:rPr>
        <w:t>c</w:t>
      </w:r>
      <w:r>
        <w:rPr>
          <w:b w:val="0"/>
          <w:i w:val="0"/>
          <w:smallCaps w:val="0"/>
          <w:strike w:val="0"/>
          <w:sz w:val="22"/>
          <w:u w:val="single"/>
        </w:rPr>
        <w:t>apital</w:t>
      </w:r>
      <w:r>
        <w:rPr>
          <w:b w:val="0"/>
          <w:i w:val="0"/>
          <w:smallCaps w:val="0"/>
          <w:strike w:val="0"/>
          <w:sz w:val="16"/>
          <w:u w:val="none"/>
        </w:rPr>
        <w:t xml:space="preserve"> after the Democrats’ decent showing in the Nov. 8 elections.</w:t>
      </w:r>
    </w:p>
    <w:p>
      <w:pPr>
        <w:spacing w:after="60"/>
      </w:pPr>
      <w:r>
        <w:rPr>
          <w:b w:val="0"/>
          <w:i w:val="0"/>
          <w:smallCaps w:val="0"/>
          <w:strike w:val="0"/>
          <w:sz w:val="22"/>
          <w:u w:val="single"/>
        </w:rPr>
        <w:t xml:space="preserve">WITH </w:t>
      </w:r>
      <w:r>
        <w:rPr>
          <w:b/>
          <w:i w:val="0"/>
          <w:smallCaps w:val="0"/>
          <w:strike w:val="0"/>
          <w:sz w:val="22"/>
          <w:u w:val="single"/>
        </w:rPr>
        <w:t>P</w:t>
      </w:r>
      <w:r>
        <w:rPr>
          <w:b w:val="0"/>
          <w:i w:val="0"/>
          <w:smallCaps w:val="0"/>
          <w:strike w:val="0"/>
          <w:sz w:val="22"/>
          <w:u w:val="single"/>
        </w:rPr>
        <w:t xml:space="preserve">OLITICAL </w:t>
      </w:r>
      <w:r>
        <w:rPr>
          <w:b/>
          <w:i w:val="0"/>
          <w:smallCaps w:val="0"/>
          <w:strike w:val="0"/>
          <w:sz w:val="22"/>
          <w:u w:val="single"/>
        </w:rPr>
        <w:t>C</w:t>
      </w:r>
      <w:r>
        <w:rPr>
          <w:b w:val="0"/>
          <w:i w:val="0"/>
          <w:smallCaps w:val="0"/>
          <w:strike w:val="0"/>
          <w:sz w:val="22"/>
          <w:u w:val="single"/>
        </w:rPr>
        <w:t>APITAL, Biden can</w:t>
      </w:r>
      <w:r>
        <w:rPr>
          <w:b w:val="0"/>
          <w:i w:val="0"/>
          <w:smallCaps w:val="0"/>
          <w:strike w:val="0"/>
          <w:sz w:val="16"/>
          <w:u w:val="none"/>
        </w:rPr>
        <w:t xml:space="preserve"> afford to alienate his allies in </w:t>
      </w:r>
      <w:r>
        <w:rPr>
          <w:b/>
          <w:i w:val="0"/>
          <w:smallCaps w:val="0"/>
          <w:strike w:val="0"/>
          <w:sz w:val="22"/>
          <w:u w:val="single"/>
        </w:rPr>
        <w:t>organize</w:t>
      </w:r>
      <w:r>
        <w:rPr>
          <w:b w:val="0"/>
          <w:i w:val="0"/>
          <w:smallCaps w:val="0"/>
          <w:strike w:val="0"/>
          <w:sz w:val="16"/>
          <w:u w:val="none"/>
        </w:rPr>
        <w:t xml:space="preserve">d </w:t>
      </w:r>
      <w:r>
        <w:rPr>
          <w:b w:val="0"/>
          <w:i w:val="0"/>
          <w:smallCaps w:val="0"/>
          <w:strike w:val="0"/>
          <w:sz w:val="22"/>
          <w:u w:val="single"/>
        </w:rPr>
        <w:t>labor</w:t>
      </w:r>
      <w:r>
        <w:rPr>
          <w:b w:val="0"/>
          <w:i w:val="0"/>
          <w:smallCaps w:val="0"/>
          <w:strike w:val="0"/>
          <w:sz w:val="16"/>
          <w:u w:val="none"/>
        </w:rPr>
        <w:t>; yesterday he essentially told Congress to intervene and end the railroad strike threat.</w:t>
      </w:r>
    </w:p>
    <w:p>
      <w:pPr>
        <w:spacing w:after="60"/>
      </w:pPr>
      <w:r>
        <w:rPr>
          <w:b w:val="0"/>
          <w:i w:val="0"/>
          <w:smallCaps w:val="0"/>
          <w:strike w:val="0"/>
          <w:sz w:val="22"/>
          <w:u w:val="single"/>
        </w:rPr>
        <w:t xml:space="preserve">WITH </w:t>
      </w:r>
      <w:r>
        <w:rPr>
          <w:b/>
          <w:i w:val="0"/>
          <w:smallCaps w:val="0"/>
          <w:strike w:val="0"/>
          <w:sz w:val="22"/>
          <w:u w:val="single"/>
        </w:rPr>
        <w:t>P</w:t>
      </w:r>
      <w:r>
        <w:rPr>
          <w:b w:val="0"/>
          <w:i w:val="0"/>
          <w:smallCaps w:val="0"/>
          <w:strike w:val="0"/>
          <w:sz w:val="22"/>
          <w:u w:val="single"/>
        </w:rPr>
        <w:t xml:space="preserve">OLITICAL </w:t>
      </w:r>
      <w:r>
        <w:rPr>
          <w:b/>
          <w:i w:val="0"/>
          <w:smallCaps w:val="0"/>
          <w:strike w:val="0"/>
          <w:sz w:val="22"/>
          <w:u w:val="single"/>
        </w:rPr>
        <w:t>C</w:t>
      </w:r>
      <w:r>
        <w:rPr>
          <w:b w:val="0"/>
          <w:i w:val="0"/>
          <w:smallCaps w:val="0"/>
          <w:strike w:val="0"/>
          <w:sz w:val="22"/>
          <w:u w:val="single"/>
        </w:rPr>
        <w:t>APITAL, Biden can</w:t>
      </w:r>
      <w:r>
        <w:rPr>
          <w:b w:val="0"/>
          <w:i w:val="0"/>
          <w:smallCaps w:val="0"/>
          <w:strike w:val="0"/>
          <w:sz w:val="16"/>
          <w:u w:val="none"/>
        </w:rPr>
        <w:t xml:space="preserve"> afford to anger human rights advocates by staying relatively quiet on the protests that are sweeping through China. Biden does </w:t>
      </w:r>
      <w:r>
        <w:rPr>
          <w:b w:val="0"/>
          <w:i w:val="0"/>
          <w:smallCaps w:val="0"/>
          <w:strike w:val="0"/>
          <w:sz w:val="22"/>
          <w:u w:val="single"/>
        </w:rPr>
        <w:t>not</w:t>
      </w:r>
      <w:r>
        <w:rPr>
          <w:b w:val="0"/>
          <w:i w:val="0"/>
          <w:smallCaps w:val="0"/>
          <w:strike w:val="0"/>
          <w:sz w:val="16"/>
          <w:u w:val="none"/>
        </w:rPr>
        <w:t xml:space="preserve"> want to </w:t>
      </w:r>
      <w:r>
        <w:rPr>
          <w:b w:val="0"/>
          <w:i w:val="0"/>
          <w:smallCaps w:val="0"/>
          <w:strike w:val="0"/>
          <w:sz w:val="22"/>
          <w:u w:val="single"/>
        </w:rPr>
        <w:t>jeopardize</w:t>
      </w:r>
      <w:r>
        <w:rPr>
          <w:b w:val="0"/>
          <w:i w:val="0"/>
          <w:smallCaps w:val="0"/>
          <w:strike w:val="0"/>
          <w:sz w:val="16"/>
          <w:u w:val="none"/>
        </w:rPr>
        <w:t xml:space="preserve"> chances of better </w:t>
      </w:r>
      <w:r>
        <w:rPr>
          <w:b/>
          <w:i w:val="0"/>
          <w:smallCaps w:val="0"/>
          <w:strike w:val="0"/>
          <w:sz w:val="22"/>
          <w:u w:val="single"/>
        </w:rPr>
        <w:t>relations</w:t>
      </w:r>
      <w:r>
        <w:rPr>
          <w:b w:val="0"/>
          <w:i w:val="0"/>
          <w:smallCaps w:val="0"/>
          <w:strike w:val="0"/>
          <w:sz w:val="22"/>
          <w:u w:val="single"/>
        </w:rPr>
        <w:t xml:space="preserve"> with Xi</w:t>
      </w:r>
      <w:r>
        <w:rPr>
          <w:b w:val="0"/>
          <w:i w:val="0"/>
          <w:smallCaps w:val="0"/>
          <w:strike w:val="0"/>
          <w:sz w:val="16"/>
          <w:u w:val="none"/>
        </w:rPr>
        <w:t xml:space="preserve"> Jinping.</w:t>
      </w:r>
    </w:p>
    <w:p>
      <w:pPr>
        <w:spacing w:after="60"/>
      </w:pPr>
      <w:r>
        <w:rPr>
          <w:b w:val="0"/>
          <w:i w:val="0"/>
          <w:smallCaps w:val="0"/>
          <w:strike w:val="0"/>
          <w:sz w:val="16"/>
          <w:u w:val="none"/>
        </w:rPr>
        <w:t xml:space="preserve">AND </w:t>
      </w:r>
      <w:r>
        <w:rPr>
          <w:b w:val="0"/>
          <w:i w:val="0"/>
          <w:smallCaps w:val="0"/>
          <w:strike w:val="0"/>
          <w:sz w:val="22"/>
          <w:u w:val="single"/>
        </w:rPr>
        <w:t xml:space="preserve">WITH </w:t>
      </w:r>
      <w:r>
        <w:rPr>
          <w:b/>
          <w:i w:val="0"/>
          <w:smallCaps w:val="0"/>
          <w:strike w:val="0"/>
          <w:sz w:val="22"/>
          <w:u w:val="single"/>
        </w:rPr>
        <w:t>P</w:t>
      </w:r>
      <w:r>
        <w:rPr>
          <w:b w:val="0"/>
          <w:i w:val="0"/>
          <w:smallCaps w:val="0"/>
          <w:strike w:val="0"/>
          <w:sz w:val="22"/>
          <w:u w:val="single"/>
        </w:rPr>
        <w:t xml:space="preserve">OLITICAL </w:t>
      </w:r>
      <w:r>
        <w:rPr>
          <w:b/>
          <w:i w:val="0"/>
          <w:smallCaps w:val="0"/>
          <w:strike w:val="0"/>
          <w:sz w:val="22"/>
          <w:u w:val="single"/>
        </w:rPr>
        <w:t>C</w:t>
      </w:r>
      <w:r>
        <w:rPr>
          <w:b w:val="0"/>
          <w:i w:val="0"/>
          <w:smallCaps w:val="0"/>
          <w:strike w:val="0"/>
          <w:sz w:val="22"/>
          <w:u w:val="single"/>
        </w:rPr>
        <w:t xml:space="preserve">APITAL, Biden can push for a </w:t>
      </w:r>
      <w:r>
        <w:rPr>
          <w:b/>
          <w:i w:val="0"/>
          <w:smallCaps w:val="0"/>
          <w:strike w:val="0"/>
          <w:sz w:val="22"/>
          <w:u w:val="single"/>
        </w:rPr>
        <w:t>spending package</w:t>
      </w:r>
      <w:r>
        <w:rPr>
          <w:b w:val="0"/>
          <w:i w:val="0"/>
          <w:smallCaps w:val="0"/>
          <w:strike w:val="0"/>
          <w:sz w:val="16"/>
          <w:u w:val="none"/>
        </w:rPr>
        <w:t xml:space="preserve"> in December that may resurrect the child tax credit, raise the debt ceiling and provide $40 billion or more in new aid to Ukraine.</w:t>
      </w:r>
    </w:p>
    <w:p>
      <w:pPr>
        <w:spacing w:after="60"/>
      </w:pPr>
      <w:r>
        <w:rPr>
          <w:b w:val="0"/>
          <w:i w:val="0"/>
          <w:smallCaps w:val="0"/>
          <w:strike w:val="0"/>
          <w:sz w:val="16"/>
          <w:u w:val="none"/>
        </w:rPr>
        <w:t xml:space="preserve">THERE ARE SOME ISSUES — banning assault weapons, for example — that are unattainable. But Biden can demand action on guns. with public support. He also can speak out forcefully against the murderous ayatollahs in Iran, but that’s another issue where </w:t>
      </w:r>
      <w:r>
        <w:rPr>
          <w:b w:val="0"/>
          <w:i w:val="0"/>
          <w:smallCaps w:val="0"/>
          <w:strike w:val="0"/>
          <w:sz w:val="22"/>
          <w:u w:val="single"/>
        </w:rPr>
        <w:t xml:space="preserve">Biden’s </w:t>
      </w:r>
      <w:r>
        <w:rPr>
          <w:b/>
          <w:i w:val="0"/>
          <w:smallCaps w:val="0"/>
          <w:strike w:val="0"/>
          <w:sz w:val="22"/>
          <w:u w:val="single"/>
        </w:rPr>
        <w:t>capital</w:t>
      </w:r>
      <w:r>
        <w:rPr>
          <w:b w:val="0"/>
          <w:i w:val="0"/>
          <w:smallCaps w:val="0"/>
          <w:strike w:val="0"/>
          <w:sz w:val="22"/>
          <w:u w:val="single"/>
        </w:rPr>
        <w:t xml:space="preserve"> is </w:t>
      </w:r>
      <w:r>
        <w:rPr>
          <w:b/>
          <w:i w:val="0"/>
          <w:smallCaps w:val="0"/>
          <w:strike w:val="0"/>
          <w:sz w:val="22"/>
          <w:u w:val="single"/>
        </w:rPr>
        <w:t>limited</w:t>
      </w:r>
      <w:r>
        <w:rPr>
          <w:b w:val="0"/>
          <w:i w:val="0"/>
          <w:smallCaps w:val="0"/>
          <w:strike w:val="0"/>
          <w:sz w:val="16"/>
          <w:u w:val="none"/>
        </w:rPr>
        <w:t>.</w:t>
      </w:r>
    </w:p>
    <w:p>
      <w:pPr>
        <w:spacing w:after="60"/>
      </w:pPr>
      <w:r>
        <w:rPr>
          <w:b w:val="0"/>
          <w:i w:val="0"/>
          <w:smallCaps w:val="0"/>
          <w:strike w:val="0"/>
          <w:sz w:val="22"/>
          <w:u w:val="single"/>
        </w:rPr>
        <w:t>BIDEN’S BIGGEST ASSET may be the</w:t>
      </w:r>
      <w:r>
        <w:rPr>
          <w:b w:val="0"/>
          <w:i w:val="0"/>
          <w:smallCaps w:val="0"/>
          <w:strike w:val="0"/>
          <w:sz w:val="16"/>
          <w:u w:val="none"/>
        </w:rPr>
        <w:t xml:space="preserve"> looming </w:t>
      </w:r>
      <w:r>
        <w:rPr>
          <w:b/>
          <w:i w:val="0"/>
          <w:smallCaps w:val="0"/>
          <w:strike w:val="0"/>
          <w:sz w:val="22"/>
          <w:u w:val="single"/>
        </w:rPr>
        <w:t>GOP chaos</w:t>
      </w:r>
      <w:r>
        <w:rPr>
          <w:b w:val="0"/>
          <w:i w:val="0"/>
          <w:smallCaps w:val="0"/>
          <w:strike w:val="0"/>
          <w:sz w:val="22"/>
          <w:u w:val="single"/>
        </w:rPr>
        <w:t xml:space="preserve"> in the </w:t>
      </w:r>
      <w:r>
        <w:rPr>
          <w:b/>
          <w:i w:val="0"/>
          <w:smallCaps w:val="0"/>
          <w:strike w:val="0"/>
          <w:sz w:val="22"/>
          <w:u w:val="single"/>
        </w:rPr>
        <w:t>House</w:t>
      </w:r>
      <w:r>
        <w:rPr>
          <w:b w:val="0"/>
          <w:i w:val="0"/>
          <w:smallCaps w:val="0"/>
          <w:strike w:val="0"/>
          <w:sz w:val="22"/>
          <w:u w:val="single"/>
        </w:rPr>
        <w:t xml:space="preserve"> </w:t>
      </w:r>
      <w:r>
        <w:rPr>
          <w:b w:val="0"/>
          <w:i w:val="0"/>
          <w:smallCaps w:val="0"/>
          <w:strike w:val="0"/>
          <w:sz w:val="16"/>
          <w:u w:val="none"/>
        </w:rPr>
        <w:t>of Representatives, where Republicans will have a tiny majority. And the GOP is now consumed with a controversy over Donald Trump’s dinner with a Holocaust denier.</w:t>
      </w:r>
    </w:p>
    <w:p>
      <w:pPr>
        <w:spacing w:after="60"/>
      </w:pPr>
      <w:r>
        <w:rPr>
          <w:b w:val="0"/>
          <w:i w:val="0"/>
          <w:smallCaps w:val="0"/>
          <w:strike w:val="0"/>
          <w:sz w:val="16"/>
          <w:u w:val="none"/>
        </w:rPr>
        <w:t xml:space="preserve">BIDEN’S </w:t>
      </w:r>
      <w:r>
        <w:rPr>
          <w:b/>
          <w:i w:val="0"/>
          <w:smallCaps w:val="0"/>
          <w:strike w:val="0"/>
          <w:sz w:val="22"/>
          <w:u w:val="single"/>
        </w:rPr>
        <w:t>LEGISLATIVE SUCCESSES</w:t>
      </w:r>
      <w:r>
        <w:rPr>
          <w:b w:val="0"/>
          <w:i w:val="0"/>
          <w:smallCaps w:val="0"/>
          <w:strike w:val="0"/>
          <w:sz w:val="22"/>
          <w:u w:val="single"/>
        </w:rPr>
        <w:t xml:space="preserve"> this year</w:t>
      </w:r>
      <w:r>
        <w:rPr>
          <w:b w:val="0"/>
          <w:i w:val="0"/>
          <w:smallCaps w:val="0"/>
          <w:strike w:val="0"/>
          <w:sz w:val="16"/>
          <w:u w:val="none"/>
        </w:rPr>
        <w:t xml:space="preserve"> reportedly have made him more inclined to run for a second term. </w:t>
      </w:r>
      <w:r>
        <w:rPr>
          <w:b w:val="0"/>
          <w:i w:val="0"/>
          <w:smallCaps w:val="0"/>
          <w:strike w:val="0"/>
          <w:sz w:val="22"/>
          <w:u w:val="single"/>
        </w:rPr>
        <w:t>He’s known for</w:t>
      </w:r>
      <w:r>
        <w:rPr>
          <w:b w:val="0"/>
          <w:i w:val="0"/>
          <w:smallCaps w:val="0"/>
          <w:strike w:val="0"/>
          <w:sz w:val="16"/>
          <w:u w:val="none"/>
        </w:rPr>
        <w:t xml:space="preserve"> extensive </w:t>
      </w:r>
      <w:r>
        <w:rPr>
          <w:b/>
          <w:i w:val="0"/>
          <w:smallCaps w:val="0"/>
          <w:strike w:val="0"/>
          <w:sz w:val="22"/>
          <w:u w:val="single"/>
        </w:rPr>
        <w:t>deliberations</w:t>
      </w:r>
      <w:r>
        <w:rPr>
          <w:b w:val="0"/>
          <w:i w:val="0"/>
          <w:smallCaps w:val="0"/>
          <w:strike w:val="0"/>
          <w:sz w:val="16"/>
          <w:u w:val="none"/>
        </w:rPr>
        <w:t xml:space="preserve"> before </w:t>
      </w:r>
      <w:r>
        <w:rPr>
          <w:b w:val="0"/>
          <w:i w:val="0"/>
          <w:smallCaps w:val="0"/>
          <w:strike w:val="0"/>
          <w:sz w:val="16"/>
          <w:u w:val="none"/>
        </w:rPr>
        <w:t>making a decision</w:t>
      </w:r>
      <w:r>
        <w:rPr>
          <w:b w:val="0"/>
          <w:i w:val="0"/>
          <w:smallCaps w:val="0"/>
          <w:strike w:val="0"/>
          <w:sz w:val="16"/>
          <w:u w:val="none"/>
        </w:rPr>
        <w:t>, so it could be late winter before Biden decides on whether to run again.</w:t>
      </w:r>
    </w:p>
    <w:p>
      <w:pPr>
        <w:spacing w:after="60"/>
      </w:pPr>
      <w:r>
        <w:rPr>
          <w:b w:val="0"/>
          <w:i w:val="0"/>
          <w:smallCaps w:val="0"/>
          <w:strike w:val="0"/>
          <w:sz w:val="16"/>
          <w:u w:val="none"/>
        </w:rPr>
        <w:t>IF HE DECLARES THAT HE’S RUNNING, Biden probably won’t have to worry about a serious challenge from any Democrat, most of whom have declared that they won’t run if he does. This includes California Gov. Gavin Newsom, who said over the past weekend that he will not challenge Biden.</w:t>
      </w:r>
    </w:p>
    <w:p>
      <w:pPr>
        <w:spacing w:after="60"/>
      </w:pPr>
      <w:r>
        <w:rPr>
          <w:b w:val="0"/>
          <w:i w:val="0"/>
          <w:smallCaps w:val="0"/>
          <w:strike w:val="0"/>
          <w:sz w:val="22"/>
          <w:u w:val="single"/>
        </w:rPr>
        <w:t xml:space="preserve">WITH A </w:t>
      </w:r>
      <w:r>
        <w:rPr>
          <w:b/>
          <w:i w:val="0"/>
          <w:smallCaps w:val="0"/>
          <w:strike w:val="0"/>
          <w:sz w:val="22"/>
          <w:u w:val="single"/>
        </w:rPr>
        <w:t>SOLID RECORD</w:t>
      </w:r>
      <w:r>
        <w:rPr>
          <w:b w:val="0"/>
          <w:i w:val="0"/>
          <w:smallCaps w:val="0"/>
          <w:strike w:val="0"/>
          <w:sz w:val="22"/>
          <w:u w:val="single"/>
        </w:rPr>
        <w:t xml:space="preserve"> of </w:t>
      </w:r>
      <w:r>
        <w:rPr>
          <w:b/>
          <w:i w:val="0"/>
          <w:smallCaps w:val="0"/>
          <w:strike w:val="0"/>
          <w:sz w:val="22"/>
          <w:u w:val="single"/>
        </w:rPr>
        <w:t>legislative wins</w:t>
      </w:r>
      <w:r>
        <w:rPr>
          <w:b w:val="0"/>
          <w:i w:val="0"/>
          <w:smallCaps w:val="0"/>
          <w:strike w:val="0"/>
          <w:sz w:val="16"/>
          <w:u w:val="none"/>
        </w:rPr>
        <w:t xml:space="preserve"> and a Democratic Senate, Biden may be tempted to overlook the elephant in the room — his age. If he won re-election, Biden’s second term theoretically would end with him at 86 years old. An 86-year-old president is inconceivable to us; it’s a very stressful job, even with political capital.</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