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Wins </w:t>
      </w:r>
      <w:r>
        <w:rPr>
          <w:b/>
          <w:i w:val="0"/>
          <w:smallCaps w:val="0"/>
          <w:strike w:val="0"/>
          <w:sz w:val="26"/>
          <w:u w:val="single"/>
        </w:rPr>
        <w:t>fade from view</w:t>
      </w:r>
      <w:r>
        <w:rPr>
          <w:b/>
          <w:i w:val="0"/>
          <w:smallCaps w:val="0"/>
          <w:strike w:val="0"/>
          <w:sz w:val="26"/>
          <w:u w:val="none"/>
        </w:rPr>
        <w:t xml:space="preserve">, while </w:t>
      </w:r>
      <w:r>
        <w:rPr>
          <w:b/>
          <w:i w:val="0"/>
          <w:smallCaps w:val="0"/>
          <w:strike w:val="0"/>
          <w:sz w:val="26"/>
          <w:u w:val="single"/>
        </w:rPr>
        <w:t>defeats</w:t>
      </w:r>
      <w:r>
        <w:rPr>
          <w:b/>
          <w:i w:val="0"/>
          <w:smallCaps w:val="0"/>
          <w:strike w:val="0"/>
          <w:sz w:val="26"/>
          <w:u w:val="none"/>
        </w:rPr>
        <w:t xml:space="preserve"> are </w:t>
      </w:r>
      <w:r>
        <w:rPr>
          <w:b/>
          <w:i w:val="0"/>
          <w:smallCaps w:val="0"/>
          <w:strike w:val="0"/>
          <w:sz w:val="26"/>
          <w:u w:val="single"/>
        </w:rPr>
        <w:t>forever</w:t>
      </w:r>
      <w:r>
        <w:rPr>
          <w:b/>
          <w:i w:val="0"/>
          <w:smallCaps w:val="0"/>
          <w:strike w:val="0"/>
          <w:sz w:val="26"/>
          <w:u w:val="none"/>
        </w:rPr>
        <w:t>.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Daniel </w:t>
      </w:r>
      <w:r>
        <w:rPr>
          <w:b/>
          <w:i w:val="0"/>
          <w:smallCaps w:val="0"/>
          <w:strike w:val="0"/>
          <w:sz w:val="26"/>
          <w:u w:val="none"/>
        </w:rPr>
        <w:t>Drezner 21</w:t>
      </w:r>
      <w:r>
        <w:rPr>
          <w:b w:val="0"/>
          <w:i w:val="0"/>
          <w:smallCaps w:val="0"/>
          <w:strike w:val="0"/>
          <w:u w:val="none"/>
        </w:rPr>
        <w:t xml:space="preserve">, Professor of international politics at the Fletcher School of Law and Diplomacy at Tufts University, 3/30/2021, “Biden’s brand of bipartisanship,” </w:t>
      </w:r>
      <w:r>
        <w:rPr>
          <w:b w:val="0"/>
          <w:i w:val="0"/>
          <w:smallCaps w:val="0"/>
          <w:strike w:val="0"/>
          <w:u w:val="none"/>
        </w:rPr>
        <w:t>)//recutCG</w:t>
      </w:r>
    </w:p>
    <w:p>
      <w:pPr>
        <w:spacing w:after="60"/>
      </w:pPr>
      <w:r>
        <w:rPr>
          <w:b w:val="0"/>
          <w:i w:val="0"/>
          <w:smallCaps w:val="0"/>
          <w:strike w:val="0"/>
          <w:u w:val="single"/>
        </w:rPr>
        <w:t xml:space="preserve">The paradox for Biden is that the </w:t>
      </w:r>
      <w:r>
        <w:rPr>
          <w:b/>
          <w:i w:val="0"/>
          <w:smallCaps w:val="0"/>
          <w:strike w:val="0"/>
          <w:u w:val="single"/>
        </w:rPr>
        <w:t>more successful</w:t>
      </w:r>
      <w:r>
        <w:rPr>
          <w:b w:val="0"/>
          <w:i w:val="0"/>
          <w:smallCaps w:val="0"/>
          <w:strike w:val="0"/>
          <w:u w:val="single"/>
        </w:rPr>
        <w:t xml:space="preserve"> he is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at addressing the pandemic and the economy, </w:t>
      </w:r>
      <w:r>
        <w:rPr>
          <w:b w:val="0"/>
          <w:i w:val="0"/>
          <w:smallCaps w:val="0"/>
          <w:strike w:val="0"/>
          <w:u w:val="single"/>
        </w:rPr>
        <w:t xml:space="preserve">the more </w:t>
      </w:r>
      <w:r>
        <w:rPr>
          <w:b/>
          <w:i w:val="0"/>
          <w:smallCaps w:val="0"/>
          <w:strike w:val="0"/>
          <w:u w:val="single"/>
        </w:rPr>
        <w:t>difficulty</w:t>
      </w:r>
      <w:r>
        <w:rPr>
          <w:b w:val="0"/>
          <w:i w:val="0"/>
          <w:smallCaps w:val="0"/>
          <w:strike w:val="0"/>
          <w:u w:val="single"/>
        </w:rPr>
        <w:t xml:space="preserve"> he could encounter in </w:t>
      </w:r>
      <w:r>
        <w:rPr>
          <w:b/>
          <w:i w:val="0"/>
          <w:smallCaps w:val="0"/>
          <w:strike w:val="0"/>
          <w:u w:val="single"/>
        </w:rPr>
        <w:t>building bipartisan coalitions</w:t>
      </w:r>
      <w:r>
        <w:rPr>
          <w:b w:val="0"/>
          <w:i w:val="0"/>
          <w:smallCaps w:val="0"/>
          <w:strike w:val="0"/>
          <w:u w:val="single"/>
        </w:rPr>
        <w:t xml:space="preserve"> to address </w:t>
      </w:r>
      <w:r>
        <w:rPr>
          <w:b/>
          <w:i w:val="0"/>
          <w:smallCaps w:val="0"/>
          <w:strike w:val="0"/>
          <w:u w:val="single"/>
        </w:rPr>
        <w:t>other</w:t>
      </w:r>
      <w:r>
        <w:rPr>
          <w:b w:val="0"/>
          <w:i w:val="0"/>
          <w:smallCaps w:val="0"/>
          <w:strike w:val="0"/>
          <w:u w:val="single"/>
        </w:rPr>
        <w:t xml:space="preserve"> problems. </w:t>
      </w:r>
      <w:r>
        <w:rPr>
          <w:b/>
          <w:i w:val="0"/>
          <w:smallCaps w:val="0"/>
          <w:strike w:val="0"/>
          <w:u w:val="single"/>
        </w:rPr>
        <w:t>Pol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itical </w:t>
      </w:r>
      <w:r>
        <w:rPr>
          <w:b/>
          <w:i w:val="0"/>
          <w:smallCaps w:val="0"/>
          <w:strike w:val="0"/>
          <w:u w:val="single"/>
        </w:rPr>
        <w:t>Sci</w:t>
      </w:r>
      <w:r>
        <w:rPr>
          <w:b w:val="0"/>
          <w:i w:val="0"/>
          <w:smallCaps w:val="0"/>
          <w:strike w:val="0"/>
          <w:sz w:val="16"/>
          <w:u w:val="none"/>
        </w:rPr>
        <w:t xml:space="preserve">ence </w:t>
      </w:r>
      <w:r>
        <w:rPr>
          <w:b/>
          <w:i w:val="0"/>
          <w:smallCaps w:val="0"/>
          <w:strike w:val="0"/>
          <w:u w:val="single"/>
        </w:rPr>
        <w:t>101</w:t>
      </w:r>
      <w:r>
        <w:rPr>
          <w:b w:val="0"/>
          <w:i w:val="0"/>
          <w:smallCaps w:val="0"/>
          <w:strike w:val="0"/>
          <w:u w:val="single"/>
        </w:rPr>
        <w:t xml:space="preserve"> would suggest that if Biden gets </w:t>
      </w:r>
      <w:r>
        <w:rPr>
          <w:b/>
          <w:i w:val="0"/>
          <w:smallCaps w:val="0"/>
          <w:strike w:val="0"/>
          <w:u w:val="single"/>
        </w:rPr>
        <w:t>credit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for ending the pandemic and restoring a strong economy, </w:t>
      </w:r>
      <w:r>
        <w:rPr>
          <w:b w:val="0"/>
          <w:i w:val="0"/>
          <w:smallCaps w:val="0"/>
          <w:strike w:val="0"/>
          <w:u w:val="single"/>
        </w:rPr>
        <w:t xml:space="preserve">that popularity </w:t>
      </w:r>
      <w:r>
        <w:rPr>
          <w:b/>
          <w:i w:val="0"/>
          <w:smallCaps w:val="0"/>
          <w:strike w:val="0"/>
          <w:u w:val="single"/>
        </w:rPr>
        <w:t>should</w:t>
      </w:r>
      <w:r>
        <w:rPr>
          <w:b w:val="0"/>
          <w:i w:val="0"/>
          <w:smallCaps w:val="0"/>
          <w:strike w:val="0"/>
          <w:u w:val="single"/>
        </w:rPr>
        <w:t xml:space="preserve"> translate into greater </w:t>
      </w:r>
      <w:r>
        <w:rPr>
          <w:b/>
          <w:i w:val="0"/>
          <w:smallCaps w:val="0"/>
          <w:strike w:val="0"/>
          <w:u w:val="single"/>
        </w:rPr>
        <w:t>p</w:t>
      </w:r>
      <w:r>
        <w:rPr>
          <w:b w:val="0"/>
          <w:i w:val="0"/>
          <w:smallCaps w:val="0"/>
          <w:strike w:val="0"/>
          <w:u w:val="single"/>
        </w:rPr>
        <w:t xml:space="preserve">olitical </w:t>
      </w:r>
      <w:r>
        <w:rPr>
          <w:b/>
          <w:i w:val="0"/>
          <w:smallCaps w:val="0"/>
          <w:strike w:val="0"/>
          <w:u w:val="single"/>
        </w:rPr>
        <w:t>c</w:t>
      </w:r>
      <w:r>
        <w:rPr>
          <w:b w:val="0"/>
          <w:i w:val="0"/>
          <w:smallCaps w:val="0"/>
          <w:strike w:val="0"/>
          <w:u w:val="single"/>
        </w:rPr>
        <w:t xml:space="preserve">apital for </w:t>
      </w:r>
      <w:r>
        <w:rPr>
          <w:b/>
          <w:i w:val="0"/>
          <w:smallCaps w:val="0"/>
          <w:strike w:val="0"/>
          <w:u w:val="single"/>
        </w:rPr>
        <w:t>other</w:t>
      </w:r>
      <w:r>
        <w:rPr>
          <w:b w:val="0"/>
          <w:i w:val="0"/>
          <w:smallCaps w:val="0"/>
          <w:strike w:val="0"/>
          <w:u w:val="single"/>
        </w:rPr>
        <w:t xml:space="preserve"> problems in the queue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Political Science 301</w:t>
      </w:r>
      <w:r>
        <w:rPr>
          <w:b w:val="0"/>
          <w:i w:val="0"/>
          <w:smallCaps w:val="0"/>
          <w:strike w:val="0"/>
          <w:u w:val="single"/>
        </w:rPr>
        <w:t xml:space="preserve"> offers a </w:t>
      </w:r>
      <w:r>
        <w:rPr>
          <w:b/>
          <w:i w:val="0"/>
          <w:smallCaps w:val="0"/>
          <w:strike w:val="0"/>
          <w:u w:val="single"/>
        </w:rPr>
        <w:t>cautionary warning</w:t>
      </w:r>
      <w:r>
        <w:rPr>
          <w:b w:val="0"/>
          <w:i w:val="0"/>
          <w:smallCaps w:val="0"/>
          <w:strike w:val="0"/>
          <w:u w:val="single"/>
        </w:rPr>
        <w:t xml:space="preserve">: Solved problems </w:t>
      </w:r>
      <w:r>
        <w:rPr>
          <w:b/>
          <w:i w:val="0"/>
          <w:smallCaps w:val="0"/>
          <w:strike w:val="0"/>
          <w:u w:val="single"/>
        </w:rPr>
        <w:t>fade from view</w:t>
      </w:r>
      <w:r>
        <w:rPr>
          <w:b w:val="0"/>
          <w:i w:val="0"/>
          <w:smallCaps w:val="0"/>
          <w:strike w:val="0"/>
          <w:sz w:val="16"/>
          <w:u w:val="none"/>
        </w:rPr>
        <w:t>. Biden is appropriately addressing the issues voters care about. But if the pandemic and the economy evolve as expected, voters will quickly bank those successes and focus on thornier problems — like immigration.</w:t>
      </w:r>
    </w:p>
    <w:p>
      <w:pPr>
        <w:pStyle w:val="Caption"/>
      </w:pPr>
      <w:r>
        <w:t>Source: Farm Bill Politics DA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