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Biodiversity supports </w:t>
      </w:r>
      <w:r>
        <w:rPr>
          <w:b/>
          <w:i w:val="0"/>
          <w:smallCaps w:val="0"/>
          <w:strike w:val="0"/>
          <w:sz w:val="26"/>
          <w:u w:val="single"/>
        </w:rPr>
        <w:t>all live on earth</w:t>
      </w:r>
      <w:r>
        <w:rPr>
          <w:b/>
          <w:i w:val="0"/>
          <w:smallCaps w:val="0"/>
          <w:strike w:val="0"/>
          <w:sz w:val="26"/>
          <w:u w:val="none"/>
        </w:rPr>
        <w:t xml:space="preserve">. </w:t>
      </w:r>
    </w:p>
    <w:p>
      <w:pPr>
        <w:spacing w:after="80"/>
      </w:pPr>
      <w:r>
        <w:rPr>
          <w:b w:val="0"/>
          <w:i w:val="0"/>
          <w:smallCaps w:val="0"/>
          <w:strike w:val="0"/>
          <w:u w:val="none"/>
        </w:rPr>
        <w:t xml:space="preserve">Rupashi </w:t>
      </w:r>
      <w:r>
        <w:rPr>
          <w:b/>
          <w:i w:val="0"/>
          <w:smallCaps w:val="0"/>
          <w:strike w:val="0"/>
          <w:sz w:val="26"/>
          <w:u w:val="none"/>
        </w:rPr>
        <w:t>Chhabra 23</w:t>
      </w:r>
      <w:r>
        <w:rPr>
          <w:b w:val="0"/>
          <w:i w:val="0"/>
          <w:smallCaps w:val="0"/>
          <w:strike w:val="0"/>
          <w:u w:val="none"/>
        </w:rPr>
        <w:t>. holds an M.A. from Indira Gandhi National Open University, Creator of Alyssum Magazine, “Most Threatened Biodiversity Hotspots in the World”, https://www.yoair.com/blog/most-threatened-biodiversity-hotspots-in-the-world/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The </w:t>
      </w:r>
      <w:r>
        <w:rPr>
          <w:b/>
          <w:i w:val="0"/>
          <w:smallCaps w:val="0"/>
          <w:strike w:val="0"/>
          <w:sz w:val="22"/>
          <w:u w:val="single"/>
        </w:rPr>
        <w:t>diversity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plant and animal species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 the world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as a whole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the most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essential</w:t>
      </w:r>
      <w:r>
        <w:rPr>
          <w:b/>
          <w:i w:val="0"/>
          <w:smallCaps w:val="0"/>
          <w:strike w:val="0"/>
          <w:sz w:val="22"/>
          <w:u w:val="single"/>
        </w:rPr>
        <w:t xml:space="preserve"> units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u w:val="single"/>
        </w:rPr>
        <w:t xml:space="preserve">Earth’s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life-support systems.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One of the major reasons for defining the importance of biodiversity hotspots on earth.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Biodiversity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acts as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building block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4"/>
          <w:u w:val="single"/>
        </w:rPr>
        <w:t xml:space="preserve">all </w:t>
      </w:r>
      <w:r>
        <w:rPr>
          <w:b/>
          <w:i w:val="0"/>
          <w:smallCaps w:val="0"/>
          <w:strike w:val="0"/>
          <w:sz w:val="24"/>
          <w:highlight w:val="cyan"/>
          <w:u w:val="single"/>
        </w:rPr>
        <w:t>life on Earth.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 myriad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diverse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species creates an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intricate system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biological interaction &amp; a balanced ecosystem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where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life is made possible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 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The grand species 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Without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species and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balanced ecosystem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for instance,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there would be no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food</w:t>
      </w:r>
      <w:r>
        <w:rPr>
          <w:b/>
          <w:i w:val="0"/>
          <w:smallCaps w:val="0"/>
          <w:strike w:val="0"/>
          <w:sz w:val="22"/>
          <w:u w:val="single"/>
        </w:rPr>
        <w:t xml:space="preserve"> to eat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no diversity in </w:t>
      </w:r>
      <w:r>
        <w:rPr>
          <w:b/>
          <w:i w:val="0"/>
          <w:smallCaps w:val="0"/>
          <w:strike w:val="0"/>
          <w:sz w:val="22"/>
          <w:u w:val="single"/>
        </w:rPr>
        <w:t>genes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air</w:t>
      </w:r>
      <w:r>
        <w:rPr>
          <w:b/>
          <w:i w:val="0"/>
          <w:smallCaps w:val="0"/>
          <w:strike w:val="0"/>
          <w:sz w:val="22"/>
          <w:u w:val="single"/>
        </w:rPr>
        <w:t xml:space="preserve"> to breathe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or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</w:t>
      </w:r>
      <w:r>
        <w:rPr>
          <w:b w:val="0"/>
          <w:i w:val="0"/>
          <w:smallCaps w:val="0"/>
          <w:strike w:val="0"/>
          <w:sz w:val="16"/>
          <w:highlight w:val="cyan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water</w:t>
      </w:r>
      <w:r>
        <w:rPr>
          <w:b/>
          <w:i w:val="0"/>
          <w:smallCaps w:val="0"/>
          <w:strike w:val="0"/>
          <w:sz w:val="22"/>
          <w:u w:val="single"/>
        </w:rPr>
        <w:t xml:space="preserve"> to drink.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It, therefore, means that </w:t>
      </w:r>
      <w:r>
        <w:rPr>
          <w:b/>
          <w:i w:val="0"/>
          <w:smallCaps w:val="0"/>
          <w:strike w:val="0"/>
          <w:sz w:val="22"/>
          <w:u w:val="single"/>
        </w:rPr>
        <w:t>without biodiversity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humans would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equally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be non-existent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because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biodiversity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hotspots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vital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 xml:space="preserve"> for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human survival.</w:t>
      </w:r>
      <w:r>
        <w:rPr>
          <w:b w:val="0"/>
          <w:i w:val="0"/>
          <w:smallCaps w:val="0"/>
          <w:strike w:val="0"/>
          <w:sz w:val="16"/>
          <w:u w:val="none"/>
        </w:rPr>
        <w:t xml:space="preserve"> The map of hotspots extends extraordinarily beyond the map of the natural areas that most benefit human populations.</w:t>
      </w:r>
    </w:p>
    <w:p>
      <w:pPr>
        <w:pStyle w:val="Caption"/>
      </w:pPr>
      <w:r>
        <w:t>Source: Farm Bill Politics DA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