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Extinction.</w:t>
      </w:r>
    </w:p>
    <w:p>
      <w:pPr>
        <w:spacing w:after="80"/>
      </w:pPr>
      <w:r>
        <w:rPr>
          <w:b w:val="0"/>
          <w:i w:val="0"/>
          <w:smallCaps w:val="0"/>
          <w:strike w:val="0"/>
          <w:u w:val="none"/>
        </w:rPr>
        <w:t xml:space="preserve">Jennifer </w:t>
      </w:r>
      <w:r>
        <w:rPr>
          <w:b/>
          <w:i w:val="0"/>
          <w:smallCaps w:val="0"/>
          <w:strike w:val="0"/>
          <w:sz w:val="26"/>
          <w:u w:val="none"/>
        </w:rPr>
        <w:t>Skene 21</w:t>
      </w:r>
      <w:r>
        <w:rPr>
          <w:b w:val="0"/>
          <w:i w:val="0"/>
          <w:smallCaps w:val="0"/>
          <w:strike w:val="0"/>
          <w:u w:val="none"/>
        </w:rPr>
        <w:t>.</w:t>
      </w:r>
      <w:r>
        <w:rPr>
          <w:b w:val="0"/>
          <w:i w:val="0"/>
          <w:smallCaps w:val="0"/>
          <w:strike w:val="0"/>
          <w:u w:val="none"/>
        </w:rPr>
        <w:t xml:space="preserve"> Natural Climate Solutions Policy Manager, International Program at the NRDC, Visiting Clinical Lecturer in Law at Yale Law School, JD from Yale Law School, “Our Climate Future Is Rooted in North America’s Forests”, https://www.nrdc.org/bio/jennifer-skene/our-climate-future-rooted-north-americas-forests</w:t>
      </w:r>
    </w:p>
    <w:p>
      <w:pPr>
        <w:spacing w:after="60"/>
      </w:pPr>
      <w:r>
        <w:rPr>
          <w:b/>
          <w:i w:val="0"/>
          <w:smallCaps w:val="0"/>
          <w:strike w:val="0"/>
          <w:sz w:val="22"/>
          <w:u w:val="single"/>
        </w:rPr>
        <w:t>Forest protection</w:t>
      </w:r>
      <w:r>
        <w:rPr>
          <w:b w:val="0"/>
          <w:i w:val="0"/>
          <w:smallCaps w:val="0"/>
          <w:strike w:val="0"/>
          <w:sz w:val="16"/>
          <w:u w:val="none"/>
        </w:rPr>
        <w:t xml:space="preserve">, once the “forgotten” climate solution, </w:t>
      </w:r>
      <w:r>
        <w:rPr>
          <w:b w:val="0"/>
          <w:i w:val="0"/>
          <w:smallCaps w:val="0"/>
          <w:strike w:val="0"/>
          <w:sz w:val="22"/>
          <w:u w:val="single"/>
        </w:rPr>
        <w:t xml:space="preserve">has become an integral pillar of </w:t>
      </w:r>
      <w:r>
        <w:rPr>
          <w:b/>
          <w:i w:val="0"/>
          <w:smallCaps w:val="0"/>
          <w:strike w:val="0"/>
          <w:sz w:val="22"/>
          <w:u w:val="single"/>
        </w:rPr>
        <w:t>climate</w:t>
      </w:r>
      <w:r>
        <w:rPr>
          <w:b w:val="0"/>
          <w:i w:val="0"/>
          <w:smallCaps w:val="0"/>
          <w:strike w:val="0"/>
          <w:sz w:val="22"/>
          <w:u w:val="single"/>
        </w:rPr>
        <w:t xml:space="preserve"> discussions</w:t>
      </w:r>
      <w:r>
        <w:rPr>
          <w:b w:val="0"/>
          <w:i w:val="0"/>
          <w:smallCaps w:val="0"/>
          <w:strike w:val="0"/>
          <w:sz w:val="16"/>
          <w:u w:val="none"/>
        </w:rPr>
        <w:t xml:space="preserve">. But while attention has largely focused on forests like those of the Amazon and Indonesia, </w:t>
      </w:r>
      <w:r>
        <w:rPr>
          <w:b w:val="0"/>
          <w:i w:val="0"/>
          <w:smallCaps w:val="0"/>
          <w:strike w:val="0"/>
          <w:sz w:val="22"/>
          <w:u w:val="single"/>
        </w:rPr>
        <w:t xml:space="preserve">the climate doesn’t hinge just on what happens in the </w:t>
      </w:r>
      <w:r>
        <w:rPr>
          <w:b/>
          <w:i w:val="0"/>
          <w:smallCaps w:val="0"/>
          <w:strike w:val="0"/>
          <w:sz w:val="22"/>
          <w:u w:val="single"/>
        </w:rPr>
        <w:t>tropics</w:t>
      </w:r>
      <w:r>
        <w:rPr>
          <w:b w:val="0"/>
          <w:i w:val="0"/>
          <w:smallCaps w:val="0"/>
          <w:strike w:val="0"/>
          <w:sz w:val="16"/>
          <w:u w:val="none"/>
        </w:rPr>
        <w:t xml:space="preserve">. </w:t>
      </w:r>
      <w:r>
        <w:rPr>
          <w:b w:val="0"/>
          <w:i w:val="0"/>
          <w:smallCaps w:val="0"/>
          <w:strike w:val="0"/>
          <w:sz w:val="22"/>
          <w:u w:val="single"/>
        </w:rPr>
        <w:t xml:space="preserve">It also depends on the </w:t>
      </w:r>
      <w:r>
        <w:rPr>
          <w:b/>
          <w:i w:val="0"/>
          <w:smallCaps w:val="0"/>
          <w:strike w:val="0"/>
          <w:sz w:val="22"/>
          <w:u w:val="single"/>
        </w:rPr>
        <w:t>boreal</w:t>
      </w:r>
      <w:r>
        <w:rPr>
          <w:b w:val="0"/>
          <w:i w:val="0"/>
          <w:smallCaps w:val="0"/>
          <w:strike w:val="0"/>
          <w:sz w:val="16"/>
          <w:u w:val="none"/>
        </w:rPr>
        <w:t xml:space="preserve">; </w:t>
      </w:r>
      <w:r>
        <w:rPr>
          <w:b w:val="0"/>
          <w:i w:val="0"/>
          <w:smallCaps w:val="0"/>
          <w:strike w:val="0"/>
          <w:sz w:val="22"/>
          <w:u w:val="single"/>
        </w:rPr>
        <w:t xml:space="preserve">the temperate rainforests of the </w:t>
      </w:r>
      <w:r>
        <w:rPr>
          <w:b/>
          <w:i w:val="0"/>
          <w:smallCaps w:val="0"/>
          <w:strike w:val="0"/>
          <w:sz w:val="22"/>
          <w:u w:val="single"/>
        </w:rPr>
        <w:t>Pacific</w:t>
      </w:r>
      <w:r>
        <w:rPr>
          <w:b w:val="0"/>
          <w:i w:val="0"/>
          <w:smallCaps w:val="0"/>
          <w:strike w:val="0"/>
          <w:sz w:val="22"/>
          <w:u w:val="single"/>
        </w:rPr>
        <w:t>;</w:t>
      </w:r>
      <w:r>
        <w:rPr>
          <w:b w:val="0"/>
          <w:i w:val="0"/>
          <w:smallCaps w:val="0"/>
          <w:strike w:val="0"/>
          <w:sz w:val="16"/>
          <w:u w:val="none"/>
        </w:rPr>
        <w:t xml:space="preserve"> </w:t>
      </w:r>
      <w:r>
        <w:rPr>
          <w:b w:val="0"/>
          <w:i w:val="0"/>
          <w:smallCaps w:val="0"/>
          <w:strike w:val="0"/>
          <w:sz w:val="22"/>
          <w:u w:val="single"/>
        </w:rPr>
        <w:t xml:space="preserve">the conifer forests of the </w:t>
      </w:r>
      <w:r>
        <w:rPr>
          <w:b/>
          <w:i w:val="0"/>
          <w:smallCaps w:val="0"/>
          <w:strike w:val="0"/>
          <w:sz w:val="22"/>
          <w:u w:val="single"/>
        </w:rPr>
        <w:t>Rockies</w:t>
      </w:r>
      <w:r>
        <w:rPr>
          <w:b w:val="0"/>
          <w:i w:val="0"/>
          <w:smallCaps w:val="0"/>
          <w:strike w:val="0"/>
          <w:sz w:val="16"/>
          <w:u w:val="none"/>
        </w:rPr>
        <w:t xml:space="preserve">; </w:t>
      </w:r>
      <w:r>
        <w:rPr>
          <w:b w:val="0"/>
          <w:i w:val="0"/>
          <w:smallCaps w:val="0"/>
          <w:strike w:val="0"/>
          <w:sz w:val="22"/>
          <w:u w:val="single"/>
        </w:rPr>
        <w:t xml:space="preserve">the </w:t>
      </w:r>
      <w:r>
        <w:rPr>
          <w:b/>
          <w:i w:val="0"/>
          <w:smallCaps w:val="0"/>
          <w:strike w:val="0"/>
          <w:sz w:val="22"/>
          <w:u w:val="single"/>
        </w:rPr>
        <w:t>Northeastern coastal</w:t>
      </w:r>
      <w:r>
        <w:rPr>
          <w:b w:val="0"/>
          <w:i w:val="0"/>
          <w:smallCaps w:val="0"/>
          <w:strike w:val="0"/>
          <w:sz w:val="22"/>
          <w:u w:val="single"/>
        </w:rPr>
        <w:t xml:space="preserve"> forests;</w:t>
      </w:r>
      <w:r>
        <w:rPr>
          <w:b w:val="0"/>
          <w:i w:val="0"/>
          <w:smallCaps w:val="0"/>
          <w:strike w:val="0"/>
          <w:sz w:val="16"/>
          <w:u w:val="none"/>
        </w:rPr>
        <w:t xml:space="preserve"> </w:t>
      </w:r>
      <w:r>
        <w:rPr>
          <w:b w:val="0"/>
          <w:i w:val="0"/>
          <w:smallCaps w:val="0"/>
          <w:strike w:val="0"/>
          <w:sz w:val="22"/>
          <w:u w:val="single"/>
        </w:rPr>
        <w:t xml:space="preserve">the </w:t>
      </w:r>
      <w:r>
        <w:rPr>
          <w:b/>
          <w:i w:val="0"/>
          <w:smallCaps w:val="0"/>
          <w:strike w:val="0"/>
          <w:sz w:val="22"/>
          <w:u w:val="single"/>
        </w:rPr>
        <w:t>Southern wetland</w:t>
      </w:r>
      <w:r>
        <w:rPr>
          <w:b w:val="0"/>
          <w:i w:val="0"/>
          <w:smallCaps w:val="0"/>
          <w:strike w:val="0"/>
          <w:sz w:val="22"/>
          <w:u w:val="single"/>
        </w:rPr>
        <w:t xml:space="preserve"> forests</w:t>
      </w:r>
      <w:r>
        <w:rPr>
          <w:b w:val="0"/>
          <w:i w:val="0"/>
          <w:smallCaps w:val="0"/>
          <w:strike w:val="0"/>
          <w:sz w:val="16"/>
          <w:u w:val="none"/>
        </w:rPr>
        <w:t xml:space="preserve">. These </w:t>
      </w:r>
      <w:r>
        <w:rPr>
          <w:b w:val="0"/>
          <w:i w:val="0"/>
          <w:smallCaps w:val="0"/>
          <w:strike w:val="0"/>
          <w:sz w:val="22"/>
          <w:u w:val="single"/>
        </w:rPr>
        <w:t xml:space="preserve">forests in </w:t>
      </w:r>
      <w:r>
        <w:rPr>
          <w:b/>
          <w:i w:val="0"/>
          <w:smallCaps w:val="0"/>
          <w:strike w:val="0"/>
          <w:sz w:val="22"/>
          <w:u w:val="single"/>
        </w:rPr>
        <w:t>North America</w:t>
      </w:r>
      <w:r>
        <w:rPr>
          <w:b w:val="0"/>
          <w:i w:val="0"/>
          <w:smallCaps w:val="0"/>
          <w:strike w:val="0"/>
          <w:sz w:val="16"/>
          <w:u w:val="none"/>
        </w:rPr>
        <w:t xml:space="preserve"> are being lost or stripped of carbon rich mature trees right under our noses and </w:t>
      </w:r>
      <w:r>
        <w:rPr>
          <w:b w:val="0"/>
          <w:i w:val="0"/>
          <w:smallCaps w:val="0"/>
          <w:strike w:val="0"/>
          <w:sz w:val="22"/>
          <w:u w:val="single"/>
        </w:rPr>
        <w:t xml:space="preserve">need to remain </w:t>
      </w:r>
      <w:r>
        <w:rPr>
          <w:b/>
          <w:i w:val="0"/>
          <w:smallCaps w:val="0"/>
          <w:strike w:val="0"/>
          <w:sz w:val="22"/>
          <w:u w:val="single"/>
        </w:rPr>
        <w:t>standing and intact</w:t>
      </w:r>
      <w:r>
        <w:rPr>
          <w:b w:val="0"/>
          <w:i w:val="0"/>
          <w:smallCaps w:val="0"/>
          <w:strike w:val="0"/>
          <w:sz w:val="22"/>
          <w:u w:val="single"/>
        </w:rPr>
        <w:t xml:space="preserve"> if we are going to achieve a climate-</w:t>
      </w:r>
      <w:r>
        <w:rPr>
          <w:b/>
          <w:i w:val="0"/>
          <w:smallCaps w:val="0"/>
          <w:strike w:val="0"/>
          <w:sz w:val="22"/>
          <w:u w:val="single"/>
        </w:rPr>
        <w:t>safe</w:t>
      </w:r>
      <w:r>
        <w:rPr>
          <w:b w:val="0"/>
          <w:i w:val="0"/>
          <w:smallCaps w:val="0"/>
          <w:strike w:val="0"/>
          <w:sz w:val="22"/>
          <w:u w:val="single"/>
        </w:rPr>
        <w:t xml:space="preserve">, </w:t>
      </w:r>
      <w:r>
        <w:rPr>
          <w:b/>
          <w:i w:val="0"/>
          <w:smallCaps w:val="0"/>
          <w:strike w:val="0"/>
          <w:sz w:val="26"/>
          <w:u w:val="single"/>
        </w:rPr>
        <w:t>sustainable future</w:t>
      </w:r>
      <w:r>
        <w:rPr>
          <w:b/>
          <w:i w:val="0"/>
          <w:smallCaps w:val="0"/>
          <w:strike w:val="0"/>
          <w:sz w:val="22"/>
          <w:u w:val="single"/>
        </w:rPr>
        <w:t>.</w:t>
      </w:r>
      <w:r>
        <w:rPr>
          <w:b w:val="0"/>
          <w:i w:val="0"/>
          <w:smallCaps w:val="0"/>
          <w:strike w:val="0"/>
          <w:sz w:val="16"/>
          <w:u w:val="none"/>
        </w:rPr>
        <w:t xml:space="preserve"> As the Biden administration looks to act on its </w:t>
      </w:r>
      <w:r>
        <w:rPr>
          <w:b w:val="0"/>
          <w:i w:val="0"/>
          <w:smallCaps w:val="0"/>
          <w:strike w:val="0"/>
          <w:sz w:val="16"/>
          <w:u w:val="none"/>
        </w:rPr>
        <w:t xml:space="preserve">to reducing U.S. greenhouse gas emissions by at least 50% by 2030, it needs to embrace a bold new vision for forest protection that looks at how we can protect the climate-critical forest resources in our own backyard. </w:t>
      </w:r>
    </w:p>
    <w:p>
      <w:pPr>
        <w:spacing w:after="60"/>
      </w:pPr>
      <w:r>
        <w:rPr>
          <w:b/>
          <w:i w:val="0"/>
          <w:smallCaps w:val="0"/>
          <w:strike w:val="0"/>
          <w:sz w:val="22"/>
          <w:u w:val="single"/>
        </w:rPr>
        <w:t>North America’s forests</w:t>
      </w:r>
      <w:r>
        <w:rPr>
          <w:b w:val="0"/>
          <w:i w:val="0"/>
          <w:smallCaps w:val="0"/>
          <w:strike w:val="0"/>
          <w:sz w:val="16"/>
          <w:u w:val="none"/>
        </w:rPr>
        <w:t xml:space="preserve">, the homelands of Indigenous communities and </w:t>
      </w:r>
      <w:r>
        <w:rPr>
          <w:b w:val="0"/>
          <w:i w:val="0"/>
          <w:smallCaps w:val="0"/>
          <w:strike w:val="0"/>
          <w:sz w:val="22"/>
          <w:u w:val="single"/>
        </w:rPr>
        <w:t>havens of rich biodiversity</w:t>
      </w:r>
      <w:r>
        <w:rPr>
          <w:b w:val="0"/>
          <w:i w:val="0"/>
          <w:smallCaps w:val="0"/>
          <w:strike w:val="0"/>
          <w:sz w:val="16"/>
          <w:u w:val="none"/>
        </w:rPr>
        <w:t xml:space="preserve">, </w:t>
      </w:r>
      <w:r>
        <w:rPr>
          <w:b w:val="0"/>
          <w:i w:val="0"/>
          <w:smallCaps w:val="0"/>
          <w:strike w:val="0"/>
          <w:sz w:val="22"/>
          <w:u w:val="single"/>
        </w:rPr>
        <w:t xml:space="preserve">are some of the most </w:t>
      </w:r>
      <w:r>
        <w:rPr>
          <w:b/>
          <w:i w:val="0"/>
          <w:smallCaps w:val="0"/>
          <w:strike w:val="0"/>
          <w:sz w:val="22"/>
          <w:u w:val="single"/>
        </w:rPr>
        <w:t>carbon-dense areas</w:t>
      </w:r>
      <w:r>
        <w:rPr>
          <w:b w:val="0"/>
          <w:i w:val="0"/>
          <w:smallCaps w:val="0"/>
          <w:strike w:val="0"/>
          <w:sz w:val="22"/>
          <w:u w:val="single"/>
        </w:rPr>
        <w:t xml:space="preserve"> on </w:t>
      </w:r>
      <w:r>
        <w:rPr>
          <w:b/>
          <w:i w:val="0"/>
          <w:smallCaps w:val="0"/>
          <w:strike w:val="0"/>
          <w:sz w:val="22"/>
          <w:u w:val="single"/>
        </w:rPr>
        <w:t>Earth</w:t>
      </w:r>
      <w:r>
        <w:rPr>
          <w:b w:val="0"/>
          <w:i w:val="0"/>
          <w:smallCaps w:val="0"/>
          <w:strike w:val="0"/>
          <w:sz w:val="16"/>
          <w:u w:val="none"/>
        </w:rPr>
        <w:t xml:space="preserve">. </w:t>
      </w:r>
      <w:r>
        <w:rPr>
          <w:b w:val="0"/>
          <w:i w:val="0"/>
          <w:smallCaps w:val="0"/>
          <w:strike w:val="0"/>
          <w:sz w:val="22"/>
          <w:u w:val="single"/>
        </w:rPr>
        <w:t xml:space="preserve">These forests are part of the </w:t>
      </w:r>
      <w:r>
        <w:rPr>
          <w:b/>
          <w:i w:val="0"/>
          <w:smallCaps w:val="0"/>
          <w:strike w:val="0"/>
          <w:sz w:val="22"/>
          <w:u w:val="single"/>
        </w:rPr>
        <w:t>global</w:t>
      </w:r>
      <w:r>
        <w:rPr>
          <w:b w:val="0"/>
          <w:i w:val="0"/>
          <w:smallCaps w:val="0"/>
          <w:strike w:val="0"/>
          <w:sz w:val="22"/>
          <w:u w:val="single"/>
        </w:rPr>
        <w:t xml:space="preserve"> forest </w:t>
      </w:r>
      <w:r>
        <w:rPr>
          <w:b/>
          <w:i w:val="0"/>
          <w:smallCaps w:val="0"/>
          <w:strike w:val="0"/>
          <w:sz w:val="22"/>
          <w:u w:val="single"/>
        </w:rPr>
        <w:t>respiratory system</w:t>
      </w:r>
      <w:r>
        <w:rPr>
          <w:b w:val="0"/>
          <w:i w:val="0"/>
          <w:smallCaps w:val="0"/>
          <w:strike w:val="0"/>
          <w:sz w:val="22"/>
          <w:u w:val="single"/>
        </w:rPr>
        <w:t xml:space="preserve"> that</w:t>
      </w:r>
      <w:r>
        <w:rPr>
          <w:b w:val="0"/>
          <w:i w:val="0"/>
          <w:smallCaps w:val="0"/>
          <w:strike w:val="0"/>
          <w:sz w:val="16"/>
          <w:u w:val="none"/>
        </w:rPr>
        <w:t xml:space="preserve">, each year, </w:t>
      </w:r>
      <w:r>
        <w:rPr>
          <w:b w:val="0"/>
          <w:i w:val="0"/>
          <w:smallCaps w:val="0"/>
          <w:strike w:val="0"/>
          <w:sz w:val="22"/>
          <w:u w:val="single"/>
        </w:rPr>
        <w:t xml:space="preserve">absorbs one-third of human-caused greenhouse gas emissions. They are also gatekeepers of </w:t>
      </w:r>
      <w:r>
        <w:rPr>
          <w:b/>
          <w:i w:val="0"/>
          <w:smallCaps w:val="0"/>
          <w:strike w:val="0"/>
          <w:sz w:val="22"/>
          <w:u w:val="single"/>
        </w:rPr>
        <w:t>vast stores of carbon</w:t>
      </w:r>
      <w:r>
        <w:rPr>
          <w:b w:val="0"/>
          <w:i w:val="0"/>
          <w:smallCaps w:val="0"/>
          <w:strike w:val="0"/>
          <w:sz w:val="22"/>
          <w:u w:val="single"/>
        </w:rPr>
        <w:t xml:space="preserve"> locked</w:t>
      </w:r>
      <w:r>
        <w:rPr>
          <w:b w:val="0"/>
          <w:i w:val="0"/>
          <w:smallCaps w:val="0"/>
          <w:strike w:val="0"/>
          <w:sz w:val="16"/>
          <w:u w:val="none"/>
        </w:rPr>
        <w:t xml:space="preserve"> </w:t>
      </w:r>
      <w:r>
        <w:rPr>
          <w:b/>
          <w:i w:val="0"/>
          <w:smallCaps w:val="0"/>
          <w:strike w:val="0"/>
          <w:sz w:val="22"/>
          <w:u w:val="single"/>
        </w:rPr>
        <w:t>safely</w:t>
      </w:r>
      <w:r>
        <w:rPr>
          <w:b w:val="0"/>
          <w:i w:val="0"/>
          <w:smallCaps w:val="0"/>
          <w:strike w:val="0"/>
          <w:sz w:val="22"/>
          <w:u w:val="single"/>
        </w:rPr>
        <w:t xml:space="preserve"> out of the atmosphere in their soils and biomass</w:t>
      </w:r>
      <w:r>
        <w:rPr>
          <w:b w:val="0"/>
          <w:i w:val="0"/>
          <w:smallCaps w:val="0"/>
          <w:strike w:val="0"/>
          <w:sz w:val="16"/>
          <w:u w:val="none"/>
        </w:rPr>
        <w:t xml:space="preserve">. The Canadian boreal forest alone stores twice as much carbon as the world’s oil reserves, while U.S. forests collectively absorb the equivalent of about 12 percent of the nation’s annual carbon pollution. </w:t>
      </w:r>
      <w:r>
        <w:rPr>
          <w:b/>
          <w:i w:val="0"/>
          <w:smallCaps w:val="0"/>
          <w:strike w:val="0"/>
          <w:sz w:val="22"/>
          <w:u w:val="single"/>
        </w:rPr>
        <w:t>Their sentry</w:t>
      </w:r>
      <w:r>
        <w:rPr>
          <w:b w:val="0"/>
          <w:i w:val="0"/>
          <w:smallCaps w:val="0"/>
          <w:strike w:val="0"/>
          <w:sz w:val="16"/>
          <w:u w:val="none"/>
        </w:rPr>
        <w:t xml:space="preserve"> </w:t>
      </w:r>
      <w:r>
        <w:rPr>
          <w:b w:val="0"/>
          <w:i w:val="0"/>
          <w:smallCaps w:val="0"/>
          <w:strike w:val="0"/>
          <w:sz w:val="22"/>
          <w:u w:val="single"/>
        </w:rPr>
        <w:t xml:space="preserve">stands between </w:t>
      </w:r>
      <w:r>
        <w:rPr>
          <w:b/>
          <w:i w:val="0"/>
          <w:smallCaps w:val="0"/>
          <w:strike w:val="0"/>
          <w:sz w:val="22"/>
          <w:u w:val="single"/>
        </w:rPr>
        <w:t>us</w:t>
      </w:r>
      <w:r>
        <w:rPr>
          <w:b w:val="0"/>
          <w:i w:val="0"/>
          <w:smallCaps w:val="0"/>
          <w:strike w:val="0"/>
          <w:sz w:val="22"/>
          <w:u w:val="single"/>
        </w:rPr>
        <w:t xml:space="preserve"> and </w:t>
      </w:r>
      <w:r>
        <w:rPr>
          <w:b/>
          <w:i w:val="0"/>
          <w:smallCaps w:val="0"/>
          <w:strike w:val="0"/>
          <w:sz w:val="26"/>
          <w:u w:val="single"/>
        </w:rPr>
        <w:t>climate catastrophe.</w:t>
      </w:r>
      <w:r>
        <w:rPr>
          <w:b w:val="0"/>
          <w:i w:val="0"/>
          <w:smallCaps w:val="0"/>
          <w:strike w:val="0"/>
          <w:u w:val="none"/>
        </w:rPr>
        <w:t xml:space="preserve"> </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