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Political capital doesn’t </w:t>
      </w:r>
      <w:r>
        <w:rPr>
          <w:b/>
          <w:i w:val="0"/>
          <w:smallCaps w:val="0"/>
          <w:strike w:val="0"/>
          <w:sz w:val="26"/>
          <w:u w:val="single"/>
        </w:rPr>
        <w:t>solve</w:t>
      </w:r>
      <w:r>
        <w:rPr>
          <w:b/>
          <w:i w:val="0"/>
          <w:smallCaps w:val="0"/>
          <w:strike w:val="0"/>
          <w:sz w:val="26"/>
          <w:u w:val="none"/>
        </w:rPr>
        <w:t xml:space="preserve"> OR </w:t>
      </w:r>
      <w:r>
        <w:rPr>
          <w:b/>
          <w:i w:val="0"/>
          <w:smallCaps w:val="0"/>
          <w:strike w:val="0"/>
          <w:sz w:val="26"/>
          <w:u w:val="single"/>
        </w:rPr>
        <w:t>deplete</w:t>
      </w:r>
      <w:r>
        <w:rPr>
          <w:b/>
          <w:i w:val="0"/>
          <w:smallCaps w:val="0"/>
          <w:strike w:val="0"/>
          <w:sz w:val="26"/>
          <w:u w:val="none"/>
        </w:rPr>
        <w:t>.</w:t>
      </w:r>
    </w:p>
    <w:p>
      <w:pPr>
        <w:spacing w:after="80"/>
      </w:pPr>
      <w:r>
        <w:rPr>
          <w:b w:val="0"/>
          <w:i w:val="0"/>
          <w:smallCaps w:val="0"/>
          <w:strike w:val="0"/>
          <w:u w:val="none"/>
        </w:rPr>
        <w:t>Paul</w:t>
      </w:r>
      <w:r>
        <w:rPr>
          <w:b w:val="0"/>
          <w:i w:val="0"/>
          <w:smallCaps w:val="0"/>
          <w:strike w:val="0"/>
          <w:u w:val="none"/>
        </w:rPr>
        <w:t xml:space="preserve"> </w:t>
      </w:r>
      <w:r>
        <w:rPr>
          <w:b/>
          <w:i w:val="0"/>
          <w:smallCaps w:val="0"/>
          <w:strike w:val="0"/>
          <w:sz w:val="26"/>
          <w:u w:val="none"/>
        </w:rPr>
        <w:t>Waldman 20</w:t>
      </w:r>
      <w:r>
        <w:rPr>
          <w:b w:val="0"/>
          <w:i w:val="0"/>
          <w:smallCaps w:val="0"/>
          <w:strike w:val="0"/>
          <w:u w:val="none"/>
        </w:rPr>
        <w:t xml:space="preserve">, </w:t>
      </w:r>
      <w:r>
        <w:rPr>
          <w:b w:val="0"/>
          <w:i w:val="0"/>
          <w:smallCaps w:val="0"/>
          <w:strike w:val="0"/>
          <w:u w:val="none"/>
        </w:rPr>
        <w:t>Communication PhD at the University of Pennsylvania, Politics Columnist at the Washington Post</w:t>
      </w:r>
      <w:r>
        <w:rPr>
          <w:b w:val="0"/>
          <w:i w:val="0"/>
          <w:smallCaps w:val="0"/>
          <w:strike w:val="0"/>
          <w:u w:val="none"/>
        </w:rPr>
        <w:t xml:space="preserve">, Washington Post, 12/2/2020, “Joe Biden has to move fast,” </w:t>
      </w:r>
      <w:r>
        <w:rPr>
          <w:b w:val="0"/>
          <w:i w:val="0"/>
          <w:smallCaps w:val="0"/>
          <w:strike w:val="0"/>
          <w:u w:val="none"/>
        </w:rPr>
        <w:t>https://www.washingtonpost.com/opinions/2020/12/02/joe-biden-has-move-fast/</w:t>
      </w:r>
      <w:r>
        <w:rPr>
          <w:b w:val="0"/>
          <w:i w:val="0"/>
          <w:smallCaps w:val="0"/>
          <w:strike w:val="0"/>
          <w:u w:val="none"/>
        </w:rPr>
        <w:t>)//recutCG</w:t>
      </w:r>
    </w:p>
    <w:p>
      <w:pPr>
        <w:spacing w:after="60"/>
      </w:pPr>
      <w:r>
        <w:rPr>
          <w:b w:val="0"/>
          <w:i w:val="0"/>
          <w:smallCaps w:val="0"/>
          <w:strike w:val="0"/>
          <w:sz w:val="16"/>
          <w:u w:val="none"/>
        </w:rPr>
        <w:t xml:space="preserve">As David Roberts of Vox observes: In 2009, </w:t>
      </w:r>
      <w:r>
        <w:rPr>
          <w:b w:val="0"/>
          <w:i w:val="0"/>
          <w:smallCaps w:val="0"/>
          <w:strike w:val="0"/>
          <w:sz w:val="22"/>
          <w:u w:val="single"/>
        </w:rPr>
        <w:t>Obama</w:t>
      </w:r>
      <w:r>
        <w:rPr>
          <w:b w:val="0"/>
          <w:i w:val="0"/>
          <w:smallCaps w:val="0"/>
          <w:strike w:val="0"/>
          <w:sz w:val="16"/>
          <w:u w:val="none"/>
        </w:rPr>
        <w:t xml:space="preserve"> and his aides </w:t>
      </w:r>
      <w:r>
        <w:rPr>
          <w:b w:val="0"/>
          <w:i w:val="0"/>
          <w:smallCaps w:val="0"/>
          <w:strike w:val="0"/>
          <w:sz w:val="22"/>
          <w:u w:val="single"/>
        </w:rPr>
        <w:t xml:space="preserve">made the </w:t>
      </w:r>
      <w:r>
        <w:rPr>
          <w:b/>
          <w:i w:val="0"/>
          <w:smallCaps w:val="0"/>
          <w:strike w:val="0"/>
          <w:sz w:val="22"/>
          <w:u w:val="single"/>
        </w:rPr>
        <w:t>mistake</w:t>
      </w:r>
      <w:r>
        <w:rPr>
          <w:b w:val="0"/>
          <w:i w:val="0"/>
          <w:smallCaps w:val="0"/>
          <w:strike w:val="0"/>
          <w:sz w:val="22"/>
          <w:u w:val="single"/>
        </w:rPr>
        <w:t xml:space="preserve"> of thinking</w:t>
      </w:r>
      <w:r>
        <w:rPr>
          <w:b w:val="0"/>
          <w:i w:val="0"/>
          <w:smallCaps w:val="0"/>
          <w:strike w:val="0"/>
          <w:sz w:val="16"/>
          <w:u w:val="none"/>
        </w:rPr>
        <w:t xml:space="preserve"> that their </w:t>
      </w:r>
      <w:r>
        <w:rPr>
          <w:b/>
          <w:i w:val="0"/>
          <w:smallCaps w:val="0"/>
          <w:strike w:val="0"/>
          <w:sz w:val="22"/>
          <w:u w:val="single"/>
        </w:rPr>
        <w:t>major initiatives</w:t>
      </w:r>
      <w:r>
        <w:rPr>
          <w:b w:val="0"/>
          <w:i w:val="0"/>
          <w:smallCaps w:val="0"/>
          <w:strike w:val="0"/>
          <w:sz w:val="22"/>
          <w:u w:val="single"/>
        </w:rPr>
        <w:t xml:space="preserve"> had to be rolled out </w:t>
      </w:r>
      <w:r>
        <w:rPr>
          <w:b/>
          <w:i w:val="0"/>
          <w:smallCaps w:val="0"/>
          <w:strike w:val="0"/>
          <w:sz w:val="22"/>
          <w:u w:val="single"/>
        </w:rPr>
        <w:t>one at a time</w:t>
      </w:r>
      <w:r>
        <w:rPr>
          <w:b w:val="0"/>
          <w:i w:val="0"/>
          <w:smallCaps w:val="0"/>
          <w:strike w:val="0"/>
          <w:sz w:val="16"/>
          <w:u w:val="none"/>
        </w:rPr>
        <w:t xml:space="preserve"> in sequence, </w:t>
      </w:r>
      <w:r>
        <w:rPr>
          <w:b w:val="0"/>
          <w:i w:val="0"/>
          <w:smallCaps w:val="0"/>
          <w:strike w:val="0"/>
          <w:sz w:val="22"/>
          <w:u w:val="single"/>
        </w:rPr>
        <w:t>because he had</w:t>
      </w:r>
      <w:r>
        <w:rPr>
          <w:b w:val="0"/>
          <w:i w:val="0"/>
          <w:smallCaps w:val="0"/>
          <w:strike w:val="0"/>
          <w:sz w:val="16"/>
          <w:u w:val="none"/>
        </w:rPr>
        <w:t xml:space="preserve"> a </w:t>
      </w:r>
      <w:r>
        <w:rPr>
          <w:b/>
          <w:i w:val="0"/>
          <w:smallCaps w:val="0"/>
          <w:strike w:val="0"/>
          <w:sz w:val="22"/>
          <w:u w:val="single"/>
        </w:rPr>
        <w:t>finite</w:t>
      </w:r>
      <w:r>
        <w:rPr>
          <w:b w:val="0"/>
          <w:i w:val="0"/>
          <w:smallCaps w:val="0"/>
          <w:strike w:val="0"/>
          <w:sz w:val="16"/>
          <w:u w:val="none"/>
        </w:rPr>
        <w:t xml:space="preserve"> store of “</w:t>
      </w:r>
      <w:r>
        <w:rPr>
          <w:b/>
          <w:i w:val="0"/>
          <w:smallCaps w:val="0"/>
          <w:strike w:val="0"/>
          <w:sz w:val="22"/>
          <w:u w:val="single"/>
        </w:rPr>
        <w:t>p</w:t>
      </w:r>
      <w:r>
        <w:rPr>
          <w:b w:val="0"/>
          <w:i w:val="0"/>
          <w:smallCaps w:val="0"/>
          <w:strike w:val="0"/>
          <w:sz w:val="16"/>
          <w:u w:val="none"/>
        </w:rPr>
        <w:t xml:space="preserve">olitical </w:t>
      </w:r>
      <w:r>
        <w:rPr>
          <w:b/>
          <w:i w:val="0"/>
          <w:smallCaps w:val="0"/>
          <w:strike w:val="0"/>
          <w:sz w:val="22"/>
          <w:u w:val="single"/>
        </w:rPr>
        <w:t>c</w:t>
      </w:r>
      <w:r>
        <w:rPr>
          <w:b w:val="0"/>
          <w:i w:val="0"/>
          <w:smallCaps w:val="0"/>
          <w:strike w:val="0"/>
          <w:sz w:val="16"/>
          <w:u w:val="none"/>
        </w:rPr>
        <w:t xml:space="preserve">apital” that had to be spent carefully. </w:t>
      </w:r>
      <w:r>
        <w:rPr>
          <w:b w:val="0"/>
          <w:i w:val="0"/>
          <w:smallCaps w:val="0"/>
          <w:strike w:val="0"/>
          <w:sz w:val="22"/>
          <w:u w:val="single"/>
        </w:rPr>
        <w:t xml:space="preserve">But </w:t>
      </w:r>
      <w:r>
        <w:rPr>
          <w:b/>
          <w:i w:val="0"/>
          <w:smallCaps w:val="0"/>
          <w:strike w:val="0"/>
          <w:sz w:val="22"/>
          <w:u w:val="single"/>
        </w:rPr>
        <w:t>p</w:t>
      </w:r>
      <w:r>
        <w:rPr>
          <w:b w:val="0"/>
          <w:i w:val="0"/>
          <w:smallCaps w:val="0"/>
          <w:strike w:val="0"/>
          <w:sz w:val="16"/>
          <w:u w:val="none"/>
        </w:rPr>
        <w:t xml:space="preserve">olitical </w:t>
      </w:r>
      <w:r>
        <w:rPr>
          <w:b/>
          <w:i w:val="0"/>
          <w:smallCaps w:val="0"/>
          <w:strike w:val="0"/>
          <w:sz w:val="22"/>
          <w:u w:val="single"/>
        </w:rPr>
        <w:t>c</w:t>
      </w:r>
      <w:r>
        <w:rPr>
          <w:b w:val="0"/>
          <w:i w:val="0"/>
          <w:smallCaps w:val="0"/>
          <w:strike w:val="0"/>
          <w:sz w:val="16"/>
          <w:u w:val="none"/>
        </w:rPr>
        <w:t xml:space="preserve">apital </w:t>
      </w:r>
      <w:r>
        <w:rPr>
          <w:b w:val="0"/>
          <w:i w:val="0"/>
          <w:smallCaps w:val="0"/>
          <w:strike w:val="0"/>
          <w:sz w:val="22"/>
          <w:u w:val="single"/>
        </w:rPr>
        <w:t xml:space="preserve">is not something that exists apart from </w:t>
      </w:r>
      <w:r>
        <w:rPr>
          <w:b/>
          <w:i w:val="0"/>
          <w:smallCaps w:val="0"/>
          <w:strike w:val="0"/>
          <w:sz w:val="22"/>
          <w:u w:val="single"/>
        </w:rPr>
        <w:t>any</w:t>
      </w:r>
      <w:r>
        <w:rPr>
          <w:b w:val="0"/>
          <w:i w:val="0"/>
          <w:smallCaps w:val="0"/>
          <w:strike w:val="0"/>
          <w:sz w:val="16"/>
          <w:u w:val="none"/>
        </w:rPr>
        <w:t xml:space="preserve"> </w:t>
      </w:r>
      <w:r>
        <w:rPr>
          <w:b w:val="0"/>
          <w:i w:val="0"/>
          <w:smallCaps w:val="0"/>
          <w:strike w:val="0"/>
          <w:sz w:val="16"/>
          <w:u w:val="none"/>
        </w:rPr>
        <w:t xml:space="preserve">particular </w:t>
      </w:r>
      <w:r>
        <w:rPr>
          <w:b/>
          <w:i w:val="0"/>
          <w:smallCaps w:val="0"/>
          <w:strike w:val="0"/>
          <w:sz w:val="22"/>
          <w:u w:val="single"/>
        </w:rPr>
        <w:t>issue</w:t>
      </w:r>
      <w:r>
        <w:rPr>
          <w:b w:val="0"/>
          <w:i w:val="0"/>
          <w:smallCaps w:val="0"/>
          <w:strike w:val="0"/>
          <w:sz w:val="16"/>
          <w:u w:val="none"/>
        </w:rPr>
        <w:t xml:space="preserve">; it </w:t>
      </w:r>
      <w:r>
        <w:rPr>
          <w:b w:val="0"/>
          <w:i w:val="0"/>
          <w:smallCaps w:val="0"/>
          <w:strike w:val="0"/>
          <w:sz w:val="22"/>
          <w:u w:val="single"/>
        </w:rPr>
        <w:t xml:space="preserve">isn’t </w:t>
      </w:r>
      <w:r>
        <w:rPr>
          <w:b/>
          <w:i w:val="0"/>
          <w:smallCaps w:val="0"/>
          <w:strike w:val="0"/>
          <w:sz w:val="22"/>
          <w:u w:val="single"/>
        </w:rPr>
        <w:t xml:space="preserve">a </w:t>
      </w:r>
      <w:r>
        <w:rPr>
          <w:b/>
          <w:i w:val="0"/>
          <w:smallCaps w:val="0"/>
          <w:strike w:val="0"/>
          <w:sz w:val="22"/>
          <w:u w:val="single"/>
        </w:rPr>
        <w:t>special sauce</w:t>
      </w:r>
      <w:r>
        <w:rPr>
          <w:b w:val="0"/>
          <w:i w:val="0"/>
          <w:smallCaps w:val="0"/>
          <w:strike w:val="0"/>
          <w:sz w:val="22"/>
          <w:u w:val="single"/>
        </w:rPr>
        <w:t xml:space="preserve"> that has to be </w:t>
      </w:r>
      <w:r>
        <w:rPr>
          <w:b/>
          <w:i w:val="0"/>
          <w:smallCaps w:val="0"/>
          <w:strike w:val="0"/>
          <w:sz w:val="22"/>
          <w:u w:val="single"/>
        </w:rPr>
        <w:t>poured</w:t>
      </w:r>
      <w:r>
        <w:rPr>
          <w:b w:val="0"/>
          <w:i w:val="0"/>
          <w:smallCaps w:val="0"/>
          <w:strike w:val="0"/>
          <w:sz w:val="16"/>
          <w:u w:val="none"/>
        </w:rPr>
        <w:t xml:space="preserve"> on a policy in order </w:t>
      </w:r>
      <w:r>
        <w:rPr>
          <w:b w:val="0"/>
          <w:i w:val="0"/>
          <w:smallCaps w:val="0"/>
          <w:strike w:val="0"/>
          <w:sz w:val="22"/>
          <w:u w:val="single"/>
        </w:rPr>
        <w:t xml:space="preserve">to make it </w:t>
      </w:r>
      <w:r>
        <w:rPr>
          <w:b/>
          <w:i w:val="0"/>
          <w:smallCaps w:val="0"/>
          <w:strike w:val="0"/>
          <w:sz w:val="22"/>
          <w:u w:val="single"/>
        </w:rPr>
        <w:t>palatable</w:t>
      </w:r>
      <w:r>
        <w:rPr>
          <w:b w:val="0"/>
          <w:i w:val="0"/>
          <w:smallCaps w:val="0"/>
          <w:strike w:val="0"/>
          <w:sz w:val="16"/>
          <w:u w:val="none"/>
        </w:rPr>
        <w:t>.</w:t>
      </w:r>
    </w:p>
    <w:p>
      <w:pPr>
        <w:spacing w:after="60"/>
      </w:pPr>
      <w:r>
        <w:rPr>
          <w:b w:val="0"/>
          <w:i w:val="0"/>
          <w:smallCaps w:val="0"/>
          <w:strike w:val="0"/>
          <w:sz w:val="16"/>
          <w:u w:val="none"/>
        </w:rPr>
        <w:t xml:space="preserve">And </w:t>
      </w:r>
      <w:r>
        <w:rPr>
          <w:b w:val="0"/>
          <w:i w:val="0"/>
          <w:smallCaps w:val="0"/>
          <w:strike w:val="0"/>
          <w:sz w:val="22"/>
          <w:u w:val="single"/>
        </w:rPr>
        <w:t xml:space="preserve">with the parties as </w:t>
      </w:r>
      <w:r>
        <w:rPr>
          <w:b/>
          <w:i w:val="0"/>
          <w:smallCaps w:val="0"/>
          <w:strike w:val="0"/>
          <w:sz w:val="22"/>
          <w:u w:val="single"/>
        </w:rPr>
        <w:t>polarized</w:t>
      </w:r>
      <w:r>
        <w:rPr>
          <w:b w:val="0"/>
          <w:i w:val="0"/>
          <w:smallCaps w:val="0"/>
          <w:strike w:val="0"/>
          <w:sz w:val="16"/>
          <w:u w:val="none"/>
        </w:rPr>
        <w:t xml:space="preserve"> and unified as they are, </w:t>
      </w:r>
      <w:r>
        <w:rPr>
          <w:b/>
          <w:i w:val="0"/>
          <w:smallCaps w:val="0"/>
          <w:strike w:val="0"/>
          <w:sz w:val="22"/>
          <w:u w:val="single"/>
        </w:rPr>
        <w:t>p</w:t>
      </w:r>
      <w:r>
        <w:rPr>
          <w:b w:val="0"/>
          <w:i w:val="0"/>
          <w:smallCaps w:val="0"/>
          <w:strike w:val="0"/>
          <w:sz w:val="16"/>
          <w:u w:val="none"/>
        </w:rPr>
        <w:t xml:space="preserve">olitical </w:t>
      </w:r>
      <w:r>
        <w:rPr>
          <w:b/>
          <w:i w:val="0"/>
          <w:smallCaps w:val="0"/>
          <w:strike w:val="0"/>
          <w:sz w:val="22"/>
          <w:u w:val="single"/>
        </w:rPr>
        <w:t>c</w:t>
      </w:r>
      <w:r>
        <w:rPr>
          <w:b w:val="0"/>
          <w:i w:val="0"/>
          <w:smallCaps w:val="0"/>
          <w:strike w:val="0"/>
          <w:sz w:val="16"/>
          <w:u w:val="none"/>
        </w:rPr>
        <w:t xml:space="preserve">apital </w:t>
      </w:r>
      <w:r>
        <w:rPr>
          <w:b w:val="0"/>
          <w:i w:val="0"/>
          <w:smallCaps w:val="0"/>
          <w:strike w:val="0"/>
          <w:sz w:val="22"/>
          <w:u w:val="single"/>
        </w:rPr>
        <w:t>has become</w:t>
      </w:r>
      <w:r>
        <w:rPr>
          <w:b w:val="0"/>
          <w:i w:val="0"/>
          <w:smallCaps w:val="0"/>
          <w:strike w:val="0"/>
          <w:sz w:val="16"/>
          <w:u w:val="none"/>
        </w:rPr>
        <w:t xml:space="preserve"> all but </w:t>
      </w:r>
      <w:r>
        <w:rPr>
          <w:b/>
          <w:i w:val="0"/>
          <w:smallCaps w:val="0"/>
          <w:strike w:val="0"/>
          <w:sz w:val="22"/>
          <w:u w:val="single"/>
        </w:rPr>
        <w:t>meaningless</w:t>
      </w:r>
      <w:r>
        <w:rPr>
          <w:b w:val="0"/>
          <w:i w:val="0"/>
          <w:smallCaps w:val="0"/>
          <w:strike w:val="0"/>
          <w:sz w:val="16"/>
          <w:u w:val="none"/>
        </w:rPr>
        <w:t xml:space="preserve">. There may have been a time when a popular president possessed so much capital that a senator from the opposition party would feel compelled to support him on part of that president’s agenda, but that time is long gone. </w:t>
      </w:r>
      <w:r>
        <w:rPr>
          <w:b w:val="0"/>
          <w:i w:val="0"/>
          <w:smallCaps w:val="0"/>
          <w:strike w:val="0"/>
          <w:sz w:val="22"/>
          <w:u w:val="single"/>
        </w:rPr>
        <w:t xml:space="preserve">There is </w:t>
      </w:r>
      <w:r>
        <w:rPr>
          <w:b/>
          <w:i w:val="0"/>
          <w:smallCaps w:val="0"/>
          <w:strike w:val="0"/>
          <w:sz w:val="22"/>
          <w:u w:val="single"/>
        </w:rPr>
        <w:t>no account</w:t>
      </w:r>
      <w:r>
        <w:rPr>
          <w:b w:val="0"/>
          <w:i w:val="0"/>
          <w:smallCaps w:val="0"/>
          <w:strike w:val="0"/>
          <w:sz w:val="22"/>
          <w:u w:val="single"/>
        </w:rPr>
        <w:t xml:space="preserve"> Biden can draw on to turn Republican “</w:t>
      </w:r>
      <w:r>
        <w:rPr>
          <w:b/>
          <w:i w:val="0"/>
          <w:smallCaps w:val="0"/>
          <w:strike w:val="0"/>
          <w:sz w:val="22"/>
          <w:u w:val="single"/>
        </w:rPr>
        <w:t>no</w:t>
      </w:r>
      <w:r>
        <w:rPr>
          <w:b w:val="0"/>
          <w:i w:val="0"/>
          <w:smallCaps w:val="0"/>
          <w:strike w:val="0"/>
          <w:sz w:val="22"/>
          <w:u w:val="single"/>
        </w:rPr>
        <w:t>”</w:t>
      </w:r>
      <w:r>
        <w:rPr>
          <w:b w:val="0"/>
          <w:i w:val="0"/>
          <w:smallCaps w:val="0"/>
          <w:strike w:val="0"/>
          <w:sz w:val="16"/>
          <w:u w:val="none"/>
        </w:rPr>
        <w:t xml:space="preserve"> votes in</w:t>
      </w:r>
      <w:r>
        <w:rPr>
          <w:b w:val="0"/>
          <w:i w:val="0"/>
          <w:smallCaps w:val="0"/>
          <w:strike w:val="0"/>
          <w:sz w:val="22"/>
          <w:u w:val="single"/>
        </w:rPr>
        <w:t>to “</w:t>
      </w:r>
      <w:r>
        <w:rPr>
          <w:b/>
          <w:i w:val="0"/>
          <w:smallCaps w:val="0"/>
          <w:strike w:val="0"/>
          <w:sz w:val="22"/>
          <w:u w:val="single"/>
        </w:rPr>
        <w:t>yes</w:t>
      </w:r>
      <w:r>
        <w:rPr>
          <w:b w:val="0"/>
          <w:i w:val="0"/>
          <w:smallCaps w:val="0"/>
          <w:strike w:val="0"/>
          <w:sz w:val="22"/>
          <w:u w:val="single"/>
        </w:rPr>
        <w:t>.”</w:t>
      </w:r>
    </w:p>
    <w:p>
      <w:pPr>
        <w:spacing w:after="60"/>
      </w:pPr>
      <w:r>
        <w:rPr>
          <w:b w:val="0"/>
          <w:i w:val="0"/>
          <w:smallCaps w:val="0"/>
          <w:strike w:val="0"/>
          <w:sz w:val="16"/>
          <w:u w:val="none"/>
        </w:rPr>
        <w:t>So</w:t>
      </w:r>
      <w:r>
        <w:rPr>
          <w:b w:val="0"/>
          <w:i w:val="0"/>
          <w:smallCaps w:val="0"/>
          <w:strike w:val="0"/>
          <w:sz w:val="16"/>
          <w:u w:val="none"/>
        </w:rPr>
        <w:t xml:space="preserve"> setting up a series of high-profile policy battles may be the opposite of what Biden should do. The unfortunate fact is that he may not have the opportunity to do much in the way of big legislation on health care or climate change or anything else, and if he has only executive power to work with, it makes it </w:t>
      </w:r>
      <w:r>
        <w:rPr>
          <w:b w:val="0"/>
          <w:i w:val="0"/>
          <w:smallCaps w:val="0"/>
          <w:strike w:val="0"/>
          <w:sz w:val="16"/>
          <w:u w:val="none"/>
        </w:rPr>
        <w:t>all the more</w:t>
      </w:r>
      <w:r>
        <w:rPr>
          <w:b w:val="0"/>
          <w:i w:val="0"/>
          <w:smallCaps w:val="0"/>
          <w:strike w:val="0"/>
          <w:sz w:val="16"/>
          <w:u w:val="none"/>
        </w:rPr>
        <w:t xml:space="preserve"> urgent to move quickly.</w:t>
      </w:r>
    </w:p>
    <w:p>
      <w:pPr>
        <w:spacing w:after="60"/>
      </w:pPr>
      <w:r>
        <w:rPr>
          <w:b w:val="0"/>
          <w:i w:val="0"/>
          <w:smallCaps w:val="0"/>
          <w:strike w:val="0"/>
          <w:sz w:val="16"/>
          <w:u w:val="none"/>
        </w:rPr>
        <w:t xml:space="preserve">Which means getting staff in place immediately and then unleashing them. The Revolving Door Project argues that Biden should give as much authority as possible to the agencies to let them dismantle their </w:t>
      </w:r>
      <w:r>
        <w:rPr>
          <w:b w:val="0"/>
          <w:i w:val="0"/>
          <w:smallCaps w:val="0"/>
          <w:strike w:val="0"/>
          <w:sz w:val="16"/>
          <w:u w:val="none"/>
        </w:rPr>
        <w:t>particular corners</w:t>
      </w:r>
      <w:r>
        <w:rPr>
          <w:b w:val="0"/>
          <w:i w:val="0"/>
          <w:smallCaps w:val="0"/>
          <w:strike w:val="0"/>
          <w:sz w:val="16"/>
          <w:u w:val="none"/>
        </w:rPr>
        <w:t xml:space="preserve"> of the Trump legacy on their own, because the task “simply will not happen if approached sequentially or micromanaged” by a White House staff with limited bandwidth.</w:t>
      </w:r>
    </w:p>
    <w:p>
      <w:pPr>
        <w:spacing w:after="60"/>
      </w:pPr>
      <w:r>
        <w:rPr>
          <w:b w:val="0"/>
          <w:i w:val="0"/>
          <w:smallCaps w:val="0"/>
          <w:strike w:val="0"/>
          <w:sz w:val="16"/>
          <w:u w:val="none"/>
        </w:rPr>
        <w:t xml:space="preserve">That means moving on every policy area all at once. </w:t>
      </w:r>
      <w:r>
        <w:rPr>
          <w:b w:val="0"/>
          <w:i w:val="0"/>
          <w:smallCaps w:val="0"/>
          <w:strike w:val="0"/>
          <w:sz w:val="22"/>
          <w:u w:val="single"/>
        </w:rPr>
        <w:t xml:space="preserve">There’s </w:t>
      </w:r>
      <w:r>
        <w:rPr>
          <w:b/>
          <w:i w:val="0"/>
          <w:smallCaps w:val="0"/>
          <w:strike w:val="0"/>
          <w:sz w:val="22"/>
          <w:u w:val="single"/>
        </w:rPr>
        <w:t>nothing</w:t>
      </w:r>
      <w:r>
        <w:rPr>
          <w:b w:val="0"/>
          <w:i w:val="0"/>
          <w:smallCaps w:val="0"/>
          <w:strike w:val="0"/>
          <w:sz w:val="22"/>
          <w:u w:val="single"/>
        </w:rPr>
        <w:t xml:space="preserve"> to be gained by putting off </w:t>
      </w:r>
      <w:r>
        <w:rPr>
          <w:b/>
          <w:i w:val="0"/>
          <w:smallCaps w:val="0"/>
          <w:strike w:val="0"/>
          <w:sz w:val="22"/>
          <w:u w:val="single"/>
        </w:rPr>
        <w:t>any part</w:t>
      </w:r>
      <w:r>
        <w:rPr>
          <w:b w:val="0"/>
          <w:i w:val="0"/>
          <w:smallCaps w:val="0"/>
          <w:strike w:val="0"/>
          <w:sz w:val="22"/>
          <w:u w:val="single"/>
        </w:rPr>
        <w:t xml:space="preserve"> of Biden’s </w:t>
      </w:r>
      <w:r>
        <w:rPr>
          <w:b/>
          <w:i w:val="0"/>
          <w:smallCaps w:val="0"/>
          <w:strike w:val="0"/>
          <w:sz w:val="22"/>
          <w:u w:val="single"/>
        </w:rPr>
        <w:t>agenda</w:t>
      </w:r>
      <w:r>
        <w:rPr>
          <w:b w:val="0"/>
          <w:i w:val="0"/>
          <w:smallCaps w:val="0"/>
          <w:strike w:val="0"/>
          <w:sz w:val="22"/>
          <w:u w:val="single"/>
        </w:rPr>
        <w:t>. Whatever he can do</w:t>
      </w:r>
      <w:r>
        <w:rPr>
          <w:b w:val="0"/>
          <w:i w:val="0"/>
          <w:smallCaps w:val="0"/>
          <w:strike w:val="0"/>
          <w:sz w:val="16"/>
          <w:u w:val="none"/>
        </w:rPr>
        <w:t xml:space="preserve"> given the limits of his power, </w:t>
      </w:r>
      <w:r>
        <w:rPr>
          <w:b w:val="0"/>
          <w:i w:val="0"/>
          <w:smallCaps w:val="0"/>
          <w:strike w:val="0"/>
          <w:sz w:val="22"/>
          <w:u w:val="single"/>
        </w:rPr>
        <w:t xml:space="preserve">he should do </w:t>
      </w:r>
      <w:r>
        <w:rPr>
          <w:b/>
          <w:i w:val="0"/>
          <w:smallCaps w:val="0"/>
          <w:strike w:val="0"/>
          <w:sz w:val="22"/>
          <w:u w:val="single"/>
        </w:rPr>
        <w:t>a</w:t>
      </w:r>
      <w:r>
        <w:rPr>
          <w:b w:val="0"/>
          <w:i w:val="0"/>
          <w:smallCaps w:val="0"/>
          <w:strike w:val="0"/>
          <w:sz w:val="22"/>
          <w:u w:val="single"/>
        </w:rPr>
        <w:t xml:space="preserve">s </w:t>
      </w:r>
      <w:r>
        <w:rPr>
          <w:b/>
          <w:i w:val="0"/>
          <w:smallCaps w:val="0"/>
          <w:strike w:val="0"/>
          <w:sz w:val="22"/>
          <w:u w:val="single"/>
        </w:rPr>
        <w:t>s</w:t>
      </w:r>
      <w:r>
        <w:rPr>
          <w:b w:val="0"/>
          <w:i w:val="0"/>
          <w:smallCaps w:val="0"/>
          <w:strike w:val="0"/>
          <w:sz w:val="22"/>
          <w:u w:val="single"/>
        </w:rPr>
        <w:t xml:space="preserve">oon </w:t>
      </w:r>
      <w:r>
        <w:rPr>
          <w:b/>
          <w:i w:val="0"/>
          <w:smallCaps w:val="0"/>
          <w:strike w:val="0"/>
          <w:sz w:val="22"/>
          <w:u w:val="single"/>
        </w:rPr>
        <w:t>a</w:t>
      </w:r>
      <w:r>
        <w:rPr>
          <w:b w:val="0"/>
          <w:i w:val="0"/>
          <w:smallCaps w:val="0"/>
          <w:strike w:val="0"/>
          <w:sz w:val="22"/>
          <w:u w:val="single"/>
        </w:rPr>
        <w:t xml:space="preserve">s </w:t>
      </w:r>
      <w:r>
        <w:rPr>
          <w:b/>
          <w:i w:val="0"/>
          <w:smallCaps w:val="0"/>
          <w:strike w:val="0"/>
          <w:sz w:val="22"/>
          <w:u w:val="single"/>
        </w:rPr>
        <w:t>p</w:t>
      </w:r>
      <w:r>
        <w:rPr>
          <w:b w:val="0"/>
          <w:i w:val="0"/>
          <w:smallCaps w:val="0"/>
          <w:strike w:val="0"/>
          <w:sz w:val="22"/>
          <w:u w:val="single"/>
        </w:rPr>
        <w:t>ossible</w:t>
      </w:r>
      <w:r>
        <w:rPr>
          <w:b w:val="0"/>
          <w:i w:val="0"/>
          <w:smallCaps w:val="0"/>
          <w:strike w:val="0"/>
          <w:sz w:val="16"/>
          <w:u w:val="none"/>
        </w:rPr>
        <w:t>, in a flood of policymaking.</w:t>
      </w:r>
    </w:p>
    <w:p>
      <w:pPr>
        <w:spacing w:after="60"/>
      </w:pPr>
      <w:r>
        <w:rPr>
          <w:b w:val="0"/>
          <w:i w:val="0"/>
          <w:smallCaps w:val="0"/>
          <w:strike w:val="0"/>
          <w:sz w:val="16"/>
          <w:u w:val="none"/>
        </w:rPr>
        <w:t>Even if Democrats win both Georgia races and control the Senate, Biden should acknowledge that he likely has two years until the 2022 midterm elections to pass whatever legislation he can. Not only will Democrats probably lose one or both houses in the inevitable backlash (as happens to most presidents in their first midterm), the only possible chance at forestalling that result is to get results, as many as possible, that he can show the voters.</w:t>
      </w:r>
    </w:p>
    <w:p>
      <w:pPr>
        <w:spacing w:after="60"/>
      </w:pPr>
      <w:r>
        <w:rPr>
          <w:b w:val="0"/>
          <w:i w:val="0"/>
          <w:smallCaps w:val="0"/>
          <w:strike w:val="0"/>
          <w:sz w:val="22"/>
          <w:u w:val="single"/>
        </w:rPr>
        <w:t xml:space="preserve">Republicans </w:t>
      </w:r>
      <w:r>
        <w:rPr>
          <w:b/>
          <w:i w:val="0"/>
          <w:smallCaps w:val="0"/>
          <w:strike w:val="0"/>
          <w:sz w:val="22"/>
          <w:u w:val="single"/>
        </w:rPr>
        <w:t>will</w:t>
      </w:r>
      <w:r>
        <w:rPr>
          <w:b w:val="0"/>
          <w:i w:val="0"/>
          <w:smallCaps w:val="0"/>
          <w:strike w:val="0"/>
          <w:sz w:val="22"/>
          <w:u w:val="single"/>
        </w:rPr>
        <w:t xml:space="preserve"> complain</w:t>
      </w:r>
      <w:r>
        <w:rPr>
          <w:b w:val="0"/>
          <w:i w:val="0"/>
          <w:smallCaps w:val="0"/>
          <w:strike w:val="0"/>
          <w:sz w:val="16"/>
          <w:u w:val="none"/>
        </w:rPr>
        <w:t xml:space="preserve"> that </w:t>
      </w:r>
      <w:r>
        <w:rPr>
          <w:b w:val="0"/>
          <w:i w:val="0"/>
          <w:smallCaps w:val="0"/>
          <w:strike w:val="0"/>
          <w:sz w:val="22"/>
          <w:u w:val="single"/>
        </w:rPr>
        <w:t xml:space="preserve">Biden is being </w:t>
      </w:r>
      <w:r>
        <w:rPr>
          <w:b/>
          <w:i w:val="0"/>
          <w:smallCaps w:val="0"/>
          <w:strike w:val="0"/>
          <w:sz w:val="22"/>
          <w:u w:val="single"/>
        </w:rPr>
        <w:t>partisan</w:t>
      </w:r>
      <w:r>
        <w:rPr>
          <w:b w:val="0"/>
          <w:i w:val="0"/>
          <w:smallCaps w:val="0"/>
          <w:strike w:val="0"/>
          <w:sz w:val="22"/>
          <w:u w:val="single"/>
        </w:rPr>
        <w:t xml:space="preserve">, </w:t>
      </w:r>
      <w:r>
        <w:rPr>
          <w:b/>
          <w:i w:val="0"/>
          <w:smallCaps w:val="0"/>
          <w:strike w:val="0"/>
          <w:sz w:val="22"/>
          <w:u w:val="single"/>
        </w:rPr>
        <w:t>uncompromising</w:t>
      </w:r>
      <w:r>
        <w:rPr>
          <w:b w:val="0"/>
          <w:i w:val="0"/>
          <w:smallCaps w:val="0"/>
          <w:strike w:val="0"/>
          <w:sz w:val="16"/>
          <w:u w:val="none"/>
        </w:rPr>
        <w:t xml:space="preserve">, taking a “my way or the highway” approach. </w:t>
      </w:r>
      <w:r>
        <w:rPr>
          <w:b w:val="0"/>
          <w:i w:val="0"/>
          <w:smallCaps w:val="0"/>
          <w:strike w:val="0"/>
          <w:sz w:val="22"/>
          <w:u w:val="single"/>
        </w:rPr>
        <w:t xml:space="preserve">It will be a strategy to convince </w:t>
      </w:r>
      <w:r>
        <w:rPr>
          <w:b/>
          <w:i w:val="0"/>
          <w:smallCaps w:val="0"/>
          <w:strike w:val="0"/>
          <w:sz w:val="22"/>
          <w:u w:val="single"/>
        </w:rPr>
        <w:t>everyone</w:t>
      </w:r>
      <w:r>
        <w:rPr>
          <w:b w:val="0"/>
          <w:i w:val="0"/>
          <w:smallCaps w:val="0"/>
          <w:strike w:val="0"/>
          <w:sz w:val="22"/>
          <w:u w:val="single"/>
        </w:rPr>
        <w:t xml:space="preserve"> of the lie</w:t>
      </w:r>
      <w:r>
        <w:rPr>
          <w:b w:val="0"/>
          <w:i w:val="0"/>
          <w:smallCaps w:val="0"/>
          <w:strike w:val="0"/>
          <w:sz w:val="16"/>
          <w:u w:val="none"/>
        </w:rPr>
        <w:t xml:space="preserve"> that </w:t>
      </w:r>
      <w:r>
        <w:rPr>
          <w:b w:val="0"/>
          <w:i w:val="0"/>
          <w:smallCaps w:val="0"/>
          <w:strike w:val="0"/>
          <w:sz w:val="22"/>
          <w:u w:val="single"/>
        </w:rPr>
        <w:t xml:space="preserve">Biden and Democrats might be able to find some way of </w:t>
      </w:r>
      <w:r>
        <w:rPr>
          <w:b/>
          <w:i w:val="0"/>
          <w:smallCaps w:val="0"/>
          <w:strike w:val="0"/>
          <w:sz w:val="22"/>
          <w:u w:val="single"/>
        </w:rPr>
        <w:t>winning them over</w:t>
      </w:r>
      <w:r>
        <w:rPr>
          <w:b w:val="0"/>
          <w:i w:val="0"/>
          <w:smallCaps w:val="0"/>
          <w:strike w:val="0"/>
          <w:sz w:val="22"/>
          <w:u w:val="single"/>
        </w:rPr>
        <w:t xml:space="preserve">, when in fact they’ll be implementing </w:t>
      </w:r>
      <w:r>
        <w:rPr>
          <w:b w:val="0"/>
          <w:i w:val="0"/>
          <w:smallCaps w:val="0"/>
          <w:strike w:val="0"/>
          <w:sz w:val="16"/>
          <w:u w:val="none"/>
        </w:rPr>
        <w:t xml:space="preserve">a strategy of </w:t>
      </w:r>
      <w:r>
        <w:rPr>
          <w:b/>
          <w:i w:val="0"/>
          <w:smallCaps w:val="0"/>
          <w:strike w:val="0"/>
          <w:sz w:val="22"/>
          <w:u w:val="single"/>
        </w:rPr>
        <w:t>total opposition</w:t>
      </w:r>
      <w:r>
        <w:rPr>
          <w:b w:val="0"/>
          <w:i w:val="0"/>
          <w:smallCaps w:val="0"/>
          <w:strike w:val="0"/>
          <w:sz w:val="16"/>
          <w:u w:val="none"/>
        </w:rPr>
        <w:t>.</w:t>
      </w:r>
    </w:p>
    <w:p>
      <w:pPr>
        <w:spacing w:after="60"/>
      </w:pPr>
      <w:r>
        <w:rPr>
          <w:b w:val="0"/>
          <w:i w:val="0"/>
          <w:smallCaps w:val="0"/>
          <w:strike w:val="0"/>
          <w:sz w:val="16"/>
          <w:u w:val="none"/>
        </w:rPr>
        <w:t xml:space="preserve">If Biden follows them on that fruitless quest, he’ll be running in circles while crucial time </w:t>
      </w:r>
      <w:r>
        <w:rPr>
          <w:b w:val="0"/>
          <w:i w:val="0"/>
          <w:smallCaps w:val="0"/>
          <w:strike w:val="0"/>
          <w:sz w:val="16"/>
          <w:u w:val="none"/>
        </w:rPr>
        <w:t>passes</w:t>
      </w:r>
      <w:r>
        <w:rPr>
          <w:b w:val="0"/>
          <w:i w:val="0"/>
          <w:smallCaps w:val="0"/>
          <w:strike w:val="0"/>
          <w:sz w:val="16"/>
          <w:u w:val="none"/>
        </w:rPr>
        <w:t xml:space="preserve"> and nothing gets done. The </w:t>
      </w:r>
      <w:r>
        <w:rPr>
          <w:b/>
          <w:i w:val="0"/>
          <w:smallCaps w:val="0"/>
          <w:strike w:val="0"/>
          <w:sz w:val="22"/>
          <w:u w:val="single"/>
        </w:rPr>
        <w:t>only option</w:t>
      </w:r>
      <w:r>
        <w:rPr>
          <w:b w:val="0"/>
          <w:i w:val="0"/>
          <w:smallCaps w:val="0"/>
          <w:strike w:val="0"/>
          <w:sz w:val="16"/>
          <w:u w:val="none"/>
        </w:rPr>
        <w:t xml:space="preserve"> for him </w:t>
      </w:r>
      <w:r>
        <w:rPr>
          <w:b w:val="0"/>
          <w:i w:val="0"/>
          <w:smallCaps w:val="0"/>
          <w:strike w:val="0"/>
          <w:sz w:val="22"/>
          <w:u w:val="single"/>
        </w:rPr>
        <w:t>is</w:t>
      </w:r>
      <w:r>
        <w:rPr>
          <w:b w:val="0"/>
          <w:i w:val="0"/>
          <w:smallCaps w:val="0"/>
          <w:strike w:val="0"/>
          <w:sz w:val="16"/>
          <w:u w:val="none"/>
        </w:rPr>
        <w:t xml:space="preserve"> to decide </w:t>
      </w:r>
      <w:r>
        <w:rPr>
          <w:b/>
          <w:i w:val="0"/>
          <w:smallCaps w:val="0"/>
          <w:strike w:val="0"/>
          <w:sz w:val="22"/>
          <w:u w:val="single"/>
        </w:rPr>
        <w:t>not to care</w:t>
      </w:r>
      <w:r>
        <w:rPr>
          <w:b w:val="0"/>
          <w:i w:val="0"/>
          <w:smallCaps w:val="0"/>
          <w:strike w:val="0"/>
          <w:sz w:val="22"/>
          <w:u w:val="single"/>
        </w:rPr>
        <w:t xml:space="preserve"> about </w:t>
      </w:r>
      <w:r>
        <w:rPr>
          <w:b/>
          <w:i w:val="0"/>
          <w:smallCaps w:val="0"/>
          <w:strike w:val="0"/>
          <w:sz w:val="22"/>
          <w:u w:val="single"/>
        </w:rPr>
        <w:t>Republican whining</w:t>
      </w:r>
      <w:r>
        <w:rPr>
          <w:b w:val="0"/>
          <w:i w:val="0"/>
          <w:smallCaps w:val="0"/>
          <w:strike w:val="0"/>
          <w:sz w:val="16"/>
          <w:u w:val="none"/>
        </w:rPr>
        <w:t xml:space="preserve"> and do what he got elected to do with all haste. The alternative is failure.</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