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Totalitarianism doesn’t need to be </w:t>
      </w:r>
      <w:r>
        <w:rPr>
          <w:b/>
          <w:i w:val="0"/>
          <w:smallCaps w:val="0"/>
          <w:strike w:val="0"/>
          <w:sz w:val="26"/>
          <w:u w:val="single"/>
        </w:rPr>
        <w:t>bad</w:t>
      </w:r>
      <w:r>
        <w:rPr>
          <w:b/>
          <w:i w:val="0"/>
          <w:smallCaps w:val="0"/>
          <w:strike w:val="0"/>
          <w:sz w:val="26"/>
          <w:u w:val="none"/>
        </w:rPr>
        <w:t xml:space="preserve">, it can be a </w:t>
      </w:r>
      <w:r>
        <w:rPr>
          <w:b/>
          <w:i w:val="0"/>
          <w:smallCaps w:val="0"/>
          <w:strike w:val="0"/>
          <w:sz w:val="26"/>
          <w:u w:val="single"/>
        </w:rPr>
        <w:t>consolidated government</w:t>
      </w:r>
      <w:r>
        <w:rPr>
          <w:b/>
          <w:i w:val="0"/>
          <w:smallCaps w:val="0"/>
          <w:strike w:val="0"/>
          <w:sz w:val="26"/>
          <w:u w:val="none"/>
        </w:rPr>
        <w:t xml:space="preserve"> that functions </w:t>
      </w:r>
      <w:r>
        <w:rPr>
          <w:b/>
          <w:i w:val="0"/>
          <w:smallCaps w:val="0"/>
          <w:strike w:val="0"/>
          <w:sz w:val="26"/>
          <w:u w:val="single"/>
        </w:rPr>
        <w:t>more efficiently</w:t>
      </w:r>
      <w:r>
        <w:rPr>
          <w:b/>
          <w:i w:val="0"/>
          <w:smallCaps w:val="0"/>
          <w:strike w:val="0"/>
          <w:sz w:val="26"/>
          <w:u w:val="none"/>
        </w:rPr>
        <w:t>---their author.</w:t>
      </w:r>
    </w:p>
    <w:p>
      <w:pPr>
        <w:spacing w:after="80"/>
      </w:pPr>
      <w:r>
        <w:rPr>
          <w:b w:val="0"/>
          <w:i w:val="0"/>
          <w:smallCaps w:val="0"/>
          <w:strike w:val="0"/>
          <w:u w:val="none"/>
        </w:rPr>
        <w:t xml:space="preserve">Noah </w:t>
      </w:r>
      <w:r>
        <w:rPr>
          <w:b/>
          <w:i w:val="0"/>
          <w:smallCaps w:val="0"/>
          <w:strike w:val="0"/>
          <w:sz w:val="26"/>
          <w:u w:val="single"/>
        </w:rPr>
        <w:t>Taylor 23</w:t>
      </w:r>
      <w:r>
        <w:rPr>
          <w:b w:val="0"/>
          <w:i w:val="0"/>
          <w:smallCaps w:val="0"/>
          <w:strike w:val="0"/>
          <w:u w:val="none"/>
        </w:rPr>
        <w:t xml:space="preserve">, peace researcher and facilitator. He is a lecturer in the MA program in Peace, Security, Development, and International Conflict Transformation at the University of Innsbruck and the Instituto Paz e Mente, Brazil, 3/22/23, </w:t>
      </w:r>
      <w:r>
        <w:rPr>
          <w:b w:val="0"/>
          <w:i/>
          <w:smallCaps w:val="0"/>
          <w:strike w:val="0"/>
          <w:u w:val="none"/>
        </w:rPr>
        <w:t>Existential Risks In Peace and Conflict Studies</w:t>
      </w:r>
      <w:r>
        <w:rPr>
          <w:b w:val="0"/>
          <w:i w:val="0"/>
          <w:smallCaps w:val="0"/>
          <w:strike w:val="0"/>
          <w:u w:val="none"/>
        </w:rPr>
        <w:t>, “Totalitarianism Risk and Peace”, pg 191-204, kcab</w:t>
      </w:r>
    </w:p>
    <w:p>
      <w:pPr>
        <w:spacing w:after="60"/>
      </w:pPr>
      <w:r>
        <w:rPr>
          <w:b w:val="0"/>
          <w:i w:val="0"/>
          <w:smallCaps w:val="0"/>
          <w:strike w:val="0"/>
          <w:sz w:val="22"/>
          <w:highlight w:val="cyan"/>
          <w:u w:val="single"/>
        </w:rPr>
        <w:t xml:space="preserve">A </w:t>
      </w:r>
      <w:r>
        <w:rPr>
          <w:b/>
          <w:i w:val="0"/>
          <w:smallCaps w:val="0"/>
          <w:strike w:val="0"/>
          <w:sz w:val="22"/>
          <w:highlight w:val="cyan"/>
          <w:u w:val="single"/>
        </w:rPr>
        <w:t>planet governed by a single decision-</w:t>
      </w:r>
      <w:r>
        <w:rPr>
          <w:b w:val="0"/>
          <w:i w:val="0"/>
          <w:smallCaps w:val="0"/>
          <w:strike w:val="0"/>
          <w:sz w:val="22"/>
          <w:highlight w:val="cyan"/>
          <w:u w:val="single"/>
        </w:rPr>
        <w:t>making body</w:t>
      </w:r>
      <w:r>
        <w:rPr>
          <w:b w:val="0"/>
          <w:i w:val="0"/>
          <w:smallCaps w:val="0"/>
          <w:strike w:val="0"/>
          <w:sz w:val="22"/>
          <w:u w:val="single"/>
        </w:rPr>
        <w:t xml:space="preserve"> </w:t>
      </w:r>
      <w:r>
        <w:rPr>
          <w:b w:val="0"/>
          <w:i w:val="0"/>
          <w:smallCaps w:val="0"/>
          <w:strike w:val="0"/>
          <w:sz w:val="22"/>
          <w:highlight w:val="cyan"/>
          <w:u w:val="single"/>
        </w:rPr>
        <w:t xml:space="preserve">could have </w:t>
      </w:r>
      <w:r>
        <w:rPr>
          <w:b/>
          <w:i w:val="0"/>
          <w:smallCaps w:val="0"/>
          <w:strike w:val="0"/>
          <w:sz w:val="22"/>
          <w:highlight w:val="cyan"/>
          <w:u w:val="single"/>
        </w:rPr>
        <w:t>many appealing benefits</w:t>
      </w:r>
      <w:r>
        <w:rPr>
          <w:b w:val="0"/>
          <w:i w:val="0"/>
          <w:smallCaps w:val="0"/>
          <w:strike w:val="0"/>
          <w:sz w:val="16"/>
          <w:u w:val="none"/>
        </w:rPr>
        <w:t xml:space="preserve">. </w:t>
      </w:r>
      <w:r>
        <w:rPr>
          <w:b w:val="0"/>
          <w:i w:val="0"/>
          <w:smallCaps w:val="0"/>
          <w:strike w:val="0"/>
          <w:sz w:val="22"/>
          <w:highlight w:val="cyan"/>
          <w:u w:val="single"/>
        </w:rPr>
        <w:t>Such a system</w:t>
      </w:r>
      <w:r>
        <w:rPr>
          <w:b w:val="0"/>
          <w:i w:val="0"/>
          <w:smallCaps w:val="0"/>
          <w:strike w:val="0"/>
          <w:sz w:val="22"/>
          <w:u w:val="single"/>
        </w:rPr>
        <w:t xml:space="preserve"> </w:t>
      </w:r>
      <w:r>
        <w:rPr>
          <w:b w:val="0"/>
          <w:i w:val="0"/>
          <w:smallCaps w:val="0"/>
          <w:strike w:val="0"/>
          <w:sz w:val="22"/>
          <w:highlight w:val="cyan"/>
          <w:u w:val="single"/>
        </w:rPr>
        <w:t xml:space="preserve">could </w:t>
      </w:r>
      <w:r>
        <w:rPr>
          <w:b/>
          <w:i w:val="0"/>
          <w:smallCaps w:val="0"/>
          <w:strike w:val="0"/>
          <w:sz w:val="22"/>
          <w:highlight w:val="cyan"/>
          <w:u w:val="single"/>
        </w:rPr>
        <w:t>prevent arms races</w:t>
      </w:r>
      <w:r>
        <w:rPr>
          <w:b w:val="0"/>
          <w:i w:val="0"/>
          <w:smallCaps w:val="0"/>
          <w:strike w:val="0"/>
          <w:sz w:val="22"/>
          <w:highlight w:val="cyan"/>
          <w:u w:val="single"/>
        </w:rPr>
        <w:t xml:space="preserve"> and </w:t>
      </w:r>
      <w:r>
        <w:rPr>
          <w:b/>
          <w:i w:val="0"/>
          <w:smallCaps w:val="0"/>
          <w:strike w:val="0"/>
          <w:sz w:val="22"/>
          <w:highlight w:val="cyan"/>
          <w:u w:val="single"/>
        </w:rPr>
        <w:t>races for</w:t>
      </w:r>
      <w:r>
        <w:rPr>
          <w:b/>
          <w:i w:val="0"/>
          <w:smallCaps w:val="0"/>
          <w:strike w:val="0"/>
          <w:sz w:val="22"/>
          <w:u w:val="single"/>
        </w:rPr>
        <w:t xml:space="preserve"> </w:t>
      </w:r>
      <w:r>
        <w:rPr>
          <w:b/>
          <w:i w:val="0"/>
          <w:smallCaps w:val="0"/>
          <w:strike w:val="0"/>
          <w:sz w:val="22"/>
          <w:highlight w:val="cyan"/>
          <w:u w:val="single"/>
        </w:rPr>
        <w:t>other powerful</w:t>
      </w:r>
      <w:r>
        <w:rPr>
          <w:b/>
          <w:i w:val="0"/>
          <w:smallCaps w:val="0"/>
          <w:strike w:val="0"/>
          <w:sz w:val="22"/>
          <w:u w:val="single"/>
        </w:rPr>
        <w:t xml:space="preserve"> </w:t>
      </w:r>
      <w:r>
        <w:rPr>
          <w:b/>
          <w:i w:val="0"/>
          <w:smallCaps w:val="0"/>
          <w:strike w:val="0"/>
          <w:sz w:val="22"/>
          <w:highlight w:val="cyan"/>
          <w:u w:val="single"/>
        </w:rPr>
        <w:t>tech</w:t>
      </w:r>
      <w:r>
        <w:rPr>
          <w:b w:val="0"/>
          <w:i w:val="0"/>
          <w:smallCaps w:val="0"/>
          <w:strike w:val="0"/>
          <w:sz w:val="22"/>
          <w:u w:val="single"/>
        </w:rPr>
        <w:t>nologies</w:t>
      </w:r>
      <w:r>
        <w:rPr>
          <w:b w:val="0"/>
          <w:i w:val="0"/>
          <w:smallCaps w:val="0"/>
          <w:strike w:val="0"/>
          <w:sz w:val="16"/>
          <w:u w:val="none"/>
        </w:rPr>
        <w:t xml:space="preserve">. </w:t>
      </w:r>
      <w:r>
        <w:rPr>
          <w:b w:val="0"/>
          <w:i w:val="0"/>
          <w:smallCaps w:val="0"/>
          <w:strike w:val="0"/>
          <w:sz w:val="22"/>
          <w:highlight w:val="cyan"/>
          <w:u w:val="single"/>
        </w:rPr>
        <w:t>It would be a solution to the</w:t>
      </w:r>
      <w:r>
        <w:rPr>
          <w:b w:val="0"/>
          <w:i w:val="0"/>
          <w:smallCaps w:val="0"/>
          <w:strike w:val="0"/>
          <w:sz w:val="22"/>
          <w:u w:val="single"/>
        </w:rPr>
        <w:t xml:space="preserve"> </w:t>
      </w:r>
      <w:r>
        <w:rPr>
          <w:b/>
          <w:i w:val="0"/>
          <w:smallCaps w:val="0"/>
          <w:strike w:val="0"/>
          <w:sz w:val="22"/>
          <w:highlight w:val="cyan"/>
          <w:u w:val="single"/>
        </w:rPr>
        <w:t>coordination</w:t>
      </w:r>
      <w:r>
        <w:rPr>
          <w:b w:val="0"/>
          <w:i w:val="0"/>
          <w:smallCaps w:val="0"/>
          <w:strike w:val="0"/>
          <w:sz w:val="22"/>
          <w:u w:val="single"/>
        </w:rPr>
        <w:t xml:space="preserve"> </w:t>
      </w:r>
      <w:r>
        <w:rPr>
          <w:b w:val="0"/>
          <w:i w:val="0"/>
          <w:smallCaps w:val="0"/>
          <w:strike w:val="0"/>
          <w:sz w:val="22"/>
          <w:highlight w:val="cyan"/>
          <w:u w:val="single"/>
        </w:rPr>
        <w:t xml:space="preserve">problem for </w:t>
      </w:r>
      <w:r>
        <w:rPr>
          <w:b/>
          <w:i w:val="0"/>
          <w:smallCaps w:val="0"/>
          <w:strike w:val="0"/>
          <w:sz w:val="22"/>
          <w:highlight w:val="cyan"/>
          <w:u w:val="single"/>
        </w:rPr>
        <w:t>addressing global risks</w:t>
      </w:r>
      <w:r>
        <w:rPr>
          <w:b w:val="0"/>
          <w:i w:val="0"/>
          <w:smallCaps w:val="0"/>
          <w:strike w:val="0"/>
          <w:sz w:val="16"/>
          <w:u w:val="none"/>
        </w:rPr>
        <w:t xml:space="preserve">. </w:t>
      </w:r>
      <w:r>
        <w:rPr>
          <w:b w:val="0"/>
          <w:i w:val="0"/>
          <w:smallCaps w:val="0"/>
          <w:strike w:val="0"/>
          <w:sz w:val="22"/>
          <w:u w:val="single"/>
        </w:rPr>
        <w:t xml:space="preserve">If humanity does become a </w:t>
      </w:r>
      <w:r>
        <w:rPr>
          <w:b/>
          <w:i w:val="0"/>
          <w:smallCaps w:val="0"/>
          <w:strike w:val="0"/>
          <w:sz w:val="22"/>
          <w:u w:val="single"/>
        </w:rPr>
        <w:t>space-faring species</w:t>
      </w:r>
      <w:r>
        <w:rPr>
          <w:b w:val="0"/>
          <w:i w:val="0"/>
          <w:smallCaps w:val="0"/>
          <w:strike w:val="0"/>
          <w:sz w:val="16"/>
          <w:u w:val="none"/>
        </w:rPr>
        <w:t xml:space="preserve">, </w:t>
      </w:r>
      <w:r>
        <w:rPr>
          <w:b w:val="0"/>
          <w:i w:val="0"/>
          <w:smallCaps w:val="0"/>
          <w:strike w:val="0"/>
          <w:sz w:val="22"/>
          <w:u w:val="single"/>
        </w:rPr>
        <w:t>it</w:t>
      </w:r>
      <w:r>
        <w:rPr>
          <w:b w:val="0"/>
          <w:i w:val="0"/>
          <w:smallCaps w:val="0"/>
          <w:strike w:val="0"/>
          <w:sz w:val="16"/>
          <w:u w:val="none"/>
        </w:rPr>
        <w:t xml:space="preserve"> </w:t>
      </w:r>
      <w:r>
        <w:rPr>
          <w:b w:val="0"/>
          <w:i w:val="0"/>
          <w:smallCaps w:val="0"/>
          <w:strike w:val="0"/>
          <w:sz w:val="22"/>
          <w:u w:val="single"/>
        </w:rPr>
        <w:t>could</w:t>
      </w:r>
      <w:r>
        <w:rPr>
          <w:b w:val="0"/>
          <w:i w:val="0"/>
          <w:smallCaps w:val="0"/>
          <w:strike w:val="0"/>
          <w:sz w:val="16"/>
          <w:u w:val="none"/>
        </w:rPr>
        <w:t xml:space="preserve"> help to </w:t>
      </w:r>
      <w:r>
        <w:rPr>
          <w:b w:val="0"/>
          <w:i w:val="0"/>
          <w:smallCaps w:val="0"/>
          <w:strike w:val="0"/>
          <w:sz w:val="22"/>
          <w:u w:val="single"/>
        </w:rPr>
        <w:t>address</w:t>
      </w:r>
      <w:r>
        <w:rPr>
          <w:b w:val="0"/>
          <w:i w:val="0"/>
          <w:smallCaps w:val="0"/>
          <w:strike w:val="0"/>
          <w:sz w:val="16"/>
          <w:u w:val="none"/>
        </w:rPr>
        <w:t xml:space="preserve"> </w:t>
      </w:r>
      <w:r>
        <w:rPr>
          <w:b w:val="0"/>
          <w:i w:val="0"/>
          <w:smallCaps w:val="0"/>
          <w:strike w:val="0"/>
          <w:sz w:val="22"/>
          <w:u w:val="single"/>
        </w:rPr>
        <w:t>the expected</w:t>
      </w:r>
      <w:r>
        <w:rPr>
          <w:b w:val="0"/>
          <w:i w:val="0"/>
          <w:smallCaps w:val="0"/>
          <w:strike w:val="0"/>
          <w:sz w:val="16"/>
          <w:u w:val="none"/>
        </w:rPr>
        <w:t xml:space="preserve"> “</w:t>
      </w:r>
      <w:r>
        <w:rPr>
          <w:b/>
          <w:i w:val="0"/>
          <w:smallCaps w:val="0"/>
          <w:strike w:val="0"/>
          <w:sz w:val="22"/>
          <w:highlight w:val="cyan"/>
          <w:u w:val="single"/>
        </w:rPr>
        <w:t>tragedy of the commons</w:t>
      </w:r>
      <w:r>
        <w:rPr>
          <w:b w:val="0"/>
          <w:i w:val="0"/>
          <w:smallCaps w:val="0"/>
          <w:strike w:val="0"/>
          <w:sz w:val="16"/>
          <w:u w:val="none"/>
        </w:rPr>
        <w:t xml:space="preserve">” </w:t>
      </w:r>
      <w:r>
        <w:rPr>
          <w:b w:val="0"/>
          <w:i w:val="0"/>
          <w:smallCaps w:val="0"/>
          <w:strike w:val="0"/>
          <w:sz w:val="22"/>
          <w:highlight w:val="cyan"/>
          <w:u w:val="single"/>
        </w:rPr>
        <w:t>but in space</w:t>
      </w:r>
      <w:r>
        <w:rPr>
          <w:b w:val="0"/>
          <w:i w:val="0"/>
          <w:smallCaps w:val="0"/>
          <w:strike w:val="0"/>
          <w:sz w:val="16"/>
          <w:u w:val="none"/>
        </w:rPr>
        <w:t xml:space="preserve"> (Hanson 1998). The </w:t>
      </w:r>
      <w:r>
        <w:rPr>
          <w:b w:val="0"/>
          <w:i w:val="0"/>
          <w:smallCaps w:val="0"/>
          <w:strike w:val="0"/>
          <w:sz w:val="22"/>
          <w:highlight w:val="cyan"/>
          <w:u w:val="single"/>
        </w:rPr>
        <w:t>distribution</w:t>
      </w:r>
      <w:r>
        <w:rPr>
          <w:b w:val="0"/>
          <w:i w:val="0"/>
          <w:smallCaps w:val="0"/>
          <w:strike w:val="0"/>
          <w:sz w:val="16"/>
          <w:u w:val="none"/>
        </w:rPr>
        <w:t xml:space="preserve"> </w:t>
      </w:r>
      <w:r>
        <w:rPr>
          <w:b w:val="0"/>
          <w:i w:val="0"/>
          <w:smallCaps w:val="0"/>
          <w:strike w:val="0"/>
          <w:sz w:val="22"/>
          <w:highlight w:val="cyan"/>
          <w:u w:val="single"/>
        </w:rPr>
        <w:t>of</w:t>
      </w:r>
      <w:r>
        <w:rPr>
          <w:b w:val="0"/>
          <w:i w:val="0"/>
          <w:smallCaps w:val="0"/>
          <w:strike w:val="0"/>
          <w:sz w:val="22"/>
          <w:u w:val="single"/>
        </w:rPr>
        <w:t xml:space="preserve"> </w:t>
      </w:r>
      <w:r>
        <w:rPr>
          <w:b w:val="0"/>
          <w:i w:val="0"/>
          <w:smallCaps w:val="0"/>
          <w:strike w:val="0"/>
          <w:sz w:val="22"/>
          <w:highlight w:val="cyan"/>
          <w:u w:val="single"/>
        </w:rPr>
        <w:t>powerful emerging</w:t>
      </w:r>
      <w:r>
        <w:rPr>
          <w:b w:val="0"/>
          <w:i w:val="0"/>
          <w:smallCaps w:val="0"/>
          <w:strike w:val="0"/>
          <w:sz w:val="16"/>
          <w:u w:val="none"/>
        </w:rPr>
        <w:t xml:space="preserve"> </w:t>
      </w:r>
      <w:r>
        <w:rPr>
          <w:b w:val="0"/>
          <w:i w:val="0"/>
          <w:smallCaps w:val="0"/>
          <w:strike w:val="0"/>
          <w:sz w:val="22"/>
          <w:highlight w:val="cyan"/>
          <w:u w:val="single"/>
        </w:rPr>
        <w:t>tech</w:t>
      </w:r>
      <w:r>
        <w:rPr>
          <w:b w:val="0"/>
          <w:i w:val="0"/>
          <w:smallCaps w:val="0"/>
          <w:strike w:val="0"/>
          <w:sz w:val="16"/>
          <w:u w:val="none"/>
        </w:rPr>
        <w:t xml:space="preserve">nologies </w:t>
      </w:r>
      <w:r>
        <w:rPr>
          <w:b w:val="0"/>
          <w:i w:val="0"/>
          <w:smallCaps w:val="0"/>
          <w:strike w:val="0"/>
          <w:sz w:val="22"/>
          <w:u w:val="single"/>
        </w:rPr>
        <w:t>could be controlled so that no single group has exclusive access and control over them</w:t>
      </w:r>
      <w:r>
        <w:rPr>
          <w:b w:val="0"/>
          <w:i w:val="0"/>
          <w:smallCaps w:val="0"/>
          <w:strike w:val="0"/>
          <w:sz w:val="16"/>
          <w:u w:val="none"/>
        </w:rPr>
        <w:t>. If humanity does find a way to survive for millions of years, it would likely need to start guiding its genetic evolution because there would be no reason to believe that the evolutionary pressures of the past would be sufficient for such a future (Bostrom 2006).</w:t>
      </w:r>
    </w:p>
    <w:p>
      <w:pPr>
        <w:spacing w:after="60"/>
      </w:pPr>
      <w:r>
        <w:rPr>
          <w:b w:val="0"/>
          <w:i w:val="0"/>
          <w:smallCaps w:val="0"/>
          <w:strike w:val="0"/>
          <w:sz w:val="16"/>
          <w:u w:val="none"/>
        </w:rPr>
        <w:t xml:space="preserve">It is clear that </w:t>
      </w:r>
      <w:r>
        <w:rPr>
          <w:b w:val="0"/>
          <w:i w:val="0"/>
          <w:smallCaps w:val="0"/>
          <w:strike w:val="0"/>
          <w:sz w:val="22"/>
          <w:highlight w:val="cyan"/>
          <w:u w:val="single"/>
        </w:rPr>
        <w:t>the coordination problem</w:t>
      </w:r>
      <w:r>
        <w:rPr>
          <w:b w:val="0"/>
          <w:i w:val="0"/>
          <w:smallCaps w:val="0"/>
          <w:strike w:val="0"/>
          <w:sz w:val="22"/>
          <w:u w:val="single"/>
        </w:rPr>
        <w:t xml:space="preserve"> </w:t>
      </w:r>
      <w:r>
        <w:rPr>
          <w:b w:val="0"/>
          <w:i w:val="0"/>
          <w:smallCaps w:val="0"/>
          <w:strike w:val="0"/>
          <w:sz w:val="22"/>
          <w:highlight w:val="cyan"/>
          <w:u w:val="single"/>
        </w:rPr>
        <w:t xml:space="preserve">exists and is </w:t>
      </w:r>
      <w:r>
        <w:rPr>
          <w:b/>
          <w:i w:val="0"/>
          <w:smallCaps w:val="0"/>
          <w:strike w:val="0"/>
          <w:sz w:val="22"/>
          <w:highlight w:val="cyan"/>
          <w:u w:val="single"/>
        </w:rPr>
        <w:t>central</w:t>
      </w:r>
      <w:r>
        <w:rPr>
          <w:b w:val="0"/>
          <w:i w:val="0"/>
          <w:smallCaps w:val="0"/>
          <w:strike w:val="0"/>
          <w:sz w:val="22"/>
          <w:highlight w:val="cyan"/>
          <w:u w:val="single"/>
        </w:rPr>
        <w:t xml:space="preserve"> to </w:t>
      </w:r>
      <w:r>
        <w:rPr>
          <w:b/>
          <w:i w:val="0"/>
          <w:smallCaps w:val="0"/>
          <w:strike w:val="0"/>
          <w:sz w:val="22"/>
          <w:highlight w:val="cyan"/>
          <w:u w:val="single"/>
        </w:rPr>
        <w:t>safeguarding</w:t>
      </w:r>
      <w:r>
        <w:rPr>
          <w:b w:val="0"/>
          <w:i w:val="0"/>
          <w:smallCaps w:val="0"/>
          <w:strike w:val="0"/>
          <w:sz w:val="22"/>
          <w:u w:val="single"/>
        </w:rPr>
        <w:t xml:space="preserve"> </w:t>
      </w:r>
      <w:r>
        <w:rPr>
          <w:b w:val="0"/>
          <w:i w:val="0"/>
          <w:smallCaps w:val="0"/>
          <w:strike w:val="0"/>
          <w:sz w:val="22"/>
          <w:highlight w:val="cyan"/>
          <w:u w:val="single"/>
        </w:rPr>
        <w:t xml:space="preserve">the </w:t>
      </w:r>
      <w:r>
        <w:rPr>
          <w:b/>
          <w:i w:val="0"/>
          <w:smallCaps w:val="0"/>
          <w:strike w:val="0"/>
          <w:sz w:val="22"/>
          <w:highlight w:val="cyan"/>
          <w:u w:val="single"/>
        </w:rPr>
        <w:t>future of humanity</w:t>
      </w:r>
      <w:r>
        <w:rPr>
          <w:b w:val="0"/>
          <w:i w:val="0"/>
          <w:smallCaps w:val="0"/>
          <w:strike w:val="0"/>
          <w:sz w:val="16"/>
          <w:u w:val="none"/>
        </w:rPr>
        <w:t xml:space="preserve">. These </w:t>
      </w:r>
      <w:r>
        <w:rPr>
          <w:b w:val="0"/>
          <w:i w:val="0"/>
          <w:smallCaps w:val="0"/>
          <w:strike w:val="0"/>
          <w:sz w:val="22"/>
          <w:u w:val="single"/>
        </w:rPr>
        <w:t>threats</w:t>
      </w:r>
      <w:r>
        <w:rPr>
          <w:b w:val="0"/>
          <w:i w:val="0"/>
          <w:smallCaps w:val="0"/>
          <w:strike w:val="0"/>
          <w:sz w:val="16"/>
          <w:u w:val="none"/>
        </w:rPr>
        <w:t xml:space="preserve"> </w:t>
      </w:r>
      <w:r>
        <w:rPr>
          <w:b w:val="0"/>
          <w:i w:val="0"/>
          <w:smallCaps w:val="0"/>
          <w:strike w:val="0"/>
          <w:sz w:val="22"/>
          <w:u w:val="single"/>
        </w:rPr>
        <w:t xml:space="preserve">are impetus enough to decide </w:t>
      </w:r>
      <w:r>
        <w:rPr>
          <w:b w:val="0"/>
          <w:i w:val="0"/>
          <w:smallCaps w:val="0"/>
          <w:strike w:val="0"/>
          <w:sz w:val="22"/>
          <w:highlight w:val="cyan"/>
          <w:u w:val="single"/>
        </w:rPr>
        <w:t xml:space="preserve">how effective </w:t>
      </w:r>
      <w:r>
        <w:rPr>
          <w:b/>
          <w:i w:val="0"/>
          <w:smallCaps w:val="0"/>
          <w:strike w:val="0"/>
          <w:sz w:val="22"/>
          <w:highlight w:val="cyan"/>
          <w:u w:val="single"/>
        </w:rPr>
        <w:t>global governance systems</w:t>
      </w:r>
      <w:r>
        <w:rPr>
          <w:b/>
          <w:i w:val="0"/>
          <w:smallCaps w:val="0"/>
          <w:strike w:val="0"/>
          <w:sz w:val="22"/>
          <w:u w:val="single"/>
        </w:rPr>
        <w:t xml:space="preserve"> </w:t>
      </w:r>
      <w:r>
        <w:rPr>
          <w:b/>
          <w:i w:val="0"/>
          <w:smallCaps w:val="0"/>
          <w:strike w:val="0"/>
          <w:sz w:val="22"/>
          <w:highlight w:val="cyan"/>
          <w:u w:val="single"/>
        </w:rPr>
        <w:t>should be built</w:t>
      </w:r>
      <w:r>
        <w:rPr>
          <w:b w:val="0"/>
          <w:i w:val="0"/>
          <w:smallCaps w:val="0"/>
          <w:strike w:val="0"/>
          <w:sz w:val="22"/>
          <w:highlight w:val="cyan"/>
          <w:u w:val="single"/>
        </w:rPr>
        <w:t xml:space="preserve"> before</w:t>
      </w:r>
      <w:r>
        <w:rPr>
          <w:b w:val="0"/>
          <w:i w:val="0"/>
          <w:smallCaps w:val="0"/>
          <w:strike w:val="0"/>
          <w:sz w:val="22"/>
          <w:u w:val="single"/>
        </w:rPr>
        <w:t xml:space="preserve"> a bad singleton finds its way to the seat of power</w:t>
      </w:r>
      <w:r>
        <w:rPr>
          <w:b w:val="0"/>
          <w:i w:val="0"/>
          <w:smallCaps w:val="0"/>
          <w:strike w:val="0"/>
          <w:sz w:val="16"/>
          <w:u w:val="none"/>
        </w:rPr>
        <w:t xml:space="preserve">. </w:t>
      </w:r>
      <w:r>
        <w:rPr>
          <w:b w:val="0"/>
          <w:i w:val="0"/>
          <w:smallCaps w:val="0"/>
          <w:strike w:val="0"/>
          <w:sz w:val="22"/>
          <w:highlight w:val="cyan"/>
          <w:u w:val="single"/>
        </w:rPr>
        <w:t>The future is time sensitive</w:t>
      </w:r>
      <w:r>
        <w:rPr>
          <w:b w:val="0"/>
          <w:i w:val="0"/>
          <w:smallCaps w:val="0"/>
          <w:strike w:val="0"/>
          <w:sz w:val="16"/>
          <w:u w:val="none"/>
        </w:rPr>
        <w:t xml:space="preserve">. </w:t>
      </w:r>
      <w:r>
        <w:rPr>
          <w:b w:val="0"/>
          <w:i w:val="0"/>
          <w:smallCaps w:val="0"/>
          <w:strike w:val="0"/>
          <w:sz w:val="22"/>
          <w:highlight w:val="cyan"/>
          <w:u w:val="single"/>
        </w:rPr>
        <w:t>Efforts</w:t>
      </w:r>
      <w:r>
        <w:rPr>
          <w:b w:val="0"/>
          <w:i w:val="0"/>
          <w:smallCaps w:val="0"/>
          <w:strike w:val="0"/>
          <w:sz w:val="22"/>
          <w:u w:val="single"/>
        </w:rPr>
        <w:t xml:space="preserve"> </w:t>
      </w:r>
      <w:r>
        <w:rPr>
          <w:b w:val="0"/>
          <w:i w:val="0"/>
          <w:smallCaps w:val="0"/>
          <w:strike w:val="0"/>
          <w:sz w:val="22"/>
          <w:highlight w:val="cyan"/>
          <w:u w:val="single"/>
        </w:rPr>
        <w:t xml:space="preserve">toward </w:t>
      </w:r>
      <w:r>
        <w:rPr>
          <w:b/>
          <w:i w:val="0"/>
          <w:smallCaps w:val="0"/>
          <w:strike w:val="0"/>
          <w:sz w:val="22"/>
          <w:highlight w:val="cyan"/>
          <w:u w:val="single"/>
        </w:rPr>
        <w:t>global governance</w:t>
      </w:r>
      <w:r>
        <w:rPr>
          <w:b w:val="0"/>
          <w:i w:val="0"/>
          <w:smallCaps w:val="0"/>
          <w:strike w:val="0"/>
          <w:sz w:val="22"/>
          <w:highlight w:val="cyan"/>
          <w:u w:val="single"/>
        </w:rPr>
        <w:t xml:space="preserve"> could </w:t>
      </w:r>
      <w:r>
        <w:rPr>
          <w:b/>
          <w:i w:val="0"/>
          <w:smallCaps w:val="0"/>
          <w:strike w:val="0"/>
          <w:sz w:val="22"/>
          <w:highlight w:val="cyan"/>
          <w:u w:val="single"/>
        </w:rPr>
        <w:t>prevent a small</w:t>
      </w:r>
      <w:r>
        <w:rPr>
          <w:b w:val="0"/>
          <w:i w:val="0"/>
          <w:smallCaps w:val="0"/>
          <w:strike w:val="0"/>
          <w:sz w:val="22"/>
          <w:highlight w:val="cyan"/>
          <w:u w:val="single"/>
        </w:rPr>
        <w:t xml:space="preserve"> </w:t>
      </w:r>
      <w:r>
        <w:rPr>
          <w:b/>
          <w:i w:val="0"/>
          <w:smallCaps w:val="0"/>
          <w:strike w:val="0"/>
          <w:sz w:val="22"/>
          <w:highlight w:val="cyan"/>
          <w:u w:val="single"/>
        </w:rPr>
        <w:t>group</w:t>
      </w:r>
      <w:r>
        <w:rPr>
          <w:b w:val="0"/>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22"/>
          <w:u w:val="single"/>
        </w:rPr>
        <w:t xml:space="preserve"> </w:t>
      </w:r>
      <w:r>
        <w:rPr>
          <w:b/>
          <w:i w:val="0"/>
          <w:smallCaps w:val="0"/>
          <w:strike w:val="0"/>
          <w:sz w:val="22"/>
          <w:highlight w:val="cyan"/>
          <w:u w:val="single"/>
        </w:rPr>
        <w:t>developing powerful</w:t>
      </w:r>
      <w:r>
        <w:rPr>
          <w:b w:val="0"/>
          <w:i w:val="0"/>
          <w:smallCaps w:val="0"/>
          <w:strike w:val="0"/>
          <w:sz w:val="22"/>
          <w:highlight w:val="cyan"/>
          <w:u w:val="single"/>
        </w:rPr>
        <w:t xml:space="preserve"> </w:t>
      </w:r>
      <w:r>
        <w:rPr>
          <w:b/>
          <w:i w:val="0"/>
          <w:smallCaps w:val="0"/>
          <w:strike w:val="0"/>
          <w:sz w:val="22"/>
          <w:highlight w:val="cyan"/>
          <w:u w:val="single"/>
        </w:rPr>
        <w:t>tech</w:t>
      </w:r>
      <w:r>
        <w:rPr>
          <w:b w:val="0"/>
          <w:i w:val="0"/>
          <w:smallCaps w:val="0"/>
          <w:strike w:val="0"/>
          <w:sz w:val="22"/>
          <w:u w:val="single"/>
        </w:rPr>
        <w:t>nologies and leveraging themselves into a totalitarian singleto</w:t>
      </w:r>
      <w:r>
        <w:rPr>
          <w:b w:val="0"/>
          <w:i w:val="0"/>
          <w:smallCaps w:val="0"/>
          <w:strike w:val="0"/>
          <w:sz w:val="16"/>
          <w:u w:val="none"/>
        </w:rPr>
        <w:t xml:space="preserve">n. </w:t>
      </w:r>
      <w:r>
        <w:rPr>
          <w:b w:val="0"/>
          <w:i w:val="0"/>
          <w:smallCaps w:val="0"/>
          <w:strike w:val="0"/>
          <w:sz w:val="22"/>
          <w:u w:val="single"/>
        </w:rPr>
        <w:t>If this group were to get those tech</w:t>
      </w:r>
      <w:r>
        <w:rPr>
          <w:b w:val="0"/>
          <w:i w:val="0"/>
          <w:smallCaps w:val="0"/>
          <w:strike w:val="0"/>
          <w:sz w:val="16"/>
          <w:u w:val="none"/>
        </w:rPr>
        <w:t xml:space="preserve">nologies </w:t>
      </w:r>
      <w:r>
        <w:rPr>
          <w:b w:val="0"/>
          <w:i w:val="0"/>
          <w:smallCaps w:val="0"/>
          <w:strike w:val="0"/>
          <w:sz w:val="22"/>
          <w:u w:val="single"/>
        </w:rPr>
        <w:t>beforehand</w:t>
      </w:r>
      <w:r>
        <w:rPr>
          <w:b w:val="0"/>
          <w:i w:val="0"/>
          <w:smallCaps w:val="0"/>
          <w:strike w:val="0"/>
          <w:sz w:val="16"/>
          <w:u w:val="none"/>
        </w:rPr>
        <w:t xml:space="preserve">, </w:t>
      </w:r>
      <w:r>
        <w:rPr>
          <w:b w:val="0"/>
          <w:i w:val="0"/>
          <w:smallCaps w:val="0"/>
          <w:strike w:val="0"/>
          <w:sz w:val="22"/>
          <w:u w:val="single"/>
        </w:rPr>
        <w:t xml:space="preserve">stopping them would </w:t>
      </w:r>
      <w:r>
        <w:rPr>
          <w:b/>
          <w:i w:val="0"/>
          <w:smallCaps w:val="0"/>
          <w:strike w:val="0"/>
          <w:sz w:val="22"/>
          <w:u w:val="single"/>
        </w:rPr>
        <w:t>likely be difficult</w:t>
      </w:r>
      <w:r>
        <w:rPr>
          <w:b w:val="0"/>
          <w:i w:val="0"/>
          <w:smallCaps w:val="0"/>
          <w:strike w:val="0"/>
          <w:sz w:val="16"/>
          <w:u w:val="none"/>
        </w:rPr>
        <w:t xml:space="preserve">. </w:t>
      </w:r>
      <w:r>
        <w:rPr>
          <w:b w:val="0"/>
          <w:i w:val="0"/>
          <w:smallCaps w:val="0"/>
          <w:strike w:val="0"/>
          <w:sz w:val="22"/>
          <w:u w:val="single"/>
        </w:rPr>
        <w:t>If humanity may soon need to deal with the issue of black ball technologies and turn-key totalitarianism is a possible solution</w:t>
      </w:r>
      <w:r>
        <w:rPr>
          <w:b w:val="0"/>
          <w:i w:val="0"/>
          <w:smallCaps w:val="0"/>
          <w:strike w:val="0"/>
          <w:sz w:val="16"/>
          <w:u w:val="none"/>
        </w:rPr>
        <w:t xml:space="preserve">, </w:t>
      </w:r>
      <w:r>
        <w:rPr>
          <w:b w:val="0"/>
          <w:i w:val="0"/>
          <w:smallCaps w:val="0"/>
          <w:strike w:val="0"/>
          <w:sz w:val="22"/>
          <w:u w:val="single"/>
        </w:rPr>
        <w:t>it is important to have considered this problem on the global level ahead of time</w:t>
      </w:r>
      <w:r>
        <w:rPr>
          <w:b w:val="0"/>
          <w:i w:val="0"/>
          <w:smallCaps w:val="0"/>
          <w:strike w:val="0"/>
          <w:sz w:val="16"/>
          <w:u w:val="none"/>
        </w:rPr>
        <w:t>.</w:t>
      </w:r>
    </w:p>
    <w:p>
      <w:pPr>
        <w:spacing w:after="60"/>
      </w:pPr>
      <w:r>
        <w:rPr>
          <w:b w:val="0"/>
          <w:i w:val="0"/>
          <w:smallCaps w:val="0"/>
          <w:strike w:val="0"/>
          <w:sz w:val="16"/>
          <w:u w:val="none"/>
        </w:rPr>
        <w:t>Questions for the Future</w:t>
      </w:r>
    </w:p>
    <w:p>
      <w:pPr>
        <w:spacing w:after="60"/>
      </w:pPr>
      <w:r>
        <w:rPr>
          <w:b w:val="0"/>
          <w:i w:val="0"/>
          <w:smallCaps w:val="0"/>
          <w:strike w:val="0"/>
          <w:sz w:val="22"/>
          <w:highlight w:val="cyan"/>
          <w:u w:val="single"/>
        </w:rPr>
        <w:t>How</w:t>
      </w:r>
      <w:r>
        <w:rPr>
          <w:b w:val="0"/>
          <w:i w:val="0"/>
          <w:smallCaps w:val="0"/>
          <w:strike w:val="0"/>
          <w:sz w:val="22"/>
          <w:u w:val="single"/>
        </w:rPr>
        <w:t xml:space="preserve"> </w:t>
      </w:r>
      <w:r>
        <w:rPr>
          <w:b w:val="0"/>
          <w:i w:val="0"/>
          <w:smallCaps w:val="0"/>
          <w:strike w:val="0"/>
          <w:sz w:val="22"/>
          <w:highlight w:val="cyan"/>
          <w:u w:val="single"/>
        </w:rPr>
        <w:t xml:space="preserve">to most efficiently </w:t>
      </w:r>
      <w:r>
        <w:rPr>
          <w:b/>
          <w:i w:val="0"/>
          <w:smallCaps w:val="0"/>
          <w:strike w:val="0"/>
          <w:sz w:val="22"/>
          <w:highlight w:val="cyan"/>
          <w:u w:val="single"/>
        </w:rPr>
        <w:t>promote good global governance</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address the global coordination</w:t>
      </w:r>
      <w:r>
        <w:rPr>
          <w:b w:val="0"/>
          <w:i w:val="0"/>
          <w:smallCaps w:val="0"/>
          <w:strike w:val="0"/>
          <w:sz w:val="22"/>
          <w:u w:val="single"/>
        </w:rPr>
        <w:t xml:space="preserve"> problem</w:t>
      </w:r>
      <w:r>
        <w:rPr>
          <w:b w:val="0"/>
          <w:i w:val="0"/>
          <w:smallCaps w:val="0"/>
          <w:strike w:val="0"/>
          <w:sz w:val="16"/>
          <w:u w:val="none"/>
        </w:rPr>
        <w:t>?</w:t>
      </w:r>
    </w:p>
    <w:p>
      <w:pPr>
        <w:spacing w:after="60"/>
      </w:pPr>
      <w:r>
        <w:rPr>
          <w:b w:val="0"/>
          <w:i w:val="0"/>
          <w:smallCaps w:val="0"/>
          <w:strike w:val="0"/>
          <w:sz w:val="16"/>
          <w:u w:val="none"/>
        </w:rPr>
        <w:t>How to safeguard against the lock-in of destructive values?</w:t>
      </w:r>
    </w:p>
    <w:p>
      <w:pPr>
        <w:spacing w:after="60"/>
      </w:pPr>
      <w:r>
        <w:rPr>
          <w:b w:val="0"/>
          <w:i w:val="0"/>
          <w:smallCaps w:val="0"/>
          <w:strike w:val="0"/>
          <w:sz w:val="22"/>
          <w:u w:val="single"/>
        </w:rPr>
        <w:t>Given recent human history</w:t>
      </w:r>
      <w:r>
        <w:rPr>
          <w:b w:val="0"/>
          <w:i w:val="0"/>
          <w:smallCaps w:val="0"/>
          <w:strike w:val="0"/>
          <w:sz w:val="16"/>
          <w:u w:val="none"/>
        </w:rPr>
        <w:t xml:space="preserve">, the possibility of </w:t>
      </w:r>
      <w:r>
        <w:rPr>
          <w:b w:val="0"/>
          <w:i w:val="0"/>
          <w:smallCaps w:val="0"/>
          <w:strike w:val="0"/>
          <w:sz w:val="22"/>
          <w:u w:val="single"/>
        </w:rPr>
        <w:t>totalitarianism</w:t>
      </w:r>
      <w:r>
        <w:rPr>
          <w:b w:val="0"/>
          <w:i w:val="0"/>
          <w:smallCaps w:val="0"/>
          <w:strike w:val="0"/>
          <w:sz w:val="16"/>
          <w:u w:val="none"/>
        </w:rPr>
        <w:t xml:space="preserve"> becoming an indirect existential risk is imaginable. Other possible threats from Great Power Conflicts and climate change could be made much worse through the rise of robust totalitarian governments. Further, it </w:t>
      </w:r>
      <w:r>
        <w:rPr>
          <w:b/>
          <w:i w:val="0"/>
          <w:smallCaps w:val="0"/>
          <w:strike w:val="0"/>
          <w:sz w:val="22"/>
          <w:highlight w:val="cyan"/>
          <w:u w:val="single"/>
        </w:rPr>
        <w:t>is possible to see how efforts</w:t>
      </w:r>
      <w:r>
        <w:rPr>
          <w:b w:val="0"/>
          <w:i w:val="0"/>
          <w:smallCaps w:val="0"/>
          <w:strike w:val="0"/>
          <w:sz w:val="22"/>
          <w:highlight w:val="cyan"/>
          <w:u w:val="single"/>
        </w:rPr>
        <w:t xml:space="preserve"> to </w:t>
      </w:r>
      <w:r>
        <w:rPr>
          <w:b/>
          <w:i w:val="0"/>
          <w:smallCaps w:val="0"/>
          <w:strike w:val="0"/>
          <w:sz w:val="22"/>
          <w:highlight w:val="cyan"/>
          <w:u w:val="single"/>
        </w:rPr>
        <w:t>mitigate existential risks</w:t>
      </w:r>
      <w:r>
        <w:rPr>
          <w:b w:val="0"/>
          <w:i w:val="0"/>
          <w:smallCaps w:val="0"/>
          <w:strike w:val="0"/>
          <w:sz w:val="22"/>
          <w:highlight w:val="cyan"/>
          <w:u w:val="single"/>
        </w:rPr>
        <w:t>,</w:t>
      </w:r>
      <w:r>
        <w:rPr>
          <w:b w:val="0"/>
          <w:i w:val="0"/>
          <w:smallCaps w:val="0"/>
          <w:strike w:val="0"/>
          <w:sz w:val="16"/>
          <w:highlight w:val="cyan"/>
          <w:u w:val="none"/>
        </w:rPr>
        <w:t xml:space="preserve"> </w:t>
      </w:r>
      <w:r>
        <w:rPr>
          <w:b w:val="0"/>
          <w:i w:val="0"/>
          <w:smallCaps w:val="0"/>
          <w:strike w:val="0"/>
          <w:sz w:val="22"/>
          <w:u w:val="single"/>
        </w:rPr>
        <w:t>such</w:t>
      </w:r>
      <w:r>
        <w:rPr>
          <w:b w:val="0"/>
          <w:i w:val="0"/>
          <w:smallCaps w:val="0"/>
          <w:strike w:val="0"/>
          <w:sz w:val="22"/>
          <w:u w:val="single"/>
        </w:rPr>
        <w:t xml:space="preserve"> as those posed by emerging tech</w:t>
      </w:r>
      <w:r>
        <w:rPr>
          <w:b w:val="0"/>
          <w:i w:val="0"/>
          <w:smallCaps w:val="0"/>
          <w:strike w:val="0"/>
          <w:sz w:val="16"/>
          <w:u w:val="none"/>
        </w:rPr>
        <w:t xml:space="preserve">nologies, </w:t>
      </w:r>
      <w:r>
        <w:rPr>
          <w:b w:val="0"/>
          <w:i w:val="0"/>
          <w:smallCaps w:val="0"/>
          <w:strike w:val="0"/>
          <w:sz w:val="22"/>
          <w:u w:val="single"/>
        </w:rPr>
        <w:t>may empower a totalitarian regime</w:t>
      </w:r>
      <w:r>
        <w:rPr>
          <w:b w:val="0"/>
          <w:i w:val="0"/>
          <w:smallCaps w:val="0"/>
          <w:strike w:val="0"/>
          <w:sz w:val="16"/>
          <w:u w:val="none"/>
        </w:rPr>
        <w:t xml:space="preserve">. </w:t>
      </w:r>
      <w:r>
        <w:rPr>
          <w:b w:val="0"/>
          <w:i w:val="0"/>
          <w:smallCaps w:val="0"/>
          <w:strike w:val="0"/>
          <w:sz w:val="22"/>
          <w:u w:val="single"/>
        </w:rPr>
        <w:t>Suppose humanity is to survive the challenges ahead and be able to respond to the challenges we do not yet see</w:t>
      </w:r>
      <w:r>
        <w:rPr>
          <w:b w:val="0"/>
          <w:i w:val="0"/>
          <w:smallCaps w:val="0"/>
          <w:strike w:val="0"/>
          <w:sz w:val="16"/>
          <w:u w:val="none"/>
        </w:rPr>
        <w:t xml:space="preserve">. In that case, </w:t>
      </w:r>
      <w:r>
        <w:rPr>
          <w:b/>
          <w:i w:val="0"/>
          <w:smallCaps w:val="0"/>
          <w:strike w:val="0"/>
          <w:sz w:val="22"/>
          <w:highlight w:val="cyan"/>
          <w:u w:val="single"/>
        </w:rPr>
        <w:t>global governance</w:t>
      </w:r>
      <w:r>
        <w:rPr>
          <w:b w:val="0"/>
          <w:i w:val="0"/>
          <w:smallCaps w:val="0"/>
          <w:strike w:val="0"/>
          <w:sz w:val="22"/>
          <w:highlight w:val="cyan"/>
          <w:u w:val="single"/>
        </w:rPr>
        <w:t xml:space="preserve"> and </w:t>
      </w:r>
      <w:r>
        <w:rPr>
          <w:b/>
          <w:i w:val="0"/>
          <w:smallCaps w:val="0"/>
          <w:strike w:val="0"/>
          <w:sz w:val="22"/>
          <w:highlight w:val="cyan"/>
          <w:u w:val="single"/>
        </w:rPr>
        <w:t>coordination questions</w:t>
      </w:r>
      <w:r>
        <w:rPr>
          <w:b w:val="0"/>
          <w:i w:val="0"/>
          <w:smallCaps w:val="0"/>
          <w:strike w:val="0"/>
          <w:sz w:val="22"/>
          <w:highlight w:val="cyan"/>
          <w:u w:val="single"/>
        </w:rPr>
        <w:t xml:space="preserve"> need to be at the center of </w:t>
      </w:r>
      <w:r>
        <w:rPr>
          <w:b/>
          <w:i w:val="0"/>
          <w:smallCaps w:val="0"/>
          <w:strike w:val="0"/>
          <w:sz w:val="22"/>
          <w:highlight w:val="cyan"/>
          <w:u w:val="single"/>
        </w:rPr>
        <w:t>peace research</w:t>
      </w:r>
      <w:r>
        <w:rPr>
          <w:b w:val="0"/>
          <w:i w:val="0"/>
          <w:smallCaps w:val="0"/>
          <w:strike w:val="0"/>
          <w:sz w:val="22"/>
          <w:highlight w:val="cyan"/>
          <w:u w:val="single"/>
        </w:rPr>
        <w:t>.</w:t>
      </w:r>
    </w:p>
    <w:p>
      <w:pPr>
        <w:spacing w:after="60"/>
      </w:pPr>
      <w:r>
        <w:rPr>
          <w:b w:val="0"/>
          <w:i w:val="0"/>
          <w:smallCaps w:val="0"/>
          <w:strike w:val="0"/>
          <w:sz w:val="16"/>
          <w:u w:val="none"/>
        </w:rPr>
        <w:t>References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