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USFG is the three branches established by the constitution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US Legal</w:t>
      </w:r>
      <w:r>
        <w:rPr>
          <w:b w:val="0"/>
          <w:i w:val="0"/>
          <w:smallCaps w:val="0"/>
          <w:strike w:val="0"/>
          <w:u w:val="none"/>
        </w:rPr>
        <w:t xml:space="preserve"> [United States Federal Government Law and Legal Definition. https://definitions.uslegal.com/u/united-states-federal-government/]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u w:val="single"/>
        </w:rPr>
        <w:t>U</w:t>
      </w:r>
      <w:r>
        <w:rPr>
          <w:b w:val="0"/>
          <w:i w:val="0"/>
          <w:smallCaps w:val="0"/>
          <w:strike w:val="0"/>
          <w:u w:val="single"/>
        </w:rPr>
        <w:t xml:space="preserve">nited </w:t>
      </w:r>
      <w:r>
        <w:rPr>
          <w:b/>
          <w:i w:val="0"/>
          <w:smallCaps w:val="0"/>
          <w:strike w:val="0"/>
          <w:u w:val="single"/>
        </w:rPr>
        <w:t>S</w:t>
      </w:r>
      <w:r>
        <w:rPr>
          <w:b w:val="0"/>
          <w:i w:val="0"/>
          <w:smallCaps w:val="0"/>
          <w:strike w:val="0"/>
          <w:u w:val="single"/>
        </w:rPr>
        <w:t xml:space="preserve">tates </w:t>
      </w:r>
      <w:r>
        <w:rPr>
          <w:b/>
          <w:i w:val="0"/>
          <w:smallCaps w:val="0"/>
          <w:strike w:val="0"/>
          <w:u w:val="single"/>
        </w:rPr>
        <w:t>F</w:t>
      </w:r>
      <w:r>
        <w:rPr>
          <w:b w:val="0"/>
          <w:i w:val="0"/>
          <w:smallCaps w:val="0"/>
          <w:strike w:val="0"/>
          <w:u w:val="single"/>
        </w:rPr>
        <w:t xml:space="preserve">ederal </w:t>
      </w:r>
      <w:r>
        <w:rPr>
          <w:b/>
          <w:i w:val="0"/>
          <w:smallCaps w:val="0"/>
          <w:strike w:val="0"/>
          <w:u w:val="single"/>
        </w:rPr>
        <w:t>G</w:t>
      </w:r>
      <w:r>
        <w:rPr>
          <w:b w:val="0"/>
          <w:i w:val="0"/>
          <w:smallCaps w:val="0"/>
          <w:strike w:val="0"/>
          <w:u w:val="single"/>
        </w:rPr>
        <w:t>overnment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u w:val="single"/>
        </w:rPr>
        <w:t>established by the US Constitution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Federal Government shares sovereignty over the United Sates with the individual governments of the States of US. The Federal government </w:t>
      </w:r>
      <w:r>
        <w:rPr>
          <w:b/>
          <w:i w:val="0"/>
          <w:smallCaps w:val="0"/>
          <w:strike w:val="0"/>
          <w:u w:val="single"/>
        </w:rPr>
        <w:t>has three branches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</w:t>
      </w:r>
      <w:r>
        <w:rPr>
          <w:b w:val="0"/>
          <w:i w:val="0"/>
          <w:smallCaps w:val="0"/>
          <w:strike w:val="0"/>
          <w:sz w:val="16"/>
          <w:u w:val="non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</w:t>
      </w:r>
      <w:r>
        <w:rPr>
          <w:b w:val="0"/>
          <w:i w:val="0"/>
          <w:smallCaps w:val="0"/>
          <w:strike w:val="0"/>
          <w:u w:val="single"/>
        </w:rPr>
        <w:t>the legislature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is the US Congress, ii) </w:t>
      </w:r>
      <w:r>
        <w:rPr>
          <w:b w:val="0"/>
          <w:i w:val="0"/>
          <w:smallCaps w:val="0"/>
          <w:strike w:val="0"/>
          <w:u w:val="single"/>
        </w:rPr>
        <w:t>Executive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comprised of the President and Vice president of the US </w:t>
      </w:r>
      <w:r>
        <w:rPr>
          <w:b w:val="0"/>
          <w:i w:val="0"/>
          <w:smallCaps w:val="0"/>
          <w:strike w:val="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iii) </w:t>
      </w:r>
      <w:r>
        <w:rPr>
          <w:b w:val="0"/>
          <w:i w:val="0"/>
          <w:smallCaps w:val="0"/>
          <w:strike w:val="0"/>
          <w:u w:val="single"/>
        </w:rPr>
        <w:t>Judiciary</w:t>
      </w:r>
      <w:r>
        <w:rPr>
          <w:b w:val="0"/>
          <w:i w:val="0"/>
          <w:smallCaps w:val="0"/>
          <w:strike w:val="0"/>
          <w:sz w:val="16"/>
          <w:u w:val="none"/>
        </w:rPr>
        <w:t>. The US Constitution prescribes a system of separation of powers and ‘checks and balances’ for the smooth functioning of all the three branches of the Federal Government</w:t>
      </w:r>
      <w:r>
        <w:rPr>
          <w:b w:val="0"/>
          <w:i w:val="0"/>
          <w:smallCaps w:val="0"/>
          <w:strike w:val="0"/>
          <w:u w:val="single"/>
        </w:rPr>
        <w:t xml:space="preserve">. The US Constitution limits the powers of the Federal Government to the powers assigned to it; all powers not expressly assigned to the Federal Government are </w:t>
      </w:r>
      <w:r>
        <w:rPr>
          <w:b/>
          <w:i w:val="0"/>
          <w:smallCaps w:val="0"/>
          <w:strike w:val="0"/>
          <w:u w:val="single"/>
        </w:rPr>
        <w:t>reserved to the States</w:t>
      </w:r>
      <w:r>
        <w:rPr>
          <w:b w:val="0"/>
          <w:i w:val="0"/>
          <w:smallCaps w:val="0"/>
          <w:strike w:val="0"/>
          <w:u w:val="single"/>
        </w:rPr>
        <w:t xml:space="preserve"> or to the people.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