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u w:val="none"/>
        </w:rPr>
        <w:t xml:space="preserve">Patents </w:t>
      </w:r>
      <w:r>
        <w:rPr>
          <w:b/>
          <w:i w:val="0"/>
          <w:smallCaps w:val="0"/>
          <w:strike w:val="0"/>
          <w:u w:val="single"/>
        </w:rPr>
        <w:t>discourage</w:t>
      </w:r>
      <w:r>
        <w:rPr>
          <w:b/>
          <w:i w:val="0"/>
          <w:smallCaps w:val="0"/>
          <w:strike w:val="0"/>
          <w:u w:val="none"/>
        </w:rPr>
        <w:t xml:space="preserve"> innovation---the counterplan solves</w:t>
      </w:r>
    </w:p>
    <w:p>
      <w:pPr>
        <w:spacing w:after="80"/>
      </w:pPr>
      <w:r>
        <w:rPr>
          <w:b/>
          <w:i w:val="0"/>
          <w:smallCaps w:val="0"/>
          <w:strike w:val="0"/>
          <w:sz w:val="22"/>
          <w:u w:val="none"/>
        </w:rPr>
        <w:t xml:space="preserve">Levine ’16 </w:t>
      </w:r>
      <w:r>
        <w:rPr>
          <w:b w:val="0"/>
          <w:i w:val="0"/>
          <w:smallCaps w:val="0"/>
          <w:strike w:val="0"/>
          <w:u w:val="none"/>
        </w:rPr>
        <w:t xml:space="preserve">[David; July 28; Ph.D. and John H. Biggs Distinguished Professor Emeritus at </w:t>
      </w:r>
      <w:r>
        <w:rPr>
          <w:b w:val="0"/>
          <w:i w:val="0"/>
          <w:smallCaps w:val="0"/>
          <w:strike w:val="0"/>
          <w:u w:val="none"/>
        </w:rPr>
        <w:t xml:space="preserve">, studying </w:t>
      </w:r>
      <w:r>
        <w:rPr>
          <w:b w:val="0"/>
          <w:i w:val="0"/>
          <w:smallCaps w:val="0"/>
          <w:strike w:val="0"/>
          <w:u w:val="none"/>
        </w:rPr>
        <w:t xml:space="preserve"> and endogenous growth in dynamic general equilibrium models; Science Business, “The Great IP Debate: Do patents do more harm than good?” 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Patents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discourage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When Steve Jobs and Steve Wozniak started developing the first Apple computers in a garage, they did not worry much about patents. They shared and borrowed ideas from their network of fellow geeks.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 they had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had to </w:t>
      </w:r>
      <w:r>
        <w:rPr>
          <w:b/>
          <w:i w:val="0"/>
          <w:smallCaps w:val="0"/>
          <w:strike w:val="0"/>
          <w:sz w:val="22"/>
          <w:u w:val="single"/>
        </w:rPr>
        <w:t xml:space="preserve">pay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royalties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all the software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they borrowed,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today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would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email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no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smartphones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no What’s App,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no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Google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most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important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software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innovations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happened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before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US began allowing </w:t>
      </w:r>
      <w:r>
        <w:rPr>
          <w:b/>
          <w:i w:val="0"/>
          <w:smallCaps w:val="0"/>
          <w:strike w:val="0"/>
          <w:sz w:val="22"/>
          <w:u w:val="single"/>
        </w:rPr>
        <w:t xml:space="preserve">software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(in Europe, software patents as such are not possible.)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More recently, the pace of innovation </w:t>
      </w:r>
      <w:r>
        <w:rPr>
          <w:b/>
          <w:i w:val="0"/>
          <w:smallCaps w:val="0"/>
          <w:strike w:val="0"/>
          <w:sz w:val="22"/>
          <w:u w:val="single"/>
        </w:rPr>
        <w:t>slowed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Today, patents are often used as </w:t>
      </w:r>
      <w:r>
        <w:rPr>
          <w:b/>
          <w:i w:val="0"/>
          <w:smallCaps w:val="0"/>
          <w:strike w:val="0"/>
          <w:sz w:val="22"/>
          <w:u w:val="single"/>
        </w:rPr>
        <w:t>weapons</w:t>
      </w:r>
      <w:r>
        <w:rPr>
          <w:b w:val="0"/>
          <w:i w:val="0"/>
          <w:smallCaps w:val="0"/>
          <w:strike w:val="0"/>
          <w:sz w:val="16"/>
          <w:u w:val="none"/>
        </w:rPr>
        <w:t>. In the 1950s, an American inventor filed so-called “submarine patents” to claim an early form of machine vision technology; when others decades later developed bar code and other machine readers he sued to protect his previously unnoticed patents and collected more than $1 billion – even though the real development work had been done by others.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another example,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big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today routinely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cross-license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avoid blocking one another – but in the process also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block</w:t>
      </w:r>
      <w:r>
        <w:rPr>
          <w:b/>
          <w:i w:val="0"/>
          <w:smallCaps w:val="0"/>
          <w:strike w:val="0"/>
          <w:sz w:val="22"/>
          <w:u w:val="single"/>
        </w:rPr>
        <w:t xml:space="preserve"> new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entrants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disrupt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 market</w:t>
      </w:r>
      <w:r>
        <w:rPr>
          <w:b w:val="0"/>
          <w:i w:val="0"/>
          <w:smallCaps w:val="0"/>
          <w:strike w:val="0"/>
          <w:sz w:val="22"/>
          <w:u w:val="single"/>
        </w:rPr>
        <w:t>, improve services and lower costs</w:t>
      </w:r>
      <w:r>
        <w:rPr>
          <w:b w:val="0"/>
          <w:i w:val="0"/>
          <w:smallCaps w:val="0"/>
          <w:strike w:val="0"/>
          <w:sz w:val="16"/>
          <w:u w:val="none"/>
        </w:rPr>
        <w:t>. That hurts consumers and inventors.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Patents are not necessary for economic growth. While the US and Europe have long-established patent systems, China’s high-growth economy does not; only recently has its domestic patent system grown, and its purpose is not so much to protect inventors as to lend credibility to their work.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In fact, patents actually hurt the economy. In the US,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cost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trolls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firms that acquire strategic patents and use legal threats to extract steep royalties from real innovators –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amounts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12 per cent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business </w:t>
      </w:r>
      <w:r>
        <w:rPr>
          <w:b/>
          <w:i w:val="0"/>
          <w:smallCaps w:val="0"/>
          <w:strike w:val="0"/>
          <w:sz w:val="22"/>
          <w:u w:val="single"/>
        </w:rPr>
        <w:t xml:space="preserve">R&amp;D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spending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It is, in essence,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new tax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Society can be </w:t>
      </w:r>
      <w:r>
        <w:rPr>
          <w:b/>
          <w:i w:val="0"/>
          <w:smallCaps w:val="0"/>
          <w:strike w:val="0"/>
          <w:sz w:val="22"/>
          <w:u w:val="single"/>
        </w:rPr>
        <w:t>more innovative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without patents.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One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study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Great Exhibition of 1851, the world’s first technology fair in London,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found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 xml:space="preserve">only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10 per cent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innovations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display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had been patented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More recently,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Carnegie Mellon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survey of companies in the mid-1990s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found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fewer than half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innovations had been patented. 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nother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survey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European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companies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found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just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25 percent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process innovations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36 per cent of product innovations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were patented.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Most</w:t>
      </w:r>
      <w:r>
        <w:rPr>
          <w:b/>
          <w:i w:val="0"/>
          <w:smallCaps w:val="0"/>
          <w:strike w:val="0"/>
          <w:sz w:val="22"/>
          <w:u w:val="single"/>
        </w:rPr>
        <w:t xml:space="preserve"> innovations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were protected using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advantages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first mover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trade secrets.</w:t>
      </w:r>
    </w:p>
    <w:p>
      <w:pPr>
        <w:pStyle w:val="Caption"/>
      </w:pPr>
      <w:r>
        <w:t>Source: Patents Bad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