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u w:val="none"/>
        </w:rPr>
        <w:t xml:space="preserve">AI patents </w:t>
      </w:r>
      <w:r>
        <w:rPr>
          <w:b/>
          <w:i w:val="0"/>
          <w:smallCaps w:val="0"/>
          <w:strike w:val="0"/>
          <w:u w:val="single"/>
        </w:rPr>
        <w:t>depress</w:t>
      </w:r>
      <w:r>
        <w:rPr>
          <w:b/>
          <w:i w:val="0"/>
          <w:smallCaps w:val="0"/>
          <w:strike w:val="0"/>
          <w:u w:val="none"/>
        </w:rPr>
        <w:t xml:space="preserve"> innovation---</w:t>
      </w:r>
      <w:r>
        <w:rPr>
          <w:b/>
          <w:i w:val="0"/>
          <w:smallCaps w:val="0"/>
          <w:strike w:val="0"/>
          <w:u w:val="single"/>
        </w:rPr>
        <w:t>laundry list</w:t>
      </w:r>
      <w:r>
        <w:rPr>
          <w:b/>
          <w:i w:val="0"/>
          <w:smallCaps w:val="0"/>
          <w:strike w:val="0"/>
          <w:u w:val="none"/>
        </w:rPr>
        <w:t>.</w:t>
      </w:r>
    </w:p>
    <w:p>
      <w:pPr>
        <w:spacing w:after="80"/>
      </w:pPr>
      <w:r>
        <w:rPr>
          <w:b/>
          <w:i w:val="0"/>
          <w:smallCaps w:val="0"/>
          <w:strike w:val="0"/>
          <w:sz w:val="22"/>
          <w:u w:val="none"/>
        </w:rPr>
        <w:t xml:space="preserve">Raid ’18 </w:t>
      </w:r>
      <w:r>
        <w:rPr>
          <w:b w:val="0"/>
          <w:i w:val="0"/>
          <w:smallCaps w:val="0"/>
          <w:strike w:val="0"/>
          <w:u w:val="none"/>
        </w:rPr>
        <w:t xml:space="preserve">[Shlomit and </w:t>
      </w:r>
      <w:r>
        <w:rPr>
          <w:b w:val="0"/>
          <w:i w:val="0"/>
          <w:smallCaps w:val="0"/>
          <w:strike w:val="0"/>
          <w:u w:val="none"/>
        </w:rPr>
        <w:t>Xiaoqiong</w:t>
      </w:r>
      <w:r>
        <w:rPr>
          <w:b w:val="0"/>
          <w:i w:val="0"/>
          <w:smallCaps w:val="0"/>
          <w:strike w:val="0"/>
          <w:u w:val="none"/>
        </w:rPr>
        <w:t xml:space="preserve"> Liu; August 2018; Professor of Law at Yale University, Visiting Professor at the Fordham University School of Law, Fellow at the Information Society Project; Engineer and Fellow at the Fordham Intellectual Property Institute; Cardozo Law Review, “When Artificial Intelligence Systems Produce Inventions: An Alternative Model for Patent Law at the 3A Era,” vol. 39]</w:t>
      </w:r>
    </w:p>
    <w:p>
      <w:pPr>
        <w:spacing w:after="60"/>
      </w:pPr>
      <w:r>
        <w:rPr>
          <w:b w:val="0"/>
          <w:i w:val="0"/>
          <w:smallCaps w:val="0"/>
          <w:strike w:val="0"/>
          <w:sz w:val="16"/>
          <w:u w:val="none"/>
        </w:rPr>
        <w:t>VI. An Alternative Model for Patent Law at the 3A Era - Incentivizing Stakeholders Within the AI Multiplayer Model</w:t>
      </w:r>
    </w:p>
    <w:p>
      <w:pPr>
        <w:spacing w:after="60"/>
      </w:pPr>
      <w:r>
        <w:rPr>
          <w:b w:val="0"/>
          <w:i w:val="0"/>
          <w:smallCaps w:val="0"/>
          <w:strike w:val="0"/>
          <w:sz w:val="16"/>
          <w:u w:val="none"/>
        </w:rPr>
        <w:t>A. Rethinking the Incentive Effect of the Current Patent Regime</w:t>
      </w:r>
    </w:p>
    <w:p>
      <w:pPr>
        <w:spacing w:after="60"/>
      </w:pPr>
      <w:r>
        <w:rPr>
          <w:b w:val="0"/>
          <w:i w:val="0"/>
          <w:smallCaps w:val="0"/>
          <w:strike w:val="0"/>
          <w:sz w:val="16"/>
          <w:u w:val="none"/>
        </w:rPr>
        <w:t xml:space="preserve">The patent reward in general is questionable. Scholars argue that </w:t>
      </w:r>
      <w:r>
        <w:rPr>
          <w:b/>
          <w:i w:val="0"/>
          <w:smallCaps w:val="0"/>
          <w:strike w:val="0"/>
          <w:sz w:val="22"/>
          <w:highlight w:val="cyan"/>
          <w:u w:val="single"/>
        </w:rPr>
        <w:t>patent</w:t>
      </w:r>
      <w:r>
        <w:rPr>
          <w:b w:val="0"/>
          <w:i w:val="0"/>
          <w:smallCaps w:val="0"/>
          <w:strike w:val="0"/>
          <w:sz w:val="22"/>
          <w:u w:val="single"/>
        </w:rPr>
        <w:t xml:space="preserve"> law</w:t>
      </w:r>
      <w:r>
        <w:rPr>
          <w:b/>
          <w:i w:val="0"/>
          <w:smallCaps w:val="0"/>
          <w:strike w:val="0"/>
          <w:sz w:val="22"/>
          <w:highlight w:val="cyan"/>
          <w:u w:val="single"/>
        </w:rPr>
        <w:t>s</w:t>
      </w:r>
      <w:r>
        <w:rPr>
          <w:b w:val="0"/>
          <w:i w:val="0"/>
          <w:smallCaps w:val="0"/>
          <w:strike w:val="0"/>
          <w:sz w:val="22"/>
          <w:u w:val="single"/>
        </w:rPr>
        <w:t xml:space="preserve"> fail</w:t>
      </w:r>
      <w:r>
        <w:rPr>
          <w:b w:val="0"/>
          <w:i w:val="0"/>
          <w:smallCaps w:val="0"/>
          <w:strike w:val="0"/>
          <w:sz w:val="16"/>
          <w:u w:val="none"/>
        </w:rPr>
        <w:t xml:space="preserve"> to reach their goal of maximizing benefit to society. Granting twenty years of exclusive rights to the inventor or the inventor's transferee </w:t>
      </w:r>
      <w:r>
        <w:rPr>
          <w:b w:val="0"/>
          <w:i w:val="0"/>
          <w:smallCaps w:val="0"/>
          <w:strike w:val="0"/>
          <w:sz w:val="22"/>
          <w:highlight w:val="cyan"/>
          <w:u w:val="single"/>
        </w:rPr>
        <w:t xml:space="preserve">may </w:t>
      </w:r>
      <w:r>
        <w:rPr>
          <w:b/>
          <w:i w:val="0"/>
          <w:smallCaps w:val="0"/>
          <w:strike w:val="0"/>
          <w:sz w:val="22"/>
          <w:highlight w:val="cyan"/>
          <w:u w:val="single"/>
        </w:rPr>
        <w:t>not</w:t>
      </w:r>
      <w:r>
        <w:rPr>
          <w:b/>
          <w:i w:val="0"/>
          <w:smallCaps w:val="0"/>
          <w:strike w:val="0"/>
          <w:sz w:val="22"/>
          <w:u w:val="single"/>
        </w:rPr>
        <w:t xml:space="preserve"> significantly </w:t>
      </w:r>
      <w:r>
        <w:rPr>
          <w:b/>
          <w:i w:val="0"/>
          <w:smallCaps w:val="0"/>
          <w:strike w:val="0"/>
          <w:sz w:val="22"/>
          <w:highlight w:val="cyan"/>
          <w:u w:val="single"/>
        </w:rPr>
        <w:t>incentivize</w:t>
      </w:r>
      <w:r>
        <w:rPr>
          <w:b w:val="0"/>
          <w:i w:val="0"/>
          <w:smallCaps w:val="0"/>
          <w:strike w:val="0"/>
          <w:sz w:val="22"/>
          <w:highlight w:val="cyan"/>
          <w:u w:val="single"/>
        </w:rPr>
        <w:t xml:space="preserve"> inventors. </w:t>
      </w:r>
      <w:r>
        <w:rPr>
          <w:b/>
          <w:i w:val="0"/>
          <w:smallCaps w:val="0"/>
          <w:strike w:val="0"/>
          <w:sz w:val="22"/>
          <w:highlight w:val="cyan"/>
          <w:u w:val="single"/>
        </w:rPr>
        <w:t>Surveys</w:t>
      </w:r>
      <w:r>
        <w:rPr>
          <w:b w:val="0"/>
          <w:i w:val="0"/>
          <w:smallCaps w:val="0"/>
          <w:strike w:val="0"/>
          <w:sz w:val="22"/>
          <w:highlight w:val="cyan"/>
          <w:u w:val="single"/>
        </w:rPr>
        <w:t xml:space="preserve"> show</w:t>
      </w:r>
      <w:r>
        <w:rPr>
          <w:b w:val="0"/>
          <w:i w:val="0"/>
          <w:smallCaps w:val="0"/>
          <w:strike w:val="0"/>
          <w:sz w:val="22"/>
          <w:u w:val="single"/>
        </w:rPr>
        <w:t xml:space="preserve"> that </w:t>
      </w:r>
      <w:r>
        <w:rPr>
          <w:b/>
          <w:i w:val="0"/>
          <w:smallCaps w:val="0"/>
          <w:strike w:val="0"/>
          <w:sz w:val="22"/>
          <w:u w:val="single"/>
        </w:rPr>
        <w:t xml:space="preserve">even </w:t>
      </w:r>
      <w:r>
        <w:rPr>
          <w:b/>
          <w:i w:val="0"/>
          <w:smallCaps w:val="0"/>
          <w:strike w:val="0"/>
          <w:sz w:val="22"/>
          <w:highlight w:val="cyan"/>
          <w:u w:val="single"/>
        </w:rPr>
        <w:t>CEOs</w:t>
      </w:r>
      <w:r>
        <w:rPr>
          <w:b w:val="0"/>
          <w:i w:val="0"/>
          <w:smallCaps w:val="0"/>
          <w:strike w:val="0"/>
          <w:sz w:val="22"/>
          <w:u w:val="single"/>
        </w:rPr>
        <w:t xml:space="preserve"> in most industries </w:t>
      </w:r>
      <w:r>
        <w:rPr>
          <w:b w:val="0"/>
          <w:i w:val="0"/>
          <w:smallCaps w:val="0"/>
          <w:strike w:val="0"/>
          <w:sz w:val="22"/>
          <w:highlight w:val="cyan"/>
          <w:u w:val="single"/>
        </w:rPr>
        <w:t>see patent</w:t>
      </w:r>
      <w:r>
        <w:rPr>
          <w:b w:val="0"/>
          <w:i w:val="0"/>
          <w:smallCaps w:val="0"/>
          <w:strike w:val="0"/>
          <w:sz w:val="22"/>
          <w:u w:val="single"/>
        </w:rPr>
        <w:t xml:space="preserve"> incentive</w:t>
      </w:r>
      <w:r>
        <w:rPr>
          <w:b/>
          <w:i w:val="0"/>
          <w:smallCaps w:val="0"/>
          <w:strike w:val="0"/>
          <w:sz w:val="22"/>
          <w:highlight w:val="cyan"/>
          <w:u w:val="single"/>
        </w:rPr>
        <w:t>s</w:t>
      </w:r>
      <w:r>
        <w:rPr>
          <w:b w:val="0"/>
          <w:i w:val="0"/>
          <w:smallCaps w:val="0"/>
          <w:strike w:val="0"/>
          <w:sz w:val="22"/>
          <w:highlight w:val="cyan"/>
          <w:u w:val="single"/>
        </w:rPr>
        <w:t xml:space="preserve"> as</w:t>
      </w:r>
      <w:r>
        <w:rPr>
          <w:b w:val="0"/>
          <w:i w:val="0"/>
          <w:smallCaps w:val="0"/>
          <w:strike w:val="0"/>
          <w:sz w:val="22"/>
          <w:u w:val="single"/>
        </w:rPr>
        <w:t xml:space="preserve"> </w:t>
      </w:r>
      <w:r>
        <w:rPr>
          <w:b/>
          <w:i w:val="0"/>
          <w:smallCaps w:val="0"/>
          <w:strike w:val="0"/>
          <w:sz w:val="22"/>
          <w:u w:val="single"/>
        </w:rPr>
        <w:t xml:space="preserve">relatively </w:t>
      </w:r>
      <w:r>
        <w:rPr>
          <w:b/>
          <w:i w:val="0"/>
          <w:smallCaps w:val="0"/>
          <w:strike w:val="0"/>
          <w:sz w:val="22"/>
          <w:highlight w:val="cyan"/>
          <w:u w:val="single"/>
        </w:rPr>
        <w:t>unimportant</w:t>
      </w:r>
      <w:r>
        <w:rPr>
          <w:b w:val="0"/>
          <w:i w:val="0"/>
          <w:smallCaps w:val="0"/>
          <w:strike w:val="0"/>
          <w:sz w:val="16"/>
          <w:u w:val="none"/>
        </w:rPr>
        <w:t xml:space="preserve">. 192 </w:t>
      </w:r>
      <w:r>
        <w:rPr>
          <w:b w:val="0"/>
          <w:i w:val="0"/>
          <w:smallCaps w:val="0"/>
          <w:strike w:val="0"/>
          <w:sz w:val="22"/>
          <w:highlight w:val="cyan"/>
          <w:u w:val="single"/>
        </w:rPr>
        <w:t>If</w:t>
      </w:r>
      <w:r>
        <w:rPr>
          <w:b w:val="0"/>
          <w:i w:val="0"/>
          <w:smallCaps w:val="0"/>
          <w:strike w:val="0"/>
          <w:sz w:val="22"/>
          <w:u w:val="single"/>
        </w:rPr>
        <w:t xml:space="preserve"> </w:t>
      </w:r>
      <w:r>
        <w:rPr>
          <w:b/>
          <w:i w:val="0"/>
          <w:smallCaps w:val="0"/>
          <w:strike w:val="0"/>
          <w:sz w:val="22"/>
          <w:u w:val="single"/>
        </w:rPr>
        <w:t xml:space="preserve">corporate </w:t>
      </w:r>
      <w:r>
        <w:rPr>
          <w:b/>
          <w:i w:val="0"/>
          <w:smallCaps w:val="0"/>
          <w:strike w:val="0"/>
          <w:sz w:val="22"/>
          <w:highlight w:val="cyan"/>
          <w:u w:val="single"/>
        </w:rPr>
        <w:t>leaders</w:t>
      </w:r>
      <w:r>
        <w:rPr>
          <w:b w:val="0"/>
          <w:i w:val="0"/>
          <w:smallCaps w:val="0"/>
          <w:strike w:val="0"/>
          <w:sz w:val="22"/>
          <w:u w:val="single"/>
        </w:rPr>
        <w:t xml:space="preserve"> who are </w:t>
      </w:r>
      <w:r>
        <w:rPr>
          <w:b w:val="0"/>
          <w:i w:val="0"/>
          <w:smallCaps w:val="0"/>
          <w:strike w:val="0"/>
          <w:sz w:val="22"/>
          <w:highlight w:val="cyan"/>
          <w:u w:val="single"/>
        </w:rPr>
        <w:t>driven by</w:t>
      </w:r>
      <w:r>
        <w:rPr>
          <w:b w:val="0"/>
          <w:i w:val="0"/>
          <w:smallCaps w:val="0"/>
          <w:strike w:val="0"/>
          <w:sz w:val="22"/>
          <w:u w:val="single"/>
        </w:rPr>
        <w:t xml:space="preserve"> a </w:t>
      </w:r>
      <w:r>
        <w:rPr>
          <w:b w:val="0"/>
          <w:i w:val="0"/>
          <w:smallCaps w:val="0"/>
          <w:strike w:val="0"/>
          <w:sz w:val="22"/>
          <w:highlight w:val="cyan"/>
          <w:u w:val="single"/>
        </w:rPr>
        <w:t>profit</w:t>
      </w:r>
      <w:r>
        <w:rPr>
          <w:b w:val="0"/>
          <w:i w:val="0"/>
          <w:smallCaps w:val="0"/>
          <w:strike w:val="0"/>
          <w:sz w:val="22"/>
          <w:u w:val="single"/>
        </w:rPr>
        <w:t xml:space="preserve"> motive </w:t>
      </w:r>
      <w:r>
        <w:rPr>
          <w:b w:val="0"/>
          <w:i w:val="0"/>
          <w:smallCaps w:val="0"/>
          <w:strike w:val="0"/>
          <w:sz w:val="22"/>
          <w:highlight w:val="cyan"/>
          <w:u w:val="single"/>
        </w:rPr>
        <w:t xml:space="preserve">do </w:t>
      </w:r>
      <w:r>
        <w:rPr>
          <w:b/>
          <w:i w:val="0"/>
          <w:smallCaps w:val="0"/>
          <w:strike w:val="0"/>
          <w:sz w:val="22"/>
          <w:highlight w:val="cyan"/>
          <w:u w:val="single"/>
        </w:rPr>
        <w:t>not see</w:t>
      </w:r>
      <w:r>
        <w:rPr>
          <w:b/>
          <w:i w:val="0"/>
          <w:smallCaps w:val="0"/>
          <w:strike w:val="0"/>
          <w:sz w:val="22"/>
          <w:u w:val="single"/>
        </w:rPr>
        <w:t xml:space="preserve"> the </w:t>
      </w:r>
      <w:r>
        <w:rPr>
          <w:b/>
          <w:i w:val="0"/>
          <w:smallCaps w:val="0"/>
          <w:strike w:val="0"/>
          <w:sz w:val="22"/>
          <w:highlight w:val="cyan"/>
          <w:u w:val="single"/>
        </w:rPr>
        <w:t>value</w:t>
      </w:r>
      <w:r>
        <w:rPr>
          <w:b w:val="0"/>
          <w:i w:val="0"/>
          <w:smallCaps w:val="0"/>
          <w:strike w:val="0"/>
          <w:sz w:val="22"/>
          <w:u w:val="single"/>
        </w:rPr>
        <w:t xml:space="preserve"> of patent incentives,</w:t>
      </w:r>
      <w:r>
        <w:rPr>
          <w:b w:val="0"/>
          <w:i w:val="0"/>
          <w:smallCaps w:val="0"/>
          <w:strike w:val="0"/>
          <w:sz w:val="22"/>
          <w:u w:val="single"/>
        </w:rPr>
        <w:t xml:space="preserve"> </w:t>
      </w:r>
      <w:r>
        <w:rPr>
          <w:b w:val="0"/>
          <w:i w:val="0"/>
          <w:smallCaps w:val="0"/>
          <w:strike w:val="0"/>
          <w:sz w:val="22"/>
          <w:highlight w:val="cyan"/>
          <w:u w:val="single"/>
        </w:rPr>
        <w:t>then</w:t>
      </w:r>
      <w:r>
        <w:rPr>
          <w:b w:val="0"/>
          <w:i w:val="0"/>
          <w:smallCaps w:val="0"/>
          <w:strike w:val="0"/>
          <w:sz w:val="22"/>
          <w:u w:val="single"/>
        </w:rPr>
        <w:t xml:space="preserve"> certainly such an </w:t>
      </w:r>
      <w:r>
        <w:rPr>
          <w:b w:val="0"/>
          <w:i w:val="0"/>
          <w:smallCaps w:val="0"/>
          <w:strike w:val="0"/>
          <w:sz w:val="22"/>
          <w:highlight w:val="cyan"/>
          <w:u w:val="single"/>
        </w:rPr>
        <w:t xml:space="preserve">incentive is </w:t>
      </w:r>
      <w:r>
        <w:rPr>
          <w:b/>
          <w:i w:val="0"/>
          <w:smallCaps w:val="0"/>
          <w:strike w:val="0"/>
          <w:sz w:val="22"/>
          <w:highlight w:val="cyan"/>
          <w:u w:val="single"/>
        </w:rPr>
        <w:t>meaningless</w:t>
      </w:r>
      <w:r>
        <w:rPr>
          <w:b w:val="0"/>
          <w:i w:val="0"/>
          <w:smallCaps w:val="0"/>
          <w:strike w:val="0"/>
          <w:sz w:val="16"/>
          <w:u w:val="none"/>
        </w:rPr>
        <w:t xml:space="preserve"> to the multiple players and cumulative patent models. When determining whether to grant patent rights in uncertain situations, therefore, such as in regard to inventions by AI systems and the multiplayer and cumulative patent models, we should not overemphasize the importance of the patent system compared to other alternatives.</w:t>
      </w:r>
    </w:p>
    <w:p>
      <w:pPr>
        <w:spacing w:after="60"/>
      </w:pPr>
      <w:r>
        <w:rPr>
          <w:b w:val="0"/>
          <w:i w:val="0"/>
          <w:smallCaps w:val="0"/>
          <w:strike w:val="0"/>
          <w:sz w:val="16"/>
          <w:u w:val="none"/>
        </w:rPr>
        <w:t xml:space="preserve">What are the flaws in patent incentives that make them irrelevant to AI? </w:t>
      </w:r>
      <w:r>
        <w:rPr>
          <w:b w:val="0"/>
          <w:i w:val="0"/>
          <w:smallCaps w:val="0"/>
          <w:strike w:val="0"/>
          <w:sz w:val="22"/>
          <w:highlight w:val="cyan"/>
          <w:u w:val="single"/>
        </w:rPr>
        <w:t>First</w:t>
      </w:r>
      <w:r>
        <w:rPr>
          <w:b w:val="0"/>
          <w:i w:val="0"/>
          <w:smallCaps w:val="0"/>
          <w:strike w:val="0"/>
          <w:sz w:val="22"/>
          <w:u w:val="single"/>
        </w:rPr>
        <w:t>, patent</w:t>
      </w:r>
      <w:r>
        <w:rPr>
          <w:b w:val="0"/>
          <w:i w:val="0"/>
          <w:smallCaps w:val="0"/>
          <w:strike w:val="0"/>
          <w:sz w:val="22"/>
          <w:u w:val="single"/>
        </w:rPr>
        <w:t xml:space="preserve"> law </w:t>
      </w:r>
      <w:r>
        <w:rPr>
          <w:b/>
          <w:i w:val="0"/>
          <w:smallCaps w:val="0"/>
          <w:strike w:val="0"/>
          <w:sz w:val="22"/>
          <w:highlight w:val="cyan"/>
          <w:u w:val="single"/>
        </w:rPr>
        <w:t>only</w:t>
      </w:r>
      <w:r>
        <w:rPr>
          <w:b w:val="0"/>
          <w:i w:val="0"/>
          <w:smallCaps w:val="0"/>
          <w:strike w:val="0"/>
          <w:sz w:val="22"/>
          <w:highlight w:val="cyan"/>
          <w:u w:val="single"/>
        </w:rPr>
        <w:t xml:space="preserve"> rewards the </w:t>
      </w:r>
      <w:r>
        <w:rPr>
          <w:b/>
          <w:i w:val="0"/>
          <w:smallCaps w:val="0"/>
          <w:strike w:val="0"/>
          <w:sz w:val="22"/>
          <w:highlight w:val="cyan"/>
          <w:u w:val="single"/>
        </w:rPr>
        <w:t>first</w:t>
      </w:r>
      <w:r>
        <w:rPr>
          <w:b w:val="0"/>
          <w:i w:val="0"/>
          <w:smallCaps w:val="0"/>
          <w:strike w:val="0"/>
          <w:sz w:val="22"/>
          <w:u w:val="single"/>
        </w:rPr>
        <w:t xml:space="preserve"> inventor, while </w:t>
      </w:r>
      <w:r>
        <w:rPr>
          <w:b w:val="0"/>
          <w:i w:val="0"/>
          <w:smallCaps w:val="0"/>
          <w:strike w:val="0"/>
          <w:sz w:val="22"/>
          <w:u w:val="single"/>
        </w:rPr>
        <w:t xml:space="preserve">second comers get nothing. </w:t>
      </w:r>
      <w:r>
        <w:rPr>
          <w:b w:val="0"/>
          <w:i w:val="0"/>
          <w:smallCaps w:val="0"/>
          <w:strike w:val="0"/>
          <w:sz w:val="22"/>
          <w:highlight w:val="cyan"/>
          <w:u w:val="single"/>
        </w:rPr>
        <w:t>The drive</w:t>
      </w:r>
      <w:r>
        <w:rPr>
          <w:b w:val="0"/>
          <w:i w:val="0"/>
          <w:smallCaps w:val="0"/>
          <w:strike w:val="0"/>
          <w:sz w:val="22"/>
          <w:u w:val="single"/>
        </w:rPr>
        <w:t xml:space="preserve"> to be first</w:t>
      </w:r>
      <w:r>
        <w:rPr>
          <w:b w:val="0"/>
          <w:i w:val="0"/>
          <w:smallCaps w:val="0"/>
          <w:strike w:val="0"/>
          <w:sz w:val="16"/>
          <w:u w:val="none"/>
        </w:rPr>
        <w:t xml:space="preserve"> - even by an hour or two 193 - can </w:t>
      </w:r>
      <w:r>
        <w:rPr>
          <w:b w:val="0"/>
          <w:i w:val="0"/>
          <w:smallCaps w:val="0"/>
          <w:strike w:val="0"/>
          <w:sz w:val="22"/>
          <w:highlight w:val="cyan"/>
          <w:u w:val="single"/>
        </w:rPr>
        <w:t>force</w:t>
      </w:r>
      <w:r>
        <w:rPr>
          <w:b w:val="0"/>
          <w:i w:val="0"/>
          <w:smallCaps w:val="0"/>
          <w:strike w:val="0"/>
          <w:sz w:val="22"/>
          <w:u w:val="single"/>
        </w:rPr>
        <w:t xml:space="preserve"> </w:t>
      </w:r>
      <w:r>
        <w:rPr>
          <w:b/>
          <w:i w:val="0"/>
          <w:smallCaps w:val="0"/>
          <w:strike w:val="0"/>
          <w:sz w:val="22"/>
          <w:u w:val="single"/>
        </w:rPr>
        <w:t xml:space="preserve">competing </w:t>
      </w:r>
      <w:r>
        <w:rPr>
          <w:b/>
          <w:i w:val="0"/>
          <w:smallCaps w:val="0"/>
          <w:strike w:val="0"/>
          <w:sz w:val="22"/>
          <w:highlight w:val="cyan"/>
          <w:u w:val="single"/>
        </w:rPr>
        <w:t>owners</w:t>
      </w:r>
      <w:r>
        <w:rPr>
          <w:b w:val="0"/>
          <w:i w:val="0"/>
          <w:smallCaps w:val="0"/>
          <w:strike w:val="0"/>
          <w:sz w:val="22"/>
          <w:u w:val="single"/>
        </w:rPr>
        <w:t xml:space="preserve"> of AI systems</w:t>
      </w:r>
      <w:r>
        <w:rPr>
          <w:b w:val="0"/>
          <w:i w:val="0"/>
          <w:smallCaps w:val="0"/>
          <w:strike w:val="0"/>
          <w:sz w:val="22"/>
          <w:u w:val="single"/>
        </w:rPr>
        <w:t xml:space="preserve"> deep </w:t>
      </w:r>
      <w:r>
        <w:rPr>
          <w:b w:val="0"/>
          <w:i w:val="0"/>
          <w:smallCaps w:val="0"/>
          <w:strike w:val="0"/>
          <w:sz w:val="22"/>
          <w:highlight w:val="cyan"/>
          <w:u w:val="single"/>
        </w:rPr>
        <w:t xml:space="preserve">into </w:t>
      </w:r>
      <w:r>
        <w:rPr>
          <w:b/>
          <w:i w:val="0"/>
          <w:smallCaps w:val="0"/>
          <w:strike w:val="0"/>
          <w:sz w:val="22"/>
          <w:highlight w:val="cyan"/>
          <w:u w:val="single"/>
        </w:rPr>
        <w:t>diminishing returns</w:t>
      </w:r>
      <w:r>
        <w:rPr>
          <w:b w:val="0"/>
          <w:i w:val="0"/>
          <w:smallCaps w:val="0"/>
          <w:strike w:val="0"/>
          <w:sz w:val="22"/>
          <w:u w:val="single"/>
        </w:rPr>
        <w:t xml:space="preserve">. This is </w:t>
      </w:r>
      <w:r>
        <w:rPr>
          <w:b/>
          <w:i w:val="0"/>
          <w:smallCaps w:val="0"/>
          <w:strike w:val="0"/>
          <w:sz w:val="22"/>
          <w:u w:val="single"/>
        </w:rPr>
        <w:t>wasteful</w:t>
      </w:r>
      <w:r>
        <w:rPr>
          <w:b w:val="0"/>
          <w:i w:val="0"/>
          <w:smallCaps w:val="0"/>
          <w:strike w:val="0"/>
          <w:sz w:val="16"/>
          <w:u w:val="none"/>
        </w:rPr>
        <w:t>.</w:t>
      </w:r>
    </w:p>
    <w:p>
      <w:pPr>
        <w:spacing w:after="60"/>
      </w:pPr>
      <w:r>
        <w:rPr>
          <w:b w:val="0"/>
          <w:i w:val="0"/>
          <w:smallCaps w:val="0"/>
          <w:strike w:val="0"/>
          <w:sz w:val="22"/>
          <w:highlight w:val="cyan"/>
          <w:u w:val="single"/>
        </w:rPr>
        <w:t>Second</w:t>
      </w:r>
      <w:r>
        <w:rPr>
          <w:b w:val="0"/>
          <w:i w:val="0"/>
          <w:smallCaps w:val="0"/>
          <w:strike w:val="0"/>
          <w:sz w:val="22"/>
          <w:u w:val="single"/>
        </w:rPr>
        <w:t xml:space="preserve">, patent law grants exactly </w:t>
      </w:r>
      <w:r>
        <w:rPr>
          <w:b w:val="0"/>
          <w:i w:val="0"/>
          <w:smallCaps w:val="0"/>
          <w:strike w:val="0"/>
          <w:sz w:val="22"/>
          <w:highlight w:val="cyan"/>
          <w:u w:val="single"/>
        </w:rPr>
        <w:t xml:space="preserve">the </w:t>
      </w:r>
      <w:r>
        <w:rPr>
          <w:b/>
          <w:i w:val="0"/>
          <w:smallCaps w:val="0"/>
          <w:strike w:val="0"/>
          <w:sz w:val="22"/>
          <w:highlight w:val="cyan"/>
          <w:u w:val="single"/>
        </w:rPr>
        <w:t>same</w:t>
      </w:r>
      <w:r>
        <w:rPr>
          <w:b/>
          <w:i w:val="0"/>
          <w:smallCaps w:val="0"/>
          <w:strike w:val="0"/>
          <w:sz w:val="22"/>
          <w:u w:val="single"/>
        </w:rPr>
        <w:t xml:space="preserve"> length</w:t>
      </w:r>
      <w:r>
        <w:rPr>
          <w:b w:val="0"/>
          <w:i w:val="0"/>
          <w:smallCaps w:val="0"/>
          <w:strike w:val="0"/>
          <w:sz w:val="22"/>
          <w:u w:val="single"/>
        </w:rPr>
        <w:t xml:space="preserve"> of protection </w:t>
      </w:r>
      <w:r>
        <w:rPr>
          <w:b w:val="0"/>
          <w:i w:val="0"/>
          <w:smallCaps w:val="0"/>
          <w:strike w:val="0"/>
          <w:sz w:val="22"/>
          <w:highlight w:val="cyan"/>
          <w:u w:val="single"/>
        </w:rPr>
        <w:t xml:space="preserve">for </w:t>
      </w:r>
      <w:r>
        <w:rPr>
          <w:b/>
          <w:i w:val="0"/>
          <w:smallCaps w:val="0"/>
          <w:strike w:val="0"/>
          <w:sz w:val="22"/>
          <w:highlight w:val="cyan"/>
          <w:u w:val="single"/>
        </w:rPr>
        <w:t>all</w:t>
      </w:r>
      <w:r>
        <w:rPr>
          <w:b w:val="0"/>
          <w:i w:val="0"/>
          <w:smallCaps w:val="0"/>
          <w:strike w:val="0"/>
          <w:sz w:val="22"/>
          <w:highlight w:val="cyan"/>
          <w:u w:val="single"/>
        </w:rPr>
        <w:t xml:space="preserve"> inventions</w:t>
      </w:r>
      <w:r>
        <w:rPr>
          <w:b w:val="0"/>
          <w:i w:val="0"/>
          <w:smallCaps w:val="0"/>
          <w:strike w:val="0"/>
          <w:sz w:val="16"/>
          <w:u w:val="none"/>
        </w:rPr>
        <w:t xml:space="preserve">, 194 </w:t>
      </w:r>
      <w:r>
        <w:rPr>
          <w:b w:val="0"/>
          <w:i w:val="0"/>
          <w:smallCaps w:val="0"/>
          <w:strike w:val="0"/>
          <w:sz w:val="22"/>
          <w:highlight w:val="cyan"/>
          <w:u w:val="single"/>
        </w:rPr>
        <w:t>"</w:t>
      </w:r>
      <w:r>
        <w:rPr>
          <w:b/>
          <w:i w:val="0"/>
          <w:smallCaps w:val="0"/>
          <w:strike w:val="0"/>
          <w:sz w:val="22"/>
          <w:highlight w:val="cyan"/>
          <w:u w:val="single"/>
        </w:rPr>
        <w:t>regardless</w:t>
      </w:r>
      <w:r>
        <w:rPr>
          <w:b w:val="0"/>
          <w:i w:val="0"/>
          <w:smallCaps w:val="0"/>
          <w:strike w:val="0"/>
          <w:sz w:val="22"/>
          <w:highlight w:val="cyan"/>
          <w:u w:val="single"/>
        </w:rPr>
        <w:t xml:space="preserve"> of</w:t>
      </w:r>
      <w:r>
        <w:rPr>
          <w:b w:val="0"/>
          <w:i w:val="0"/>
          <w:smallCaps w:val="0"/>
          <w:strike w:val="0"/>
          <w:sz w:val="22"/>
          <w:u w:val="single"/>
        </w:rPr>
        <w:t xml:space="preserve"> [their] </w:t>
      </w:r>
      <w:r>
        <w:rPr>
          <w:b/>
          <w:i w:val="0"/>
          <w:smallCaps w:val="0"/>
          <w:strike w:val="0"/>
          <w:sz w:val="22"/>
          <w:u w:val="single"/>
        </w:rPr>
        <w:t xml:space="preserve">R&amp;D </w:t>
      </w:r>
      <w:r>
        <w:rPr>
          <w:b/>
          <w:i w:val="0"/>
          <w:smallCaps w:val="0"/>
          <w:strike w:val="0"/>
          <w:sz w:val="22"/>
          <w:highlight w:val="cyan"/>
          <w:u w:val="single"/>
        </w:rPr>
        <w:t>costs</w:t>
      </w:r>
      <w:r>
        <w:rPr>
          <w:b w:val="0"/>
          <w:i w:val="0"/>
          <w:smallCaps w:val="0"/>
          <w:strike w:val="0"/>
          <w:sz w:val="22"/>
          <w:u w:val="single"/>
        </w:rPr>
        <w:t xml:space="preserve"> and … other economically relevant factors."</w:t>
      </w:r>
      <w:r>
        <w:rPr>
          <w:b w:val="0"/>
          <w:i w:val="0"/>
          <w:smallCaps w:val="0"/>
          <w:strike w:val="0"/>
          <w:sz w:val="16"/>
          <w:u w:val="none"/>
        </w:rPr>
        <w:t xml:space="preserve"> 195 Although </w:t>
      </w:r>
      <w:r>
        <w:rPr>
          <w:b w:val="0"/>
          <w:i w:val="0"/>
          <w:smallCaps w:val="0"/>
          <w:strike w:val="0"/>
          <w:sz w:val="22"/>
          <w:highlight w:val="cyan"/>
          <w:u w:val="single"/>
        </w:rPr>
        <w:t>this</w:t>
      </w:r>
      <w:r>
        <w:rPr>
          <w:b w:val="0"/>
          <w:i w:val="0"/>
          <w:smallCaps w:val="0"/>
          <w:strike w:val="0"/>
          <w:sz w:val="16"/>
          <w:u w:val="none"/>
        </w:rPr>
        <w:t xml:space="preserve"> approach is simple, it </w:t>
      </w:r>
      <w:r>
        <w:rPr>
          <w:b w:val="0"/>
          <w:i w:val="0"/>
          <w:smallCaps w:val="0"/>
          <w:strike w:val="0"/>
          <w:sz w:val="22"/>
          <w:u w:val="single"/>
        </w:rPr>
        <w:t xml:space="preserve">"grossly </w:t>
      </w:r>
      <w:r>
        <w:rPr>
          <w:b/>
          <w:i w:val="0"/>
          <w:smallCaps w:val="0"/>
          <w:strike w:val="0"/>
          <w:sz w:val="22"/>
          <w:highlight w:val="cyan"/>
          <w:u w:val="single"/>
        </w:rPr>
        <w:t>overrewards</w:t>
      </w:r>
      <w:r>
        <w:rPr>
          <w:b w:val="0"/>
          <w:i w:val="0"/>
          <w:smallCaps w:val="0"/>
          <w:strike w:val="0"/>
          <w:sz w:val="22"/>
          <w:u w:val="single"/>
        </w:rPr>
        <w:t xml:space="preserve"> some inventions </w:t>
      </w:r>
      <w:r>
        <w:rPr>
          <w:b w:val="0"/>
          <w:i w:val="0"/>
          <w:smallCaps w:val="0"/>
          <w:strike w:val="0"/>
          <w:sz w:val="22"/>
          <w:highlight w:val="cyan"/>
          <w:u w:val="single"/>
        </w:rPr>
        <w:t xml:space="preserve">and </w:t>
      </w:r>
      <w:r>
        <w:rPr>
          <w:b/>
          <w:i w:val="0"/>
          <w:smallCaps w:val="0"/>
          <w:strike w:val="0"/>
          <w:sz w:val="22"/>
          <w:highlight w:val="cyan"/>
          <w:u w:val="single"/>
        </w:rPr>
        <w:t>underrewards</w:t>
      </w:r>
      <w:r>
        <w:rPr>
          <w:b w:val="0"/>
          <w:i w:val="0"/>
          <w:smallCaps w:val="0"/>
          <w:strike w:val="0"/>
          <w:sz w:val="22"/>
          <w:highlight w:val="cyan"/>
          <w:u w:val="single"/>
        </w:rPr>
        <w:t xml:space="preserve"> others."</w:t>
      </w:r>
      <w:r>
        <w:rPr>
          <w:b w:val="0"/>
          <w:i w:val="0"/>
          <w:smallCaps w:val="0"/>
          <w:strike w:val="0"/>
          <w:sz w:val="16"/>
          <w:u w:val="none"/>
        </w:rPr>
        <w:t xml:space="preserve"> 196</w:t>
      </w:r>
    </w:p>
    <w:p>
      <w:pPr>
        <w:spacing w:after="60"/>
      </w:pPr>
      <w:r>
        <w:rPr>
          <w:b w:val="0"/>
          <w:i w:val="0"/>
          <w:smallCaps w:val="0"/>
          <w:strike w:val="0"/>
          <w:sz w:val="22"/>
          <w:highlight w:val="cyan"/>
          <w:u w:val="single"/>
        </w:rPr>
        <w:t>Third</w:t>
      </w:r>
      <w:r>
        <w:rPr>
          <w:b w:val="0"/>
          <w:i w:val="0"/>
          <w:smallCaps w:val="0"/>
          <w:strike w:val="0"/>
          <w:sz w:val="22"/>
          <w:u w:val="single"/>
        </w:rPr>
        <w:t xml:space="preserve">, patents are </w:t>
      </w:r>
      <w:r>
        <w:rPr>
          <w:b/>
          <w:i w:val="0"/>
          <w:smallCaps w:val="0"/>
          <w:strike w:val="0"/>
          <w:sz w:val="22"/>
          <w:highlight w:val="cyan"/>
          <w:u w:val="single"/>
        </w:rPr>
        <w:t>superfluous</w:t>
      </w:r>
      <w:r>
        <w:rPr>
          <w:b w:val="0"/>
          <w:i w:val="0"/>
          <w:smallCaps w:val="0"/>
          <w:strike w:val="0"/>
          <w:sz w:val="22"/>
          <w:u w:val="single"/>
        </w:rPr>
        <w:t xml:space="preserve"> for products</w:t>
      </w:r>
      <w:r>
        <w:rPr>
          <w:b w:val="0"/>
          <w:i w:val="0"/>
          <w:smallCaps w:val="0"/>
          <w:strike w:val="0"/>
          <w:sz w:val="16"/>
          <w:u w:val="none"/>
        </w:rPr>
        <w:t xml:space="preserve"> that would be </w:t>
      </w:r>
      <w:r>
        <w:rPr>
          <w:b w:val="0"/>
          <w:i w:val="0"/>
          <w:smallCaps w:val="0"/>
          <w:strike w:val="0"/>
          <w:sz w:val="22"/>
          <w:u w:val="single"/>
        </w:rPr>
        <w:t xml:space="preserve">invented </w:t>
      </w:r>
      <w:r>
        <w:rPr>
          <w:b/>
          <w:i w:val="0"/>
          <w:smallCaps w:val="0"/>
          <w:strike w:val="0"/>
          <w:sz w:val="22"/>
          <w:u w:val="single"/>
        </w:rPr>
        <w:t>anyway</w:t>
      </w:r>
      <w:r>
        <w:rPr>
          <w:b w:val="0"/>
          <w:i w:val="0"/>
          <w:smallCaps w:val="0"/>
          <w:strike w:val="0"/>
          <w:sz w:val="16"/>
          <w:u w:val="none"/>
        </w:rPr>
        <w:t xml:space="preserve">. 197 </w:t>
      </w:r>
      <w:r>
        <w:rPr>
          <w:b w:val="0"/>
          <w:i w:val="0"/>
          <w:smallCaps w:val="0"/>
          <w:strike w:val="0"/>
          <w:sz w:val="22"/>
          <w:u w:val="single"/>
        </w:rPr>
        <w:t xml:space="preserve">For instance, "conventional </w:t>
      </w:r>
      <w:r>
        <w:rPr>
          <w:b/>
          <w:i w:val="0"/>
          <w:smallCaps w:val="0"/>
          <w:strike w:val="0"/>
          <w:sz w:val="22"/>
          <w:highlight w:val="cyan"/>
          <w:u w:val="single"/>
        </w:rPr>
        <w:t>software</w:t>
      </w:r>
      <w:r>
        <w:rPr>
          <w:b w:val="0"/>
          <w:i w:val="0"/>
          <w:smallCaps w:val="0"/>
          <w:strike w:val="0"/>
          <w:sz w:val="22"/>
          <w:highlight w:val="cyan"/>
          <w:u w:val="single"/>
        </w:rPr>
        <w:t xml:space="preserve"> developed</w:t>
      </w:r>
      <w:r>
        <w:rPr>
          <w:b w:val="0"/>
          <w:i w:val="0"/>
          <w:smallCaps w:val="0"/>
          <w:strike w:val="0"/>
          <w:sz w:val="22"/>
          <w:u w:val="single"/>
        </w:rPr>
        <w:t xml:space="preserve"> rapidly </w:t>
      </w:r>
      <w:r>
        <w:rPr>
          <w:b/>
          <w:i w:val="0"/>
          <w:smallCaps w:val="0"/>
          <w:strike w:val="0"/>
          <w:sz w:val="22"/>
          <w:u w:val="single"/>
        </w:rPr>
        <w:t xml:space="preserve">even </w:t>
      </w:r>
      <w:r>
        <w:rPr>
          <w:b/>
          <w:i w:val="0"/>
          <w:smallCaps w:val="0"/>
          <w:strike w:val="0"/>
          <w:sz w:val="22"/>
          <w:highlight w:val="cyan"/>
          <w:u w:val="single"/>
        </w:rPr>
        <w:t>before</w:t>
      </w:r>
      <w:r>
        <w:rPr>
          <w:b w:val="0"/>
          <w:i w:val="0"/>
          <w:smallCaps w:val="0"/>
          <w:strike w:val="0"/>
          <w:sz w:val="22"/>
          <w:u w:val="single"/>
        </w:rPr>
        <w:t xml:space="preserve"> courts</w:t>
      </w:r>
      <w:r>
        <w:rPr>
          <w:b w:val="0"/>
          <w:i w:val="0"/>
          <w:smallCaps w:val="0"/>
          <w:strike w:val="0"/>
          <w:sz w:val="16"/>
          <w:u w:val="none"/>
        </w:rPr>
        <w:t xml:space="preserve"> were willing to </w:t>
      </w:r>
      <w:r>
        <w:rPr>
          <w:b w:val="0"/>
          <w:i w:val="0"/>
          <w:smallCaps w:val="0"/>
          <w:strike w:val="0"/>
          <w:sz w:val="22"/>
          <w:u w:val="single"/>
        </w:rPr>
        <w:t xml:space="preserve">grant it </w:t>
      </w:r>
      <w:r>
        <w:rPr>
          <w:b w:val="0"/>
          <w:i w:val="0"/>
          <w:smallCaps w:val="0"/>
          <w:strike w:val="0"/>
          <w:sz w:val="22"/>
          <w:highlight w:val="cyan"/>
          <w:u w:val="single"/>
        </w:rPr>
        <w:t>patent</w:t>
      </w:r>
      <w:r>
        <w:rPr>
          <w:b w:val="0"/>
          <w:i w:val="0"/>
          <w:smallCaps w:val="0"/>
          <w:strike w:val="0"/>
          <w:sz w:val="22"/>
          <w:u w:val="single"/>
        </w:rPr>
        <w:t xml:space="preserve"> protection."</w:t>
      </w:r>
      <w:r>
        <w:rPr>
          <w:b w:val="0"/>
          <w:i w:val="0"/>
          <w:smallCaps w:val="0"/>
          <w:strike w:val="0"/>
          <w:sz w:val="16"/>
          <w:u w:val="none"/>
        </w:rPr>
        <w:t xml:space="preserve"> 198 Patent protection serves a limited purpose.</w:t>
      </w:r>
    </w:p>
    <w:p>
      <w:pPr>
        <w:spacing w:after="60"/>
      </w:pPr>
      <w:r>
        <w:rPr>
          <w:b w:val="0"/>
          <w:i w:val="0"/>
          <w:smallCaps w:val="0"/>
          <w:strike w:val="0"/>
          <w:sz w:val="22"/>
          <w:u w:val="single"/>
        </w:rPr>
        <w:t xml:space="preserve">As a </w:t>
      </w:r>
      <w:r>
        <w:rPr>
          <w:b w:val="0"/>
          <w:i w:val="0"/>
          <w:smallCaps w:val="0"/>
          <w:strike w:val="0"/>
          <w:sz w:val="22"/>
          <w:highlight w:val="cyan"/>
          <w:u w:val="single"/>
        </w:rPr>
        <w:t>fourth</w:t>
      </w:r>
      <w:r>
        <w:rPr>
          <w:b w:val="0"/>
          <w:i w:val="0"/>
          <w:smallCaps w:val="0"/>
          <w:strike w:val="0"/>
          <w:sz w:val="22"/>
          <w:u w:val="single"/>
        </w:rPr>
        <w:t xml:space="preserve"> point, patent</w:t>
      </w:r>
      <w:r>
        <w:rPr>
          <w:b w:val="0"/>
          <w:i w:val="0"/>
          <w:smallCaps w:val="0"/>
          <w:strike w:val="0"/>
          <w:sz w:val="22"/>
          <w:u w:val="single"/>
        </w:rPr>
        <w:t xml:space="preserve"> law fails in the multiplayer</w:t>
      </w:r>
      <w:r>
        <w:rPr>
          <w:b w:val="0"/>
          <w:i w:val="0"/>
          <w:smallCaps w:val="0"/>
          <w:strike w:val="0"/>
          <w:sz w:val="16"/>
          <w:u w:val="none"/>
        </w:rPr>
        <w:t xml:space="preserve"> and cumulative patent </w:t>
      </w:r>
      <w:r>
        <w:rPr>
          <w:b w:val="0"/>
          <w:i w:val="0"/>
          <w:smallCaps w:val="0"/>
          <w:strike w:val="0"/>
          <w:sz w:val="22"/>
          <w:u w:val="single"/>
        </w:rPr>
        <w:t>environment characteristic of AI systems. It</w:t>
      </w:r>
      <w:r>
        <w:rPr>
          <w:b w:val="0"/>
          <w:i w:val="0"/>
          <w:smallCaps w:val="0"/>
          <w:strike w:val="0"/>
          <w:sz w:val="22"/>
          <w:u w:val="single"/>
        </w:rPr>
        <w:t xml:space="preserve"> is </w:t>
      </w:r>
      <w:r>
        <w:rPr>
          <w:b/>
          <w:i w:val="0"/>
          <w:smallCaps w:val="0"/>
          <w:strike w:val="0"/>
          <w:sz w:val="22"/>
          <w:highlight w:val="cyan"/>
          <w:u w:val="single"/>
        </w:rPr>
        <w:t>not flexible</w:t>
      </w:r>
      <w:r>
        <w:rPr>
          <w:b w:val="0"/>
          <w:i w:val="0"/>
          <w:smallCaps w:val="0"/>
          <w:strike w:val="0"/>
          <w:sz w:val="22"/>
          <w:u w:val="single"/>
        </w:rPr>
        <w:t xml:space="preserve"> in allocating rewards </w:t>
      </w:r>
      <w:r>
        <w:rPr>
          <w:b w:val="0"/>
          <w:i w:val="0"/>
          <w:smallCaps w:val="0"/>
          <w:strike w:val="0"/>
          <w:sz w:val="22"/>
          <w:highlight w:val="cyan"/>
          <w:u w:val="single"/>
        </w:rPr>
        <w:t>and</w:t>
      </w:r>
      <w:r>
        <w:rPr>
          <w:b w:val="0"/>
          <w:i w:val="0"/>
          <w:smallCaps w:val="0"/>
          <w:strike w:val="0"/>
          <w:sz w:val="22"/>
          <w:u w:val="single"/>
        </w:rPr>
        <w:t xml:space="preserve"> is thus </w:t>
      </w:r>
      <w:r>
        <w:rPr>
          <w:b/>
          <w:i w:val="0"/>
          <w:smallCaps w:val="0"/>
          <w:strike w:val="0"/>
          <w:sz w:val="22"/>
          <w:u w:val="single"/>
        </w:rPr>
        <w:t xml:space="preserve">economically </w:t>
      </w:r>
      <w:r>
        <w:rPr>
          <w:b/>
          <w:i w:val="0"/>
          <w:smallCaps w:val="0"/>
          <w:strike w:val="0"/>
          <w:sz w:val="22"/>
          <w:highlight w:val="cyan"/>
          <w:u w:val="single"/>
        </w:rPr>
        <w:t>inefficient</w:t>
      </w:r>
      <w:r>
        <w:rPr>
          <w:b w:val="0"/>
          <w:i w:val="0"/>
          <w:smallCaps w:val="0"/>
          <w:strike w:val="0"/>
          <w:sz w:val="16"/>
          <w:u w:val="none"/>
        </w:rPr>
        <w:t xml:space="preserve">. Indeed, patent law only offers four ways to allocate rewards among two parties: "0:0 (both patents invalid), 50:50 (both patents upheld), 100:0 (first patent valid, second invalid), [and] 0:100 (first patent invalid, second valid)." 199 </w:t>
      </w:r>
      <w:r>
        <w:rPr>
          <w:b w:val="0"/>
          <w:i w:val="0"/>
          <w:smallCaps w:val="0"/>
          <w:strike w:val="0"/>
          <w:sz w:val="22"/>
          <w:highlight w:val="cyan"/>
          <w:u w:val="single"/>
        </w:rPr>
        <w:t>Patent</w:t>
      </w:r>
      <w:r>
        <w:rPr>
          <w:b w:val="0"/>
          <w:i w:val="0"/>
          <w:smallCaps w:val="0"/>
          <w:strike w:val="0"/>
          <w:sz w:val="22"/>
          <w:u w:val="single"/>
        </w:rPr>
        <w:t xml:space="preserve"> law</w:t>
      </w:r>
      <w:r>
        <w:rPr>
          <w:b w:val="0"/>
          <w:i w:val="0"/>
          <w:smallCaps w:val="0"/>
          <w:strike w:val="0"/>
          <w:sz w:val="16"/>
          <w:u w:val="none"/>
        </w:rPr>
        <w:t xml:space="preserve"> may also </w:t>
      </w:r>
      <w:r>
        <w:rPr>
          <w:b w:val="0"/>
          <w:i w:val="0"/>
          <w:smallCaps w:val="0"/>
          <w:strike w:val="0"/>
          <w:sz w:val="22"/>
          <w:highlight w:val="cyan"/>
          <w:u w:val="single"/>
        </w:rPr>
        <w:t>impede</w:t>
      </w:r>
      <w:r>
        <w:rPr>
          <w:b w:val="0"/>
          <w:i w:val="0"/>
          <w:smallCaps w:val="0"/>
          <w:strike w:val="0"/>
          <w:sz w:val="22"/>
          <w:u w:val="single"/>
        </w:rPr>
        <w:t xml:space="preserve"> future </w:t>
      </w:r>
      <w:r>
        <w:rPr>
          <w:b/>
          <w:i w:val="0"/>
          <w:smallCaps w:val="0"/>
          <w:strike w:val="0"/>
          <w:sz w:val="22"/>
          <w:u w:val="single"/>
        </w:rPr>
        <w:t>tech</w:t>
      </w:r>
      <w:r>
        <w:rPr>
          <w:b w:val="0"/>
          <w:i w:val="0"/>
          <w:smallCaps w:val="0"/>
          <w:strike w:val="0"/>
          <w:sz w:val="22"/>
          <w:u w:val="single"/>
        </w:rPr>
        <w:t xml:space="preserve">nological </w:t>
      </w:r>
      <w:r>
        <w:rPr>
          <w:b/>
          <w:i w:val="0"/>
          <w:smallCaps w:val="0"/>
          <w:strike w:val="0"/>
          <w:sz w:val="22"/>
          <w:highlight w:val="cyan"/>
          <w:u w:val="single"/>
        </w:rPr>
        <w:t>progress</w:t>
      </w:r>
      <w:r>
        <w:rPr>
          <w:b w:val="0"/>
          <w:i w:val="0"/>
          <w:smallCaps w:val="0"/>
          <w:strike w:val="0"/>
          <w:sz w:val="22"/>
          <w:highlight w:val="cyan"/>
          <w:u w:val="single"/>
        </w:rPr>
        <w:t xml:space="preserve"> by making it </w:t>
      </w:r>
      <w:r>
        <w:rPr>
          <w:b/>
          <w:i w:val="0"/>
          <w:smallCaps w:val="0"/>
          <w:strike w:val="0"/>
          <w:sz w:val="22"/>
          <w:highlight w:val="cyan"/>
          <w:u w:val="single"/>
        </w:rPr>
        <w:t>harder</w:t>
      </w:r>
      <w:r>
        <w:rPr>
          <w:b w:val="0"/>
          <w:i w:val="0"/>
          <w:smallCaps w:val="0"/>
          <w:strike w:val="0"/>
          <w:sz w:val="22"/>
          <w:u w:val="single"/>
        </w:rPr>
        <w:t xml:space="preserve"> for other AI systems </w:t>
      </w:r>
      <w:r>
        <w:rPr>
          <w:b w:val="0"/>
          <w:i w:val="0"/>
          <w:smallCaps w:val="0"/>
          <w:strike w:val="0"/>
          <w:sz w:val="22"/>
          <w:highlight w:val="cyan"/>
          <w:u w:val="single"/>
        </w:rPr>
        <w:t xml:space="preserve">to build on </w:t>
      </w:r>
      <w:r>
        <w:rPr>
          <w:b/>
          <w:i w:val="0"/>
          <w:smallCaps w:val="0"/>
          <w:strike w:val="0"/>
          <w:sz w:val="22"/>
          <w:highlight w:val="cyan"/>
          <w:u w:val="single"/>
        </w:rPr>
        <w:t>earlier</w:t>
      </w:r>
      <w:r>
        <w:rPr>
          <w:b w:val="0"/>
          <w:i w:val="0"/>
          <w:smallCaps w:val="0"/>
          <w:strike w:val="0"/>
          <w:sz w:val="22"/>
          <w:highlight w:val="cyan"/>
          <w:u w:val="single"/>
        </w:rPr>
        <w:t xml:space="preserve"> inventions</w:t>
      </w:r>
      <w:r>
        <w:rPr>
          <w:b w:val="0"/>
          <w:i w:val="0"/>
          <w:smallCaps w:val="0"/>
          <w:strike w:val="0"/>
          <w:sz w:val="16"/>
          <w:u w:val="none"/>
        </w:rPr>
        <w:t>. 200</w:t>
      </w:r>
    </w:p>
    <w:p>
      <w:pPr>
        <w:spacing w:after="60"/>
      </w:pPr>
      <w:r>
        <w:rPr>
          <w:b w:val="0"/>
          <w:i w:val="0"/>
          <w:smallCaps w:val="0"/>
          <w:strike w:val="0"/>
          <w:sz w:val="22"/>
          <w:highlight w:val="cyan"/>
          <w:u w:val="single"/>
        </w:rPr>
        <w:t>Fifth</w:t>
      </w:r>
      <w:r>
        <w:rPr>
          <w:b w:val="0"/>
          <w:i w:val="0"/>
          <w:smallCaps w:val="0"/>
          <w:strike w:val="0"/>
          <w:sz w:val="16"/>
          <w:u w:val="none"/>
        </w:rPr>
        <w:t xml:space="preserve">, in practice, </w:t>
      </w:r>
      <w:r>
        <w:rPr>
          <w:b w:val="0"/>
          <w:i w:val="0"/>
          <w:smallCaps w:val="0"/>
          <w:strike w:val="0"/>
          <w:sz w:val="22"/>
          <w:u w:val="single"/>
        </w:rPr>
        <w:t xml:space="preserve">patent law would </w:t>
      </w:r>
      <w:r>
        <w:rPr>
          <w:b w:val="0"/>
          <w:i w:val="0"/>
          <w:smallCaps w:val="0"/>
          <w:strike w:val="0"/>
          <w:sz w:val="22"/>
          <w:highlight w:val="cyan"/>
          <w:u w:val="single"/>
        </w:rPr>
        <w:t>pose difficulties in</w:t>
      </w:r>
      <w:r>
        <w:rPr>
          <w:b w:val="0"/>
          <w:i w:val="0"/>
          <w:smallCaps w:val="0"/>
          <w:strike w:val="0"/>
          <w:sz w:val="22"/>
          <w:u w:val="single"/>
        </w:rPr>
        <w:t xml:space="preserve"> bringing patent </w:t>
      </w:r>
      <w:r>
        <w:rPr>
          <w:b/>
          <w:i w:val="0"/>
          <w:smallCaps w:val="0"/>
          <w:strike w:val="0"/>
          <w:sz w:val="22"/>
          <w:highlight w:val="cyan"/>
          <w:u w:val="single"/>
        </w:rPr>
        <w:t>infringement</w:t>
      </w:r>
      <w:r>
        <w:rPr>
          <w:b w:val="0"/>
          <w:i w:val="0"/>
          <w:smallCaps w:val="0"/>
          <w:strike w:val="0"/>
          <w:sz w:val="16"/>
          <w:u w:val="none"/>
        </w:rPr>
        <w:t xml:space="preserve"> action</w:t>
      </w:r>
      <w:r>
        <w:rPr>
          <w:b/>
          <w:i w:val="0"/>
          <w:smallCaps w:val="0"/>
          <w:strike w:val="0"/>
          <w:sz w:val="22"/>
          <w:highlight w:val="cyan"/>
          <w:u w:val="single"/>
        </w:rPr>
        <w:t>s</w:t>
      </w:r>
      <w:r>
        <w:rPr>
          <w:b w:val="0"/>
          <w:i w:val="0"/>
          <w:smallCaps w:val="0"/>
          <w:strike w:val="0"/>
          <w:sz w:val="22"/>
          <w:u w:val="single"/>
        </w:rPr>
        <w:t xml:space="preserve"> against or on </w:t>
      </w:r>
      <w:r>
        <w:rPr>
          <w:b w:val="0"/>
          <w:i w:val="0"/>
          <w:smallCaps w:val="0"/>
          <w:strike w:val="0"/>
          <w:sz w:val="22"/>
          <w:u w:val="single"/>
        </w:rPr>
        <w:t>behalf of inventions by an</w:t>
      </w:r>
      <w:r>
        <w:rPr>
          <w:b w:val="0"/>
          <w:i w:val="0"/>
          <w:smallCaps w:val="0"/>
          <w:strike w:val="0"/>
          <w:sz w:val="22"/>
          <w:u w:val="single"/>
        </w:rPr>
        <w:t xml:space="preserve"> AI or against the </w:t>
      </w:r>
      <w:r>
        <w:rPr>
          <w:b/>
          <w:i w:val="0"/>
          <w:smallCaps w:val="0"/>
          <w:strike w:val="0"/>
          <w:sz w:val="22"/>
          <w:u w:val="single"/>
        </w:rPr>
        <w:t>copying</w:t>
      </w:r>
      <w:r>
        <w:rPr>
          <w:b w:val="0"/>
          <w:i w:val="0"/>
          <w:smallCaps w:val="0"/>
          <w:strike w:val="0"/>
          <w:sz w:val="22"/>
          <w:u w:val="single"/>
        </w:rPr>
        <w:t xml:space="preserve"> of an AI's invention</w:t>
      </w:r>
      <w:r>
        <w:rPr>
          <w:b w:val="0"/>
          <w:i w:val="0"/>
          <w:smallCaps w:val="0"/>
          <w:strike w:val="0"/>
          <w:sz w:val="16"/>
          <w:u w:val="none"/>
        </w:rPr>
        <w:t xml:space="preserve">. Because of the unpredictable nature of AI, it is very difficult to identify the human that is responsible for the "actions" of an AI system. Sometimes the human involved in the process does not know how an AI system arrives at an invention. In other cases, </w:t>
      </w:r>
      <w:r>
        <w:rPr>
          <w:b w:val="0"/>
          <w:i w:val="0"/>
          <w:smallCaps w:val="0"/>
          <w:strike w:val="0"/>
          <w:sz w:val="22"/>
          <w:u w:val="single"/>
        </w:rPr>
        <w:t>the AI system can "</w:t>
      </w:r>
      <w:r>
        <w:rPr>
          <w:b/>
          <w:i w:val="0"/>
          <w:smallCaps w:val="0"/>
          <w:strike w:val="0"/>
          <w:sz w:val="22"/>
          <w:u w:val="single"/>
        </w:rPr>
        <w:t>break</w:t>
      </w:r>
      <w:r>
        <w:rPr>
          <w:b w:val="0"/>
          <w:i w:val="0"/>
          <w:smallCaps w:val="0"/>
          <w:strike w:val="0"/>
          <w:sz w:val="22"/>
          <w:u w:val="single"/>
        </w:rPr>
        <w:t>" data</w:t>
      </w:r>
      <w:r>
        <w:rPr>
          <w:b w:val="0"/>
          <w:i w:val="0"/>
          <w:smallCaps w:val="0"/>
          <w:strike w:val="0"/>
          <w:sz w:val="16"/>
          <w:u w:val="none"/>
        </w:rPr>
        <w:t xml:space="preserve"> into electronic nanocomponents and rebuild it in different ways, thus </w:t>
      </w:r>
      <w:r>
        <w:rPr>
          <w:b w:val="0"/>
          <w:i w:val="0"/>
          <w:smallCaps w:val="0"/>
          <w:strike w:val="0"/>
          <w:sz w:val="22"/>
          <w:u w:val="single"/>
        </w:rPr>
        <w:t xml:space="preserve">rendering it impossible to </w:t>
      </w:r>
      <w:r>
        <w:rPr>
          <w:b/>
          <w:i w:val="0"/>
          <w:smallCaps w:val="0"/>
          <w:strike w:val="0"/>
          <w:sz w:val="22"/>
          <w:u w:val="single"/>
        </w:rPr>
        <w:t>establish proof</w:t>
      </w:r>
      <w:r>
        <w:rPr>
          <w:b w:val="0"/>
          <w:i w:val="0"/>
          <w:smallCaps w:val="0"/>
          <w:strike w:val="0"/>
          <w:sz w:val="22"/>
          <w:u w:val="single"/>
        </w:rPr>
        <w:t xml:space="preserve"> of infringement</w:t>
      </w:r>
      <w:r>
        <w:rPr>
          <w:b w:val="0"/>
          <w:i w:val="0"/>
          <w:smallCaps w:val="0"/>
          <w:strike w:val="0"/>
          <w:sz w:val="16"/>
          <w:u w:val="none"/>
        </w:rPr>
        <w:t xml:space="preserve">. 201 </w:t>
      </w:r>
    </w:p>
    <w:p>
      <w:pPr>
        <w:pStyle w:val="Caption"/>
      </w:pPr>
      <w:r>
        <w:t>Source: Patents Bad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