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 xml:space="preserve">AI arms racing is </w:t>
      </w:r>
      <w:r>
        <w:rPr>
          <w:b/>
          <w:i w:val="0"/>
          <w:smallCaps w:val="0"/>
          <w:strike w:val="0"/>
          <w:u w:val="single"/>
        </w:rPr>
        <w:t>unavoidable</w:t>
      </w:r>
      <w:r>
        <w:rPr>
          <w:b/>
          <w:i w:val="0"/>
          <w:smallCaps w:val="0"/>
          <w:strike w:val="0"/>
          <w:u w:val="none"/>
        </w:rPr>
        <w:t xml:space="preserve">---only an American </w:t>
      </w:r>
      <w:r>
        <w:rPr>
          <w:b/>
          <w:i w:val="0"/>
          <w:smallCaps w:val="0"/>
          <w:strike w:val="0"/>
          <w:u w:val="single"/>
        </w:rPr>
        <w:t>advantage</w:t>
      </w:r>
      <w:r>
        <w:rPr>
          <w:b/>
          <w:i w:val="0"/>
          <w:smallCaps w:val="0"/>
          <w:strike w:val="0"/>
          <w:u w:val="none"/>
        </w:rPr>
        <w:t xml:space="preserve"> deters a </w:t>
      </w:r>
      <w:r>
        <w:rPr>
          <w:b/>
          <w:i w:val="0"/>
          <w:smallCaps w:val="0"/>
          <w:strike w:val="0"/>
          <w:u w:val="single"/>
        </w:rPr>
        <w:t>nuclear war</w:t>
      </w:r>
      <w:r>
        <w:rPr>
          <w:b/>
          <w:i w:val="0"/>
          <w:smallCaps w:val="0"/>
          <w:strike w:val="0"/>
          <w:u w:val="none"/>
        </w:rPr>
        <w:t xml:space="preserve"> with </w:t>
      </w:r>
      <w:r>
        <w:rPr>
          <w:b/>
          <w:i w:val="0"/>
          <w:smallCaps w:val="0"/>
          <w:strike w:val="0"/>
          <w:u w:val="single"/>
        </w:rPr>
        <w:t>revisionist powers</w:t>
      </w:r>
      <w:r>
        <w:rPr>
          <w:b/>
          <w:i w:val="0"/>
          <w:smallCaps w:val="0"/>
          <w:strike w:val="0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2"/>
          <w:u w:val="none"/>
        </w:rPr>
        <w:t>Kroenig</w:t>
      </w:r>
      <w:r>
        <w:rPr>
          <w:b/>
          <w:i w:val="0"/>
          <w:smallCaps w:val="0"/>
          <w:strike w:val="0"/>
          <w:sz w:val="22"/>
          <w:u w:val="none"/>
        </w:rPr>
        <w:t xml:space="preserve"> ’21 </w:t>
      </w:r>
      <w:r>
        <w:rPr>
          <w:b w:val="0"/>
          <w:i w:val="0"/>
          <w:smallCaps w:val="0"/>
          <w:strike w:val="0"/>
          <w:u w:val="none"/>
        </w:rPr>
        <w:t xml:space="preserve">[Matthew; 2021; PhD, Berkeley, Professor of Government at the </w:t>
      </w:r>
      <w:r>
        <w:rPr>
          <w:b w:val="0"/>
          <w:i w:val="0"/>
          <w:smallCaps w:val="0"/>
          <w:strike w:val="0"/>
          <w:u w:val="none"/>
        </w:rPr>
        <w:t>Edmund A. Walsh School of Foreign Service at Georgetown University</w:t>
      </w:r>
      <w:r>
        <w:rPr>
          <w:b w:val="0"/>
          <w:i w:val="0"/>
          <w:smallCaps w:val="0"/>
          <w:strike w:val="0"/>
          <w:u w:val="none"/>
        </w:rPr>
        <w:t xml:space="preserve">; Air University, </w:t>
      </w:r>
      <w:r>
        <w:rPr>
          <w:b w:val="0"/>
          <w:i w:val="0"/>
          <w:smallCaps w:val="0"/>
          <w:strike w:val="0"/>
          <w:u w:val="none"/>
        </w:rPr>
        <w:t>“Will Emerging Technology Cause Nuclear War? Bringing Geopolitics Back In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 xml:space="preserve"> vol. 15 no. 4]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Will emerging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u w:val="single"/>
        </w:rPr>
        <w:t>cause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nuclear war</w:t>
      </w:r>
      <w:r>
        <w:rPr>
          <w:b w:val="0"/>
          <w:i w:val="0"/>
          <w:smallCaps w:val="0"/>
          <w:strike w:val="0"/>
          <w:sz w:val="22"/>
          <w:u w:val="single"/>
        </w:rPr>
        <w:t>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than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70 years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world</w:t>
      </w:r>
      <w:r>
        <w:rPr>
          <w:b/>
          <w:i w:val="0"/>
          <w:smallCaps w:val="0"/>
          <w:strike w:val="0"/>
          <w:sz w:val="22"/>
          <w:u w:val="single"/>
        </w:rPr>
        <w:t xml:space="preserve">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avoided</w:t>
      </w:r>
      <w:r>
        <w:rPr>
          <w:b/>
          <w:i w:val="0"/>
          <w:smallCaps w:val="0"/>
          <w:strike w:val="0"/>
          <w:sz w:val="22"/>
          <w:u w:val="single"/>
        </w:rPr>
        <w:t xml:space="preserve"> major-power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many attribute this era of peace to nuclear weapons.1 In situations of mutually assured destruction, neither side has an incentive to launch a nuclear first strike because doing so will only result in self-annihilation.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Maintaining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secure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second-strike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capabilities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ability to </w:t>
      </w:r>
      <w:r>
        <w:rPr>
          <w:b/>
          <w:i w:val="0"/>
          <w:smallCaps w:val="0"/>
          <w:strike w:val="0"/>
          <w:sz w:val="22"/>
          <w:u w:val="single"/>
        </w:rPr>
        <w:t>absorb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enemy </w:t>
      </w:r>
      <w:r>
        <w:rPr>
          <w:b/>
          <w:i w:val="0"/>
          <w:smallCaps w:val="0"/>
          <w:strike w:val="0"/>
          <w:sz w:val="22"/>
          <w:u w:val="single"/>
        </w:rPr>
        <w:t>nuclear attack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respond with a devastating counterattack—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key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deterrence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 </w:t>
      </w:r>
      <w:r>
        <w:rPr>
          <w:b w:val="0"/>
          <w:i w:val="0"/>
          <w:smallCaps w:val="0"/>
          <w:strike w:val="0"/>
          <w:sz w:val="22"/>
          <w:u w:val="single"/>
        </w:rPr>
        <w:t>Recently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analysts have begun to worry, </w:t>
      </w:r>
      <w:r>
        <w:rPr>
          <w:b/>
          <w:i w:val="0"/>
          <w:smallCaps w:val="0"/>
          <w:strike w:val="0"/>
          <w:sz w:val="22"/>
          <w:u w:val="single"/>
        </w:rPr>
        <w:t>however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military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may call into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question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model of global </w:t>
      </w:r>
      <w:r>
        <w:rPr>
          <w:b/>
          <w:i w:val="0"/>
          <w:smallCaps w:val="0"/>
          <w:strike w:val="0"/>
          <w:sz w:val="22"/>
          <w:u w:val="single"/>
        </w:rPr>
        <w:t xml:space="preserve">strategic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stability</w:t>
      </w:r>
      <w:r>
        <w:rPr>
          <w:b w:val="0"/>
          <w:i w:val="0"/>
          <w:smallCaps w:val="0"/>
          <w:strike w:val="0"/>
          <w:sz w:val="16"/>
          <w:u w:val="none"/>
        </w:rPr>
        <w:t>.3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world is experiencing a fourth industrial revolution (</w:t>
      </w:r>
      <w:r>
        <w:rPr>
          <w:b/>
          <w:i w:val="0"/>
          <w:smallCaps w:val="0"/>
          <w:strike w:val="0"/>
          <w:sz w:val="22"/>
          <w:u w:val="single"/>
        </w:rPr>
        <w:t>4IR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which a wave of </w:t>
      </w:r>
      <w:r>
        <w:rPr>
          <w:b/>
          <w:i w:val="0"/>
          <w:smallCaps w:val="0"/>
          <w:strike w:val="0"/>
          <w:sz w:val="22"/>
          <w:u w:val="single"/>
        </w:rPr>
        <w:t>new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transformative </w:t>
      </w:r>
      <w:r>
        <w:rPr>
          <w:b/>
          <w:i w:val="0"/>
          <w:smallCaps w:val="0"/>
          <w:strike w:val="0"/>
          <w:sz w:val="22"/>
          <w:u w:val="single"/>
        </w:rPr>
        <w:t>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u w:val="single"/>
        </w:rPr>
        <w:t>is being developed, including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artificial intelligence (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additive manufacturing, quantum information technology, hypersonic missiles, biotechnology, and directed energy.4 While these </w:t>
      </w:r>
      <w:r>
        <w:rPr>
          <w:b/>
          <w:i w:val="0"/>
          <w:smallCaps w:val="0"/>
          <w:strike w:val="0"/>
          <w:sz w:val="22"/>
          <w:u w:val="single"/>
        </w:rPr>
        <w:t>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nologies are expected to have profound implications for societies and economies, most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dual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will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national 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including nuclear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strategic stability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According to an emerging conventional wisdom, </w:t>
      </w:r>
      <w:r>
        <w:rPr>
          <w:b w:val="0"/>
          <w:i w:val="0"/>
          <w:smallCaps w:val="0"/>
          <w:strike w:val="0"/>
          <w:sz w:val="22"/>
          <w:u w:val="single"/>
        </w:rPr>
        <w:t>new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nology may </w:t>
      </w:r>
      <w:r>
        <w:rPr>
          <w:b/>
          <w:i w:val="0"/>
          <w:smallCaps w:val="0"/>
          <w:strike w:val="0"/>
          <w:sz w:val="22"/>
          <w:u w:val="single"/>
        </w:rPr>
        <w:t>upset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nuclear strategic stability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calling into question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survivability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nuclear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.5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solution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according to some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analysts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nuclear-armed states to eschew military applications of at least some of these technologies and lead an international effort </w:t>
      </w:r>
      <w:r>
        <w:rPr>
          <w:b w:val="0"/>
          <w:i w:val="0"/>
          <w:smallCaps w:val="0"/>
          <w:strike w:val="0"/>
          <w:sz w:val="22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spread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.6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studies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too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consider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16"/>
          <w:u w:val="none"/>
        </w:rPr>
        <w:t>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ology and nuclear strategy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abstract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without adequately considering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prevailing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geopolitical context into 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</w:t>
      </w:r>
      <w:r>
        <w:rPr>
          <w:b w:val="0"/>
          <w:i w:val="0"/>
          <w:smallCaps w:val="0"/>
          <w:strike w:val="0"/>
          <w:sz w:val="22"/>
          <w:u w:val="single"/>
        </w:rPr>
        <w:t>new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have been </w:t>
      </w:r>
      <w:r>
        <w:rPr>
          <w:b/>
          <w:i w:val="0"/>
          <w:smallCaps w:val="0"/>
          <w:strike w:val="0"/>
          <w:sz w:val="22"/>
          <w:u w:val="single"/>
        </w:rPr>
        <w:t>introduced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article argues </w:t>
      </w:r>
      <w:r>
        <w:rPr>
          <w:b w:val="0"/>
          <w:i w:val="0"/>
          <w:smallCaps w:val="0"/>
          <w:strike w:val="0"/>
          <w:sz w:val="22"/>
          <w:u w:val="single"/>
        </w:rPr>
        <w:t>understanding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link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new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nuclear stability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must consider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prevailing geopolitical </w:t>
      </w:r>
      <w:r>
        <w:rPr>
          <w:b/>
          <w:i w:val="0"/>
          <w:smallCaps w:val="0"/>
          <w:strike w:val="0"/>
          <w:sz w:val="22"/>
          <w:u w:val="single"/>
        </w:rPr>
        <w:t>context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For the past several </w:t>
      </w:r>
      <w:r>
        <w:rPr>
          <w:b/>
          <w:i w:val="0"/>
          <w:smallCaps w:val="0"/>
          <w:strike w:val="0"/>
          <w:sz w:val="22"/>
          <w:u w:val="single"/>
        </w:rPr>
        <w:t>decades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tates, its </w:t>
      </w:r>
      <w:r>
        <w:rPr>
          <w:b w:val="0"/>
          <w:i w:val="0"/>
          <w:smallCaps w:val="0"/>
          <w:strike w:val="0"/>
          <w:sz w:val="22"/>
          <w:u w:val="single"/>
        </w:rPr>
        <w:t>Allies,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like-minded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partners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formed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existing </w:t>
      </w:r>
      <w:r>
        <w:rPr>
          <w:b/>
          <w:i w:val="0"/>
          <w:smallCaps w:val="0"/>
          <w:strike w:val="0"/>
          <w:sz w:val="22"/>
          <w:u w:val="single"/>
        </w:rPr>
        <w:t xml:space="preserve">international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order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.7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benefited from this system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like to see 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strengthened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revitalized, and defended.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new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4IR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incorporated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into 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Ally, and partner </w:t>
      </w:r>
      <w:r>
        <w:rPr>
          <w:b w:val="0"/>
          <w:i w:val="0"/>
          <w:smallCaps w:val="0"/>
          <w:strike w:val="0"/>
          <w:sz w:val="22"/>
          <w:u w:val="single"/>
        </w:rPr>
        <w:t>militaries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 advantages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they provide will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likely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reinforce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prevailing distribution of power and existing sources of </w:t>
      </w:r>
      <w:r>
        <w:rPr>
          <w:b/>
          <w:i w:val="0"/>
          <w:smallCaps w:val="0"/>
          <w:strike w:val="0"/>
          <w:sz w:val="22"/>
          <w:u w:val="single"/>
        </w:rPr>
        <w:t xml:space="preserve">strategic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stability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contrast,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China and Russia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revisionist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powers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intent on </w:t>
      </w:r>
      <w:r>
        <w:rPr>
          <w:b/>
          <w:i w:val="0"/>
          <w:smallCaps w:val="0"/>
          <w:strike w:val="0"/>
          <w:sz w:val="22"/>
          <w:u w:val="single"/>
        </w:rPr>
        <w:t>disrupting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displacing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US-led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would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employ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new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nological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advantages to pursue </w:t>
      </w:r>
      <w:r>
        <w:rPr>
          <w:b/>
          <w:i w:val="0"/>
          <w:smallCaps w:val="0"/>
          <w:strike w:val="0"/>
          <w:sz w:val="22"/>
          <w:u w:val="single"/>
        </w:rPr>
        <w:t>revisionist aims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</w:t>
      </w:r>
      <w:r>
        <w:rPr>
          <w:b/>
          <w:i w:val="0"/>
          <w:smallCaps w:val="0"/>
          <w:strike w:val="0"/>
          <w:sz w:val="22"/>
          <w:u w:val="single"/>
        </w:rPr>
        <w:t xml:space="preserve">greatest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emerging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</w:t>
      </w:r>
      <w:r>
        <w:rPr>
          <w:b/>
          <w:i w:val="0"/>
          <w:smallCaps w:val="0"/>
          <w:strike w:val="0"/>
          <w:sz w:val="22"/>
          <w:u w:val="single"/>
        </w:rPr>
        <w:t xml:space="preserve">nuclear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therefore, may </w:t>
      </w:r>
      <w:r>
        <w:rPr>
          <w:b w:val="0"/>
          <w:i w:val="0"/>
          <w:smallCaps w:val="0"/>
          <w:strike w:val="0"/>
          <w:sz w:val="22"/>
          <w:u w:val="single"/>
        </w:rPr>
        <w:t>result 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possibility that new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provides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Russia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China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enhanced </w:t>
      </w:r>
      <w:r>
        <w:rPr>
          <w:b/>
          <w:i w:val="0"/>
          <w:smallCaps w:val="0"/>
          <w:strike w:val="0"/>
          <w:sz w:val="22"/>
          <w:u w:val="single"/>
        </w:rPr>
        <w:t xml:space="preserve">military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advantage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vulnerable US Allies and partners,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leading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 xml:space="preserve">regional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conflict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significant risk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nuc</w:t>
      </w:r>
      <w:r>
        <w:rPr>
          <w:b/>
          <w:i w:val="0"/>
          <w:smallCaps w:val="0"/>
          <w:strike w:val="0"/>
          <w:sz w:val="22"/>
          <w:u w:val="single"/>
        </w:rPr>
        <w:t xml:space="preserve">lear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escalation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