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Russia and China are </w:t>
      </w:r>
      <w:r>
        <w:rPr>
          <w:b/>
          <w:i w:val="0"/>
          <w:smallCaps w:val="0"/>
          <w:strike w:val="0"/>
          <w:u w:val="single"/>
        </w:rPr>
        <w:t>revisionist</w:t>
      </w:r>
      <w:r>
        <w:rPr>
          <w:b/>
          <w:i w:val="0"/>
          <w:smallCaps w:val="0"/>
          <w:strike w:val="0"/>
          <w:u w:val="none"/>
        </w:rPr>
        <w:t xml:space="preserve">---maintaining </w:t>
      </w:r>
      <w:r>
        <w:rPr>
          <w:b/>
          <w:i w:val="0"/>
          <w:smallCaps w:val="0"/>
          <w:strike w:val="0"/>
          <w:u w:val="single"/>
        </w:rPr>
        <w:t>military dominance</w:t>
      </w:r>
      <w:r>
        <w:rPr>
          <w:b/>
          <w:i w:val="0"/>
          <w:smallCaps w:val="0"/>
          <w:strike w:val="0"/>
          <w:u w:val="none"/>
        </w:rPr>
        <w:t xml:space="preserve"> is critical to avert </w:t>
      </w:r>
      <w:r>
        <w:rPr>
          <w:b/>
          <w:i w:val="0"/>
          <w:smallCaps w:val="0"/>
          <w:strike w:val="0"/>
          <w:u w:val="single"/>
        </w:rPr>
        <w:t>great power war</w:t>
      </w:r>
      <w:r>
        <w:rPr>
          <w:b/>
          <w:i w:val="0"/>
          <w:smallCaps w:val="0"/>
          <w:strike w:val="0"/>
          <w:u w:val="none"/>
        </w:rPr>
        <w:t xml:space="preserve">.  </w:t>
      </w:r>
    </w:p>
    <w:p>
      <w:pPr>
        <w:spacing w:after="80"/>
      </w:pPr>
      <w:r>
        <w:rPr>
          <w:b/>
          <w:i w:val="0"/>
          <w:smallCaps w:val="0"/>
          <w:strike w:val="0"/>
          <w:sz w:val="22"/>
          <w:u w:val="none"/>
        </w:rPr>
        <w:t>Trotti ’20</w:t>
      </w:r>
      <w:r>
        <w:rPr>
          <w:b w:val="0"/>
          <w:i w:val="0"/>
          <w:smallCaps w:val="0"/>
          <w:strike w:val="0"/>
          <w:u w:val="none"/>
        </w:rPr>
        <w:t xml:space="preserve"> [Christian and Matthew </w:t>
      </w:r>
      <w:r>
        <w:rPr>
          <w:b w:val="0"/>
          <w:i w:val="0"/>
          <w:smallCaps w:val="0"/>
          <w:strike w:val="0"/>
          <w:u w:val="none"/>
        </w:rPr>
        <w:t>Kroenig</w:t>
      </w:r>
      <w:r>
        <w:rPr>
          <w:b w:val="0"/>
          <w:i w:val="0"/>
          <w:smallCaps w:val="0"/>
          <w:strike w:val="0"/>
          <w:u w:val="none"/>
        </w:rPr>
        <w:t xml:space="preserve">; February 17; assistant director of Forward Defense at the Atlantic Council’s Scowcroft Center for Strategy and Security; PhD, Berkeley, Professor of Government at the </w:t>
      </w:r>
      <w:r>
        <w:rPr>
          <w:b w:val="0"/>
          <w:i w:val="0"/>
          <w:smallCaps w:val="0"/>
          <w:strike w:val="0"/>
          <w:u w:val="none"/>
        </w:rPr>
        <w:t>Edmund A. Walsh School of Foreign Service at Georgetown University</w:t>
      </w:r>
      <w:r>
        <w:rPr>
          <w:b w:val="0"/>
          <w:i w:val="0"/>
          <w:smallCaps w:val="0"/>
          <w:strike w:val="0"/>
          <w:u w:val="none"/>
        </w:rPr>
        <w:t xml:space="preserve">; </w:t>
      </w:r>
      <w:r>
        <w:rPr>
          <w:b w:val="0"/>
          <w:i w:val="0"/>
          <w:smallCaps w:val="0"/>
          <w:strike w:val="0"/>
          <w:u w:val="none"/>
        </w:rPr>
        <w:t xml:space="preserve">Nuclear Modernization in the 21st Century, </w:t>
      </w:r>
      <w:r>
        <w:rPr>
          <w:b w:val="0"/>
          <w:i w:val="0"/>
          <w:smallCaps w:val="0"/>
          <w:strike w:val="0"/>
          <w:u w:val="none"/>
        </w:rPr>
        <w:t>“Modernization as a Promoter of International Security,”</w:t>
      </w:r>
      <w:r>
        <w:rPr>
          <w:b w:val="0"/>
          <w:i w:val="0"/>
          <w:smallCaps w:val="0"/>
          <w:strike w:val="0"/>
          <w:u w:val="none"/>
        </w:rPr>
        <w:t xml:space="preserve"> DOI</w:t>
      </w:r>
      <w:r>
        <w:rPr>
          <w:b w:val="0"/>
          <w:i w:val="0"/>
          <w:smallCaps w:val="0"/>
          <w:strike w:val="0"/>
          <w:u w:val="none"/>
        </w:rPr>
        <w:t>:</w:t>
      </w:r>
      <w:r>
        <w:rPr>
          <w:b w:val="0"/>
          <w:i w:val="0"/>
          <w:smallCaps w:val="0"/>
          <w:strike w:val="0"/>
          <w:u w:val="none"/>
        </w:rPr>
        <w:t xml:space="preserve"> </w:t>
      </w:r>
      <w:r>
        <w:rPr>
          <w:b w:val="0"/>
          <w:i w:val="0"/>
          <w:smallCaps w:val="0"/>
          <w:strike w:val="0"/>
          <w:u w:val="none"/>
        </w:rPr>
        <w:t>10.4324/9780429435829</w:t>
      </w:r>
      <w:r>
        <w:rPr>
          <w:b w:val="0"/>
          <w:i w:val="0"/>
          <w:smallCaps w:val="0"/>
          <w:strike w:val="0"/>
          <w:u w:val="none"/>
        </w:rPr>
        <w:t>]</w:t>
      </w:r>
    </w:p>
    <w:p>
      <w:pPr>
        <w:spacing w:after="60"/>
      </w:pPr>
      <w:r>
        <w:rPr>
          <w:b w:val="0"/>
          <w:i w:val="0"/>
          <w:smallCaps w:val="0"/>
          <w:strike w:val="0"/>
          <w:sz w:val="16"/>
          <w:u w:val="none"/>
        </w:rPr>
        <w:t xml:space="preserve">The </w:t>
      </w:r>
      <w:r>
        <w:rPr>
          <w:b w:val="0"/>
          <w:i w:val="0"/>
          <w:smallCaps w:val="0"/>
          <w:strike w:val="0"/>
          <w:sz w:val="22"/>
          <w:highlight w:val="cyan"/>
          <w:u w:val="single"/>
        </w:rPr>
        <w:t>modernization</w:t>
      </w:r>
      <w:r>
        <w:rPr>
          <w:b w:val="0"/>
          <w:i w:val="0"/>
          <w:smallCaps w:val="0"/>
          <w:strike w:val="0"/>
          <w:sz w:val="16"/>
          <w:u w:val="none"/>
        </w:rPr>
        <w:t xml:space="preserve"> programs </w:t>
      </w:r>
      <w:r>
        <w:rPr>
          <w:b w:val="0"/>
          <w:i w:val="0"/>
          <w:smallCaps w:val="0"/>
          <w:strike w:val="0"/>
          <w:sz w:val="22"/>
          <w:highlight w:val="cyan"/>
          <w:u w:val="single"/>
        </w:rPr>
        <w:t>of</w:t>
      </w:r>
      <w:r>
        <w:rPr>
          <w:b w:val="0"/>
          <w:i w:val="0"/>
          <w:smallCaps w:val="0"/>
          <w:strike w:val="0"/>
          <w:sz w:val="16"/>
          <w:u w:val="none"/>
        </w:rPr>
        <w:t xml:space="preserve"> the </w:t>
      </w:r>
      <w:r>
        <w:rPr>
          <w:b/>
          <w:i w:val="0"/>
          <w:smallCaps w:val="0"/>
          <w:strike w:val="0"/>
          <w:sz w:val="22"/>
          <w:highlight w:val="cyan"/>
          <w:u w:val="single"/>
        </w:rPr>
        <w:t>U</w:t>
      </w:r>
      <w:r>
        <w:rPr>
          <w:b w:val="0"/>
          <w:i w:val="0"/>
          <w:smallCaps w:val="0"/>
          <w:strike w:val="0"/>
          <w:sz w:val="16"/>
          <w:u w:val="none"/>
        </w:rPr>
        <w:t xml:space="preserve">nited </w:t>
      </w:r>
      <w:r>
        <w:rPr>
          <w:b/>
          <w:i w:val="0"/>
          <w:smallCaps w:val="0"/>
          <w:strike w:val="0"/>
          <w:sz w:val="22"/>
          <w:highlight w:val="cyan"/>
          <w:u w:val="single"/>
        </w:rPr>
        <w:t>S</w:t>
      </w:r>
      <w:r>
        <w:rPr>
          <w:b w:val="0"/>
          <w:i w:val="0"/>
          <w:smallCaps w:val="0"/>
          <w:strike w:val="0"/>
          <w:sz w:val="16"/>
          <w:u w:val="none"/>
        </w:rPr>
        <w:t xml:space="preserve">tates and its democratic allies </w:t>
      </w:r>
      <w:r>
        <w:rPr>
          <w:b w:val="0"/>
          <w:i w:val="0"/>
          <w:smallCaps w:val="0"/>
          <w:strike w:val="0"/>
          <w:sz w:val="22"/>
          <w:u w:val="single"/>
        </w:rPr>
        <w:t>at</w:t>
      </w:r>
      <w:r>
        <w:rPr>
          <w:b w:val="0"/>
          <w:i w:val="0"/>
          <w:smallCaps w:val="0"/>
          <w:strike w:val="0"/>
          <w:sz w:val="16"/>
          <w:u w:val="none"/>
        </w:rPr>
        <w:t xml:space="preserve"> the </w:t>
      </w:r>
      <w:r>
        <w:rPr>
          <w:b/>
          <w:i w:val="0"/>
          <w:smallCaps w:val="0"/>
          <w:strike w:val="0"/>
          <w:sz w:val="22"/>
          <w:u w:val="single"/>
        </w:rPr>
        <w:t>core</w:t>
      </w:r>
      <w:r>
        <w:rPr>
          <w:b w:val="0"/>
          <w:i w:val="0"/>
          <w:smallCaps w:val="0"/>
          <w:strike w:val="0"/>
          <w:sz w:val="22"/>
          <w:u w:val="single"/>
        </w:rPr>
        <w:t xml:space="preserve"> of</w:t>
      </w:r>
      <w:r>
        <w:rPr>
          <w:b w:val="0"/>
          <w:i w:val="0"/>
          <w:smallCaps w:val="0"/>
          <w:strike w:val="0"/>
          <w:sz w:val="16"/>
          <w:u w:val="none"/>
        </w:rPr>
        <w:t xml:space="preserve"> the </w:t>
      </w:r>
      <w:r>
        <w:rPr>
          <w:b w:val="0"/>
          <w:i w:val="0"/>
          <w:smallCaps w:val="0"/>
          <w:strike w:val="0"/>
          <w:sz w:val="22"/>
          <w:u w:val="single"/>
        </w:rPr>
        <w:t xml:space="preserve">international system tend to </w:t>
      </w:r>
      <w:r>
        <w:rPr>
          <w:b w:val="0"/>
          <w:i w:val="0"/>
          <w:smallCaps w:val="0"/>
          <w:strike w:val="0"/>
          <w:sz w:val="22"/>
          <w:highlight w:val="cyan"/>
          <w:u w:val="single"/>
        </w:rPr>
        <w:t>promote</w:t>
      </w:r>
      <w:r>
        <w:rPr>
          <w:b w:val="0"/>
          <w:i w:val="0"/>
          <w:smallCaps w:val="0"/>
          <w:strike w:val="0"/>
          <w:sz w:val="16"/>
          <w:u w:val="none"/>
        </w:rPr>
        <w:t xml:space="preserve"> international </w:t>
      </w:r>
      <w:r>
        <w:rPr>
          <w:b/>
          <w:i w:val="0"/>
          <w:smallCaps w:val="0"/>
          <w:strike w:val="0"/>
          <w:sz w:val="22"/>
          <w:highlight w:val="cyan"/>
          <w:u w:val="single"/>
        </w:rPr>
        <w:t>security</w:t>
      </w:r>
      <w:r>
        <w:rPr>
          <w:b w:val="0"/>
          <w:i w:val="0"/>
          <w:smallCaps w:val="0"/>
          <w:strike w:val="0"/>
          <w:sz w:val="16"/>
          <w:u w:val="none"/>
        </w:rPr>
        <w:t xml:space="preserve">. On the other hand, the </w:t>
      </w:r>
      <w:r>
        <w:rPr>
          <w:b w:val="0"/>
          <w:i w:val="0"/>
          <w:smallCaps w:val="0"/>
          <w:strike w:val="0"/>
          <w:sz w:val="22"/>
          <w:u w:val="single"/>
        </w:rPr>
        <w:t xml:space="preserve">nuclear </w:t>
      </w:r>
      <w:r>
        <w:rPr>
          <w:b/>
          <w:i w:val="0"/>
          <w:smallCaps w:val="0"/>
          <w:strike w:val="0"/>
          <w:sz w:val="22"/>
          <w:highlight w:val="cyan"/>
          <w:u w:val="single"/>
        </w:rPr>
        <w:t>modernization</w:t>
      </w:r>
      <w:r>
        <w:rPr>
          <w:b w:val="0"/>
          <w:i w:val="0"/>
          <w:smallCaps w:val="0"/>
          <w:strike w:val="0"/>
          <w:sz w:val="16"/>
          <w:u w:val="none"/>
        </w:rPr>
        <w:t xml:space="preserve"> programs </w:t>
      </w:r>
      <w:r>
        <w:rPr>
          <w:b w:val="0"/>
          <w:i w:val="0"/>
          <w:smallCaps w:val="0"/>
          <w:strike w:val="0"/>
          <w:sz w:val="22"/>
          <w:highlight w:val="cyan"/>
          <w:u w:val="single"/>
        </w:rPr>
        <w:t>of</w:t>
      </w:r>
      <w:r>
        <w:rPr>
          <w:b w:val="0"/>
          <w:i w:val="0"/>
          <w:smallCaps w:val="0"/>
          <w:strike w:val="0"/>
          <w:sz w:val="16"/>
          <w:highlight w:val="cyan"/>
          <w:u w:val="none"/>
        </w:rPr>
        <w:t xml:space="preserve"> </w:t>
      </w:r>
      <w:r>
        <w:rPr>
          <w:b/>
          <w:i w:val="0"/>
          <w:smallCaps w:val="0"/>
          <w:strike w:val="0"/>
          <w:sz w:val="22"/>
          <w:highlight w:val="cyan"/>
          <w:u w:val="single"/>
        </w:rPr>
        <w:t>revisionist</w:t>
      </w:r>
      <w:r>
        <w:rPr>
          <w:b w:val="0"/>
          <w:i w:val="0"/>
          <w:smallCaps w:val="0"/>
          <w:strike w:val="0"/>
          <w:sz w:val="22"/>
          <w:u w:val="single"/>
        </w:rPr>
        <w:t xml:space="preserve"> autocratic </w:t>
      </w:r>
      <w:r>
        <w:rPr>
          <w:b w:val="0"/>
          <w:i w:val="0"/>
          <w:smallCaps w:val="0"/>
          <w:strike w:val="0"/>
          <w:sz w:val="22"/>
          <w:highlight w:val="cyan"/>
          <w:u w:val="single"/>
        </w:rPr>
        <w:t>powers</w:t>
      </w:r>
      <w:r>
        <w:rPr>
          <w:b w:val="0"/>
          <w:i w:val="0"/>
          <w:smallCaps w:val="0"/>
          <w:strike w:val="0"/>
          <w:sz w:val="22"/>
          <w:u w:val="single"/>
        </w:rPr>
        <w:t xml:space="preserve"> intent on </w:t>
      </w:r>
      <w:r>
        <w:rPr>
          <w:b/>
          <w:i w:val="0"/>
          <w:smallCaps w:val="0"/>
          <w:strike w:val="0"/>
          <w:sz w:val="22"/>
          <w:u w:val="single"/>
        </w:rPr>
        <w:t>challenging</w:t>
      </w:r>
      <w:r>
        <w:rPr>
          <w:b w:val="0"/>
          <w:i w:val="0"/>
          <w:smallCaps w:val="0"/>
          <w:strike w:val="0"/>
          <w:sz w:val="16"/>
          <w:u w:val="none"/>
        </w:rPr>
        <w:t xml:space="preserve"> the </w:t>
      </w:r>
      <w:r>
        <w:rPr>
          <w:b w:val="0"/>
          <w:i w:val="0"/>
          <w:smallCaps w:val="0"/>
          <w:strike w:val="0"/>
          <w:sz w:val="22"/>
          <w:u w:val="single"/>
        </w:rPr>
        <w:t>international system</w:t>
      </w:r>
      <w:r>
        <w:rPr>
          <w:b w:val="0"/>
          <w:i w:val="0"/>
          <w:smallCaps w:val="0"/>
          <w:strike w:val="0"/>
          <w:sz w:val="16"/>
          <w:u w:val="none"/>
        </w:rPr>
        <w:t xml:space="preserve"> tend to </w:t>
      </w:r>
      <w:r>
        <w:rPr>
          <w:b w:val="0"/>
          <w:i w:val="0"/>
          <w:smallCaps w:val="0"/>
          <w:strike w:val="0"/>
          <w:sz w:val="22"/>
          <w:highlight w:val="cyan"/>
          <w:u w:val="single"/>
        </w:rPr>
        <w:t>threaten</w:t>
      </w:r>
      <w:r>
        <w:rPr>
          <w:b w:val="0"/>
          <w:i w:val="0"/>
          <w:smallCaps w:val="0"/>
          <w:strike w:val="0"/>
          <w:sz w:val="22"/>
          <w:u w:val="single"/>
        </w:rPr>
        <w:t xml:space="preserve"> </w:t>
      </w:r>
      <w:r>
        <w:rPr>
          <w:b/>
          <w:i w:val="0"/>
          <w:smallCaps w:val="0"/>
          <w:strike w:val="0"/>
          <w:sz w:val="22"/>
          <w:u w:val="single"/>
        </w:rPr>
        <w:t xml:space="preserve">global </w:t>
      </w:r>
      <w:r>
        <w:rPr>
          <w:b/>
          <w:i w:val="0"/>
          <w:smallCaps w:val="0"/>
          <w:strike w:val="0"/>
          <w:sz w:val="22"/>
          <w:highlight w:val="cyan"/>
          <w:u w:val="single"/>
        </w:rPr>
        <w:t>peace</w:t>
      </w:r>
      <w:r>
        <w:rPr>
          <w:b w:val="0"/>
          <w:i w:val="0"/>
          <w:smallCaps w:val="0"/>
          <w:strike w:val="0"/>
          <w:sz w:val="22"/>
          <w:u w:val="single"/>
        </w:rPr>
        <w:t xml:space="preserve"> and </w:t>
      </w:r>
      <w:r>
        <w:rPr>
          <w:b/>
          <w:i w:val="0"/>
          <w:smallCaps w:val="0"/>
          <w:strike w:val="0"/>
          <w:sz w:val="22"/>
          <w:u w:val="single"/>
        </w:rPr>
        <w:t>stability</w:t>
      </w:r>
      <w:r>
        <w:rPr>
          <w:b w:val="0"/>
          <w:i w:val="0"/>
          <w:smallCaps w:val="0"/>
          <w:strike w:val="0"/>
          <w:sz w:val="16"/>
          <w:u w:val="none"/>
        </w:rPr>
        <w:t xml:space="preserve">. Thus, </w:t>
      </w:r>
      <w:r>
        <w:rPr>
          <w:b w:val="0"/>
          <w:i w:val="0"/>
          <w:smallCaps w:val="0"/>
          <w:strike w:val="0"/>
          <w:sz w:val="22"/>
          <w:u w:val="single"/>
        </w:rPr>
        <w:t xml:space="preserve">not all modernization programs are created </w:t>
      </w:r>
      <w:r>
        <w:rPr>
          <w:b/>
          <w:i w:val="0"/>
          <w:smallCaps w:val="0"/>
          <w:strike w:val="0"/>
          <w:sz w:val="22"/>
          <w:u w:val="single"/>
        </w:rPr>
        <w:t>equal</w:t>
      </w:r>
      <w:r>
        <w:rPr>
          <w:b w:val="0"/>
          <w:i w:val="0"/>
          <w:smallCaps w:val="0"/>
          <w:strike w:val="0"/>
          <w:sz w:val="16"/>
          <w:u w:val="none"/>
        </w:rPr>
        <w:t>. It is ultimately the underlying geopolitical conditions, and not solely the capabilities themselves, which determine the extent to which modernization programs promote or diminish international security.</w:t>
      </w:r>
    </w:p>
    <w:p>
      <w:pPr>
        <w:spacing w:after="60"/>
      </w:pPr>
      <w:r>
        <w:rPr>
          <w:b w:val="0"/>
          <w:i w:val="0"/>
          <w:smallCaps w:val="0"/>
          <w:strike w:val="0"/>
          <w:sz w:val="16"/>
          <w:u w:val="none"/>
        </w:rPr>
        <w:t xml:space="preserve">Since 1945,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has been</w:t>
      </w:r>
      <w:r>
        <w:rPr>
          <w:b w:val="0"/>
          <w:i w:val="0"/>
          <w:smallCaps w:val="0"/>
          <w:strike w:val="0"/>
          <w:sz w:val="16"/>
          <w:u w:val="none"/>
        </w:rPr>
        <w:t xml:space="preserve"> the </w:t>
      </w:r>
      <w:r>
        <w:rPr>
          <w:b/>
          <w:i w:val="0"/>
          <w:smallCaps w:val="0"/>
          <w:strike w:val="0"/>
          <w:sz w:val="22"/>
          <w:u w:val="single"/>
        </w:rPr>
        <w:t>leader</w:t>
      </w:r>
      <w:r>
        <w:rPr>
          <w:b w:val="0"/>
          <w:i w:val="0"/>
          <w:smallCaps w:val="0"/>
          <w:strike w:val="0"/>
          <w:sz w:val="22"/>
          <w:u w:val="single"/>
        </w:rPr>
        <w:t xml:space="preserve"> of</w:t>
      </w:r>
      <w:r>
        <w:rPr>
          <w:b w:val="0"/>
          <w:i w:val="0"/>
          <w:smallCaps w:val="0"/>
          <w:strike w:val="0"/>
          <w:sz w:val="16"/>
          <w:u w:val="none"/>
        </w:rPr>
        <w:t xml:space="preserve"> a </w:t>
      </w:r>
      <w:r>
        <w:rPr>
          <w:b w:val="0"/>
          <w:i w:val="0"/>
          <w:smallCaps w:val="0"/>
          <w:strike w:val="0"/>
          <w:sz w:val="22"/>
          <w:u w:val="single"/>
        </w:rPr>
        <w:t>rules-based international order</w:t>
      </w:r>
      <w:r>
        <w:rPr>
          <w:b w:val="0"/>
          <w:i w:val="0"/>
          <w:smallCaps w:val="0"/>
          <w:strike w:val="0"/>
          <w:sz w:val="16"/>
          <w:u w:val="none"/>
        </w:rPr>
        <w:t xml:space="preserve"> that has brought the world unprecedented levels of peace, prosperity, and freedom.3 </w:t>
      </w:r>
      <w:r>
        <w:rPr>
          <w:b w:val="0"/>
          <w:i w:val="0"/>
          <w:smallCaps w:val="0"/>
          <w:strike w:val="0"/>
          <w:sz w:val="22"/>
          <w:highlight w:val="cyan"/>
          <w:u w:val="single"/>
        </w:rPr>
        <w:t xml:space="preserve">U.S. </w:t>
      </w:r>
      <w:r>
        <w:rPr>
          <w:b/>
          <w:i w:val="0"/>
          <w:smallCaps w:val="0"/>
          <w:strike w:val="0"/>
          <w:sz w:val="22"/>
          <w:highlight w:val="cyan"/>
          <w:u w:val="single"/>
        </w:rPr>
        <w:t>nuc</w:t>
      </w:r>
      <w:r>
        <w:rPr>
          <w:b/>
          <w:i w:val="0"/>
          <w:smallCaps w:val="0"/>
          <w:strike w:val="0"/>
          <w:sz w:val="22"/>
          <w:u w:val="single"/>
        </w:rPr>
        <w:t>lear weapons</w:t>
      </w:r>
      <w:r>
        <w:rPr>
          <w:b w:val="0"/>
          <w:i w:val="0"/>
          <w:smallCaps w:val="0"/>
          <w:strike w:val="0"/>
          <w:sz w:val="16"/>
          <w:u w:val="none"/>
        </w:rPr>
        <w:t xml:space="preserve"> have </w:t>
      </w:r>
      <w:r>
        <w:rPr>
          <w:b w:val="0"/>
          <w:i w:val="0"/>
          <w:smallCaps w:val="0"/>
          <w:strike w:val="0"/>
          <w:sz w:val="22"/>
          <w:u w:val="single"/>
        </w:rPr>
        <w:t>provided</w:t>
      </w:r>
      <w:r>
        <w:rPr>
          <w:b w:val="0"/>
          <w:i w:val="0"/>
          <w:smallCaps w:val="0"/>
          <w:strike w:val="0"/>
          <w:sz w:val="16"/>
          <w:u w:val="none"/>
        </w:rPr>
        <w:t xml:space="preserve"> the </w:t>
      </w:r>
      <w:r>
        <w:rPr>
          <w:b/>
          <w:i w:val="0"/>
          <w:smallCaps w:val="0"/>
          <w:strike w:val="0"/>
          <w:sz w:val="22"/>
          <w:u w:val="single"/>
        </w:rPr>
        <w:t xml:space="preserve">security </w:t>
      </w:r>
      <w:r>
        <w:rPr>
          <w:b/>
          <w:i w:val="0"/>
          <w:smallCaps w:val="0"/>
          <w:strike w:val="0"/>
          <w:sz w:val="22"/>
          <w:u w:val="single"/>
        </w:rPr>
        <w:t>backbone</w:t>
      </w:r>
      <w:r>
        <w:rPr>
          <w:b w:val="0"/>
          <w:i w:val="0"/>
          <w:smallCaps w:val="0"/>
          <w:strike w:val="0"/>
          <w:sz w:val="16"/>
          <w:u w:val="none"/>
        </w:rPr>
        <w:t xml:space="preserve"> of that order </w:t>
      </w:r>
      <w:r>
        <w:rPr>
          <w:b w:val="0"/>
          <w:i w:val="0"/>
          <w:smallCaps w:val="0"/>
          <w:strike w:val="0"/>
          <w:sz w:val="22"/>
          <w:u w:val="single"/>
        </w:rPr>
        <w:t xml:space="preserve">by </w:t>
      </w:r>
      <w:r>
        <w:rPr>
          <w:b/>
          <w:i w:val="0"/>
          <w:smallCaps w:val="0"/>
          <w:strike w:val="0"/>
          <w:sz w:val="22"/>
          <w:highlight w:val="cyan"/>
          <w:u w:val="single"/>
        </w:rPr>
        <w:t>deterring</w:t>
      </w:r>
      <w:r>
        <w:rPr>
          <w:b w:val="0"/>
          <w:i w:val="0"/>
          <w:smallCaps w:val="0"/>
          <w:strike w:val="0"/>
          <w:sz w:val="22"/>
          <w:u w:val="single"/>
        </w:rPr>
        <w:t xml:space="preserve"> major power </w:t>
      </w:r>
      <w:r>
        <w:rPr>
          <w:b w:val="0"/>
          <w:i w:val="0"/>
          <w:smallCaps w:val="0"/>
          <w:strike w:val="0"/>
          <w:sz w:val="22"/>
          <w:highlight w:val="cyan"/>
          <w:u w:val="single"/>
        </w:rPr>
        <w:t xml:space="preserve">conflict in </w:t>
      </w:r>
      <w:r>
        <w:rPr>
          <w:b/>
          <w:i w:val="0"/>
          <w:smallCaps w:val="0"/>
          <w:strike w:val="0"/>
          <w:sz w:val="22"/>
          <w:highlight w:val="cyan"/>
          <w:u w:val="single"/>
        </w:rPr>
        <w:t>Europe</w:t>
      </w:r>
      <w:r>
        <w:rPr>
          <w:b w:val="0"/>
          <w:i w:val="0"/>
          <w:smallCaps w:val="0"/>
          <w:strike w:val="0"/>
          <w:sz w:val="22"/>
          <w:highlight w:val="cyan"/>
          <w:u w:val="single"/>
        </w:rPr>
        <w:t xml:space="preserve"> and </w:t>
      </w:r>
      <w:r>
        <w:rPr>
          <w:b/>
          <w:i w:val="0"/>
          <w:smallCaps w:val="0"/>
          <w:strike w:val="0"/>
          <w:sz w:val="22"/>
          <w:highlight w:val="cyan"/>
          <w:u w:val="single"/>
        </w:rPr>
        <w:t>Asia</w:t>
      </w:r>
      <w:r>
        <w:rPr>
          <w:b w:val="0"/>
          <w:i w:val="0"/>
          <w:smallCaps w:val="0"/>
          <w:strike w:val="0"/>
          <w:sz w:val="16"/>
          <w:u w:val="none"/>
        </w:rPr>
        <w:t xml:space="preserve">.4 Additionally, U.S. extended nuclear security guarantees have protected the entire free world and dissuaded many capable states from developing independent nuclear capabilities. The </w:t>
      </w:r>
      <w:r>
        <w:rPr>
          <w:b/>
          <w:i w:val="0"/>
          <w:smallCaps w:val="0"/>
          <w:strike w:val="0"/>
          <w:sz w:val="22"/>
          <w:u w:val="single"/>
        </w:rPr>
        <w:t>modernization</w:t>
      </w:r>
      <w:r>
        <w:rPr>
          <w:b w:val="0"/>
          <w:i w:val="0"/>
          <w:smallCaps w:val="0"/>
          <w:strike w:val="0"/>
          <w:sz w:val="22"/>
          <w:u w:val="single"/>
        </w:rPr>
        <w:t xml:space="preserve"> of U.S. nuclear weapons will</w:t>
      </w:r>
      <w:r>
        <w:rPr>
          <w:b w:val="0"/>
          <w:i w:val="0"/>
          <w:smallCaps w:val="0"/>
          <w:strike w:val="0"/>
          <w:sz w:val="16"/>
          <w:u w:val="none"/>
        </w:rPr>
        <w:t xml:space="preserve"> therefore continue to </w:t>
      </w:r>
      <w:r>
        <w:rPr>
          <w:b/>
          <w:i w:val="0"/>
          <w:smallCaps w:val="0"/>
          <w:strike w:val="0"/>
          <w:sz w:val="22"/>
          <w:u w:val="single"/>
        </w:rPr>
        <w:t>reinforce</w:t>
      </w:r>
      <w:r>
        <w:rPr>
          <w:b w:val="0"/>
          <w:i w:val="0"/>
          <w:smallCaps w:val="0"/>
          <w:strike w:val="0"/>
          <w:sz w:val="16"/>
          <w:u w:val="none"/>
        </w:rPr>
        <w:t xml:space="preserve"> these major sources of geopolitical </w:t>
      </w:r>
      <w:r>
        <w:rPr>
          <w:b/>
          <w:i w:val="0"/>
          <w:smallCaps w:val="0"/>
          <w:strike w:val="0"/>
          <w:sz w:val="22"/>
          <w:u w:val="single"/>
        </w:rPr>
        <w:t>peace</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stability</w:t>
      </w:r>
      <w:r>
        <w:rPr>
          <w:b w:val="0"/>
          <w:i w:val="0"/>
          <w:smallCaps w:val="0"/>
          <w:strike w:val="0"/>
          <w:sz w:val="16"/>
          <w:u w:val="none"/>
        </w:rPr>
        <w:t>.</w:t>
      </w:r>
    </w:p>
    <w:p>
      <w:pPr>
        <w:spacing w:after="60"/>
      </w:pPr>
      <w:r>
        <w:rPr>
          <w:b/>
          <w:i w:val="0"/>
          <w:smallCaps w:val="0"/>
          <w:strike w:val="0"/>
          <w:sz w:val="22"/>
          <w:u w:val="single"/>
        </w:rPr>
        <w:t>Alternatively</w:t>
      </w:r>
      <w:r>
        <w:rPr>
          <w:b w:val="0"/>
          <w:i w:val="0"/>
          <w:smallCaps w:val="0"/>
          <w:strike w:val="0"/>
          <w:sz w:val="22"/>
          <w:u w:val="single"/>
        </w:rPr>
        <w:t>, Russia, China</w:t>
      </w:r>
      <w:r>
        <w:rPr>
          <w:b w:val="0"/>
          <w:i w:val="0"/>
          <w:smallCaps w:val="0"/>
          <w:strike w:val="0"/>
          <w:sz w:val="16"/>
          <w:u w:val="none"/>
        </w:rPr>
        <w:t xml:space="preserve">, and </w:t>
      </w:r>
      <w:r>
        <w:rPr>
          <w:b w:val="0"/>
          <w:i w:val="0"/>
          <w:smallCaps w:val="0"/>
          <w:strike w:val="0"/>
          <w:sz w:val="22"/>
          <w:u w:val="single"/>
        </w:rPr>
        <w:t xml:space="preserve">North Korea are </w:t>
      </w:r>
      <w:r>
        <w:rPr>
          <w:b/>
          <w:i w:val="0"/>
          <w:smallCaps w:val="0"/>
          <w:strike w:val="0"/>
          <w:sz w:val="22"/>
          <w:u w:val="single"/>
        </w:rPr>
        <w:t>opposed</w:t>
      </w:r>
      <w:r>
        <w:rPr>
          <w:b w:val="0"/>
          <w:i w:val="0"/>
          <w:smallCaps w:val="0"/>
          <w:strike w:val="0"/>
          <w:sz w:val="22"/>
          <w:u w:val="single"/>
        </w:rPr>
        <w:t xml:space="preserve"> to</w:t>
      </w:r>
      <w:r>
        <w:rPr>
          <w:b w:val="0"/>
          <w:i w:val="0"/>
          <w:smallCaps w:val="0"/>
          <w:strike w:val="0"/>
          <w:sz w:val="16"/>
          <w:u w:val="none"/>
        </w:rPr>
        <w:t xml:space="preserve"> major elements of the existing </w:t>
      </w:r>
      <w:r>
        <w:rPr>
          <w:b w:val="0"/>
          <w:i w:val="0"/>
          <w:smallCaps w:val="0"/>
          <w:strike w:val="0"/>
          <w:sz w:val="22"/>
          <w:u w:val="single"/>
        </w:rPr>
        <w:t>international syst</w:t>
      </w:r>
      <w:r>
        <w:rPr>
          <w:b w:val="0"/>
          <w:i w:val="0"/>
          <w:smallCaps w:val="0"/>
          <w:strike w:val="0"/>
          <w:sz w:val="22"/>
          <w:u w:val="single"/>
        </w:rPr>
        <w:t>em and seek</w:t>
      </w:r>
      <w:r>
        <w:rPr>
          <w:b w:val="0"/>
          <w:i w:val="0"/>
          <w:smallCaps w:val="0"/>
          <w:strike w:val="0"/>
          <w:sz w:val="16"/>
          <w:u w:val="none"/>
        </w:rPr>
        <w:t xml:space="preserve"> in varying ways </w:t>
      </w:r>
      <w:r>
        <w:rPr>
          <w:b w:val="0"/>
          <w:i w:val="0"/>
          <w:smallCaps w:val="0"/>
          <w:strike w:val="0"/>
          <w:sz w:val="22"/>
          <w:u w:val="single"/>
        </w:rPr>
        <w:t xml:space="preserve">to </w:t>
      </w:r>
      <w:r>
        <w:rPr>
          <w:b/>
          <w:i w:val="0"/>
          <w:smallCaps w:val="0"/>
          <w:strike w:val="0"/>
          <w:sz w:val="22"/>
          <w:u w:val="single"/>
        </w:rPr>
        <w:t>disrupt</w:t>
      </w:r>
      <w:r>
        <w:rPr>
          <w:b w:val="0"/>
          <w:i w:val="0"/>
          <w:smallCaps w:val="0"/>
          <w:strike w:val="0"/>
          <w:sz w:val="16"/>
          <w:u w:val="none"/>
        </w:rPr>
        <w:t xml:space="preserve"> or displace </w:t>
      </w:r>
      <w:r>
        <w:rPr>
          <w:b w:val="0"/>
          <w:i w:val="0"/>
          <w:smallCaps w:val="0"/>
          <w:strike w:val="0"/>
          <w:sz w:val="22"/>
          <w:u w:val="single"/>
        </w:rPr>
        <w:t>it. Given</w:t>
      </w:r>
      <w:r>
        <w:rPr>
          <w:b w:val="0"/>
          <w:i w:val="0"/>
          <w:smallCaps w:val="0"/>
          <w:strike w:val="0"/>
          <w:sz w:val="16"/>
          <w:u w:val="none"/>
        </w:rPr>
        <w:t xml:space="preserve"> their </w:t>
      </w:r>
      <w:r>
        <w:rPr>
          <w:b/>
          <w:i w:val="0"/>
          <w:smallCaps w:val="0"/>
          <w:strike w:val="0"/>
          <w:sz w:val="22"/>
          <w:u w:val="single"/>
        </w:rPr>
        <w:t>revisionist</w:t>
      </w:r>
      <w:r>
        <w:rPr>
          <w:b w:val="0"/>
          <w:i w:val="0"/>
          <w:smallCaps w:val="0"/>
          <w:strike w:val="0"/>
          <w:sz w:val="16"/>
          <w:u w:val="none"/>
        </w:rPr>
        <w:t xml:space="preserve"> geopolitical </w:t>
      </w:r>
      <w:r>
        <w:rPr>
          <w:b w:val="0"/>
          <w:i w:val="0"/>
          <w:smallCaps w:val="0"/>
          <w:strike w:val="0"/>
          <w:sz w:val="22"/>
          <w:u w:val="single"/>
        </w:rPr>
        <w:t>objectives, nuclear modernization</w:t>
      </w:r>
      <w:r>
        <w:rPr>
          <w:b w:val="0"/>
          <w:i w:val="0"/>
          <w:smallCaps w:val="0"/>
          <w:strike w:val="0"/>
          <w:sz w:val="16"/>
          <w:u w:val="none"/>
        </w:rPr>
        <w:t xml:space="preserve"> in these countries tends to </w:t>
      </w:r>
      <w:r>
        <w:rPr>
          <w:b/>
          <w:i w:val="0"/>
          <w:smallCaps w:val="0"/>
          <w:strike w:val="0"/>
          <w:sz w:val="22"/>
          <w:u w:val="single"/>
        </w:rPr>
        <w:t>threaten</w:t>
      </w:r>
      <w:r>
        <w:rPr>
          <w:b w:val="0"/>
          <w:i w:val="0"/>
          <w:smallCaps w:val="0"/>
          <w:strike w:val="0"/>
          <w:sz w:val="16"/>
          <w:u w:val="none"/>
        </w:rPr>
        <w:t xml:space="preserve"> international peace and </w:t>
      </w:r>
      <w:r>
        <w:rPr>
          <w:b/>
          <w:i w:val="0"/>
          <w:smallCaps w:val="0"/>
          <w:strike w:val="0"/>
          <w:sz w:val="22"/>
          <w:u w:val="single"/>
        </w:rPr>
        <w:t>stability</w:t>
      </w:r>
      <w:r>
        <w:rPr>
          <w:b w:val="0"/>
          <w:i w:val="0"/>
          <w:smallCaps w:val="0"/>
          <w:strike w:val="0"/>
          <w:sz w:val="16"/>
          <w:u w:val="none"/>
        </w:rPr>
        <w:t>.</w:t>
      </w:r>
    </w:p>
    <w:p>
      <w:pPr>
        <w:spacing w:after="60"/>
      </w:pPr>
      <w:r>
        <w:rPr>
          <w:b w:val="0"/>
          <w:i w:val="0"/>
          <w:smallCaps w:val="0"/>
          <w:strike w:val="0"/>
          <w:sz w:val="16"/>
          <w:u w:val="none"/>
        </w:rPr>
        <w:t xml:space="preserve">Geopolitical intentions guide nuclear strategy, which in turn informs modernization programs. It is therefore essential to account for a state’s position within the international system when evaluating the likely effects of nuclear modernization on international stability. </w:t>
      </w:r>
    </w:p>
    <w:p>
      <w:pPr>
        <w:spacing w:after="60"/>
      </w:pPr>
      <w:r>
        <w:rPr>
          <w:b w:val="0"/>
          <w:i w:val="0"/>
          <w:smallCaps w:val="0"/>
          <w:strike w:val="0"/>
          <w:sz w:val="16"/>
          <w:u w:val="none"/>
        </w:rPr>
        <w:t>The rest of this essay proceeds in four parts. First, it explains why U.S. nuclear weapons serve as unique guarantor of international security in the postwar world order. Second, it argues that the United States must modernize its aging nuclear capabilities in order to sustain its longstanding role in promoting global security. Third, it addresses the ways in which revisionist powers seek to use their nuclear modernization programs for destabilizing ends. Fourth, it briefly considers the role of other nations’ nuclear forces, including: Britain, France, India, Israel, and Pakistan. Finally, it concludes with implications for scholarship and for policy.</w:t>
      </w:r>
    </w:p>
    <w:p>
      <w:pPr>
        <w:spacing w:after="60"/>
      </w:pPr>
      <w:r>
        <w:rPr>
          <w:b w:val="0"/>
          <w:i w:val="0"/>
          <w:smallCaps w:val="0"/>
          <w:strike w:val="0"/>
          <w:sz w:val="16"/>
          <w:u w:val="none"/>
        </w:rPr>
        <w:t>The U.S.-led, rules-based international order</w:t>
      </w:r>
    </w:p>
    <w:p>
      <w:pPr>
        <w:spacing w:after="60"/>
      </w:pPr>
      <w:r>
        <w:rPr>
          <w:b w:val="0"/>
          <w:i w:val="0"/>
          <w:smallCaps w:val="0"/>
          <w:strike w:val="0"/>
          <w:sz w:val="16"/>
          <w:u w:val="none"/>
        </w:rPr>
        <w:t xml:space="preserve">Following the end of World War II, the United States and its victorious allies built the international system in which we reside today.5 Like past hegemons, the </w:t>
      </w:r>
      <w:r>
        <w:rPr>
          <w:b/>
          <w:i w:val="0"/>
          <w:smallCaps w:val="0"/>
          <w:strike w:val="0"/>
          <w:sz w:val="22"/>
          <w:highlight w:val="cyan"/>
          <w:u w:val="single"/>
        </w:rPr>
        <w:t>U</w:t>
      </w:r>
      <w:r>
        <w:rPr>
          <w:b w:val="0"/>
          <w:i w:val="0"/>
          <w:smallCaps w:val="0"/>
          <w:strike w:val="0"/>
          <w:sz w:val="16"/>
          <w:u w:val="none"/>
        </w:rPr>
        <w:t xml:space="preserve">nited </w:t>
      </w:r>
      <w:r>
        <w:rPr>
          <w:b/>
          <w:i w:val="0"/>
          <w:smallCaps w:val="0"/>
          <w:strike w:val="0"/>
          <w:sz w:val="22"/>
          <w:highlight w:val="cyan"/>
          <w:u w:val="single"/>
        </w:rPr>
        <w:t>S</w:t>
      </w:r>
      <w:r>
        <w:rPr>
          <w:b w:val="0"/>
          <w:i w:val="0"/>
          <w:smallCaps w:val="0"/>
          <w:strike w:val="0"/>
          <w:sz w:val="16"/>
          <w:u w:val="none"/>
        </w:rPr>
        <w:t xml:space="preserve">tates ordered an international system to suit its interests. Unlike past hegemons, however, Washington </w:t>
      </w:r>
      <w:r>
        <w:rPr>
          <w:b w:val="0"/>
          <w:i w:val="0"/>
          <w:smallCaps w:val="0"/>
          <w:strike w:val="0"/>
          <w:sz w:val="22"/>
          <w:u w:val="single"/>
        </w:rPr>
        <w:t>did not seek to rule through</w:t>
      </w:r>
      <w:r>
        <w:rPr>
          <w:b w:val="0"/>
          <w:i w:val="0"/>
          <w:smallCaps w:val="0"/>
          <w:strike w:val="0"/>
          <w:sz w:val="16"/>
          <w:u w:val="none"/>
        </w:rPr>
        <w:t xml:space="preserve"> formal </w:t>
      </w:r>
      <w:r>
        <w:rPr>
          <w:b/>
          <w:i w:val="0"/>
          <w:smallCaps w:val="0"/>
          <w:strike w:val="0"/>
          <w:sz w:val="22"/>
          <w:u w:val="single"/>
        </w:rPr>
        <w:t>empire</w:t>
      </w:r>
      <w:r>
        <w:rPr>
          <w:b w:val="0"/>
          <w:i w:val="0"/>
          <w:smallCaps w:val="0"/>
          <w:strike w:val="0"/>
          <w:sz w:val="16"/>
          <w:u w:val="none"/>
        </w:rPr>
        <w:t xml:space="preserve">. Rather, </w:t>
      </w:r>
      <w:r>
        <w:rPr>
          <w:b w:val="0"/>
          <w:i w:val="0"/>
          <w:smallCaps w:val="0"/>
          <w:strike w:val="0"/>
          <w:sz w:val="22"/>
          <w:u w:val="single"/>
        </w:rPr>
        <w:t xml:space="preserve">it sought to </w:t>
      </w:r>
      <w:r>
        <w:rPr>
          <w:b w:val="0"/>
          <w:i w:val="0"/>
          <w:smallCaps w:val="0"/>
          <w:strike w:val="0"/>
          <w:sz w:val="22"/>
          <w:highlight w:val="cyan"/>
          <w:u w:val="single"/>
        </w:rPr>
        <w:t>reproduce</w:t>
      </w:r>
      <w:r>
        <w:rPr>
          <w:b w:val="0"/>
          <w:i w:val="0"/>
          <w:smallCaps w:val="0"/>
          <w:strike w:val="0"/>
          <w:sz w:val="16"/>
          <w:u w:val="none"/>
        </w:rPr>
        <w:t xml:space="preserve"> a variant of its </w:t>
      </w:r>
      <w:r>
        <w:rPr>
          <w:b/>
          <w:i w:val="0"/>
          <w:smallCaps w:val="0"/>
          <w:strike w:val="0"/>
          <w:sz w:val="22"/>
          <w:highlight w:val="cyan"/>
          <w:u w:val="single"/>
        </w:rPr>
        <w:t>rules</w:t>
      </w:r>
      <w:r>
        <w:rPr>
          <w:b/>
          <w:i w:val="0"/>
          <w:smallCaps w:val="0"/>
          <w:strike w:val="0"/>
          <w:sz w:val="22"/>
          <w:u w:val="single"/>
        </w:rPr>
        <w:t>-based</w:t>
      </w:r>
      <w:r>
        <w:rPr>
          <w:b w:val="0"/>
          <w:i w:val="0"/>
          <w:smallCaps w:val="0"/>
          <w:strike w:val="0"/>
          <w:sz w:val="22"/>
          <w:u w:val="single"/>
        </w:rPr>
        <w:t xml:space="preserve"> domestic political system</w:t>
      </w:r>
      <w:r>
        <w:rPr>
          <w:b w:val="0"/>
          <w:i w:val="0"/>
          <w:smallCaps w:val="0"/>
          <w:strike w:val="0"/>
          <w:sz w:val="16"/>
          <w:u w:val="none"/>
        </w:rPr>
        <w:t xml:space="preserve"> for the global system. This rules-based international order possesses multiple components. First, Washington and its allies </w:t>
      </w:r>
      <w:r>
        <w:rPr>
          <w:b w:val="0"/>
          <w:i w:val="0"/>
          <w:smallCaps w:val="0"/>
          <w:strike w:val="0"/>
          <w:sz w:val="22"/>
          <w:highlight w:val="cyan"/>
          <w:u w:val="single"/>
        </w:rPr>
        <w:t>established</w:t>
      </w:r>
      <w:r>
        <w:rPr>
          <w:b w:val="0"/>
          <w:i w:val="0"/>
          <w:smallCaps w:val="0"/>
          <w:strike w:val="0"/>
          <w:sz w:val="16"/>
          <w:u w:val="none"/>
        </w:rPr>
        <w:t xml:space="preserve"> a wide </w:t>
      </w:r>
      <w:r>
        <w:rPr>
          <w:b/>
          <w:i w:val="0"/>
          <w:smallCaps w:val="0"/>
          <w:strike w:val="0"/>
          <w:sz w:val="22"/>
          <w:u w:val="single"/>
        </w:rPr>
        <w:t>range</w:t>
      </w:r>
      <w:r>
        <w:rPr>
          <w:b w:val="0"/>
          <w:i w:val="0"/>
          <w:smallCaps w:val="0"/>
          <w:strike w:val="0"/>
          <w:sz w:val="22"/>
          <w:u w:val="single"/>
        </w:rPr>
        <w:t xml:space="preserve"> of international institutions</w:t>
      </w:r>
      <w:r>
        <w:rPr>
          <w:b w:val="0"/>
          <w:i w:val="0"/>
          <w:smallCaps w:val="0"/>
          <w:strike w:val="0"/>
          <w:sz w:val="16"/>
          <w:u w:val="none"/>
        </w:rPr>
        <w:t xml:space="preserve">, such as the </w:t>
      </w:r>
      <w:r>
        <w:rPr>
          <w:b/>
          <w:i w:val="0"/>
          <w:smallCaps w:val="0"/>
          <w:strike w:val="0"/>
          <w:sz w:val="22"/>
          <w:highlight w:val="cyan"/>
          <w:u w:val="single"/>
        </w:rPr>
        <w:t>U</w:t>
      </w:r>
      <w:r>
        <w:rPr>
          <w:b w:val="0"/>
          <w:i w:val="0"/>
          <w:smallCaps w:val="0"/>
          <w:strike w:val="0"/>
          <w:sz w:val="16"/>
          <w:u w:val="none"/>
        </w:rPr>
        <w:t xml:space="preserve">nited </w:t>
      </w:r>
      <w:r>
        <w:rPr>
          <w:b/>
          <w:i w:val="0"/>
          <w:smallCaps w:val="0"/>
          <w:strike w:val="0"/>
          <w:sz w:val="22"/>
          <w:highlight w:val="cyan"/>
          <w:u w:val="single"/>
        </w:rPr>
        <w:t>N</w:t>
      </w:r>
      <w:r>
        <w:rPr>
          <w:b w:val="0"/>
          <w:i w:val="0"/>
          <w:smallCaps w:val="0"/>
          <w:strike w:val="0"/>
          <w:sz w:val="16"/>
          <w:u w:val="none"/>
        </w:rPr>
        <w:t xml:space="preserve">ations, the </w:t>
      </w:r>
      <w:r>
        <w:rPr>
          <w:b/>
          <w:i w:val="0"/>
          <w:smallCaps w:val="0"/>
          <w:strike w:val="0"/>
          <w:sz w:val="22"/>
          <w:highlight w:val="cyan"/>
          <w:u w:val="single"/>
        </w:rPr>
        <w:t>World Bank</w:t>
      </w:r>
      <w:r>
        <w:rPr>
          <w:b w:val="0"/>
          <w:i w:val="0"/>
          <w:smallCaps w:val="0"/>
          <w:strike w:val="0"/>
          <w:sz w:val="16"/>
          <w:u w:val="none"/>
        </w:rPr>
        <w:t>, the North Atlantic Treaty Organization (</w:t>
      </w:r>
      <w:r>
        <w:rPr>
          <w:b/>
          <w:i w:val="0"/>
          <w:smallCaps w:val="0"/>
          <w:strike w:val="0"/>
          <w:sz w:val="22"/>
          <w:highlight w:val="cyan"/>
          <w:u w:val="single"/>
        </w:rPr>
        <w:t>NATO</w:t>
      </w:r>
      <w:r>
        <w:rPr>
          <w:b w:val="0"/>
          <w:i w:val="0"/>
          <w:smallCaps w:val="0"/>
          <w:strike w:val="0"/>
          <w:sz w:val="16"/>
          <w:u w:val="none"/>
        </w:rPr>
        <w:t xml:space="preserve">), and the </w:t>
      </w:r>
      <w:r>
        <w:rPr>
          <w:b/>
          <w:i w:val="0"/>
          <w:smallCaps w:val="0"/>
          <w:strike w:val="0"/>
          <w:sz w:val="22"/>
          <w:u w:val="single"/>
        </w:rPr>
        <w:t>T</w:t>
      </w:r>
      <w:r>
        <w:rPr>
          <w:b w:val="0"/>
          <w:i w:val="0"/>
          <w:smallCaps w:val="0"/>
          <w:strike w:val="0"/>
          <w:sz w:val="16"/>
          <w:u w:val="none"/>
        </w:rPr>
        <w:t xml:space="preserve">reaty on the </w:t>
      </w:r>
      <w:r>
        <w:rPr>
          <w:b/>
          <w:i w:val="0"/>
          <w:smallCaps w:val="0"/>
          <w:strike w:val="0"/>
          <w:sz w:val="22"/>
          <w:u w:val="single"/>
        </w:rPr>
        <w:t>N</w:t>
      </w:r>
      <w:r>
        <w:rPr>
          <w:b w:val="0"/>
          <w:i w:val="0"/>
          <w:smallCaps w:val="0"/>
          <w:strike w:val="0"/>
          <w:sz w:val="16"/>
          <w:u w:val="none"/>
        </w:rPr>
        <w:t xml:space="preserve">onproliferation of </w:t>
      </w:r>
      <w:r>
        <w:rPr>
          <w:b/>
          <w:i w:val="0"/>
          <w:smallCaps w:val="0"/>
          <w:strike w:val="0"/>
          <w:sz w:val="22"/>
          <w:u w:val="single"/>
        </w:rPr>
        <w:t>N</w:t>
      </w:r>
      <w:r>
        <w:rPr>
          <w:b w:val="0"/>
          <w:i w:val="0"/>
          <w:smallCaps w:val="0"/>
          <w:strike w:val="0"/>
          <w:sz w:val="16"/>
          <w:u w:val="none"/>
        </w:rPr>
        <w:t xml:space="preserve">uclear </w:t>
      </w:r>
      <w:r>
        <w:rPr>
          <w:b/>
          <w:i w:val="0"/>
          <w:smallCaps w:val="0"/>
          <w:strike w:val="0"/>
          <w:sz w:val="22"/>
          <w:u w:val="single"/>
        </w:rPr>
        <w:t>W</w:t>
      </w:r>
      <w:r>
        <w:rPr>
          <w:b w:val="0"/>
          <w:i w:val="0"/>
          <w:smallCaps w:val="0"/>
          <w:strike w:val="0"/>
          <w:sz w:val="16"/>
          <w:u w:val="none"/>
        </w:rPr>
        <w:t xml:space="preserve">eapons, to encourage </w:t>
      </w:r>
      <w:r>
        <w:rPr>
          <w:b/>
          <w:i w:val="0"/>
          <w:smallCaps w:val="0"/>
          <w:strike w:val="0"/>
          <w:sz w:val="22"/>
          <w:highlight w:val="cyan"/>
          <w:u w:val="single"/>
        </w:rPr>
        <w:t>multilateral</w:t>
      </w:r>
      <w:r>
        <w:rPr>
          <w:b w:val="0"/>
          <w:i w:val="0"/>
          <w:smallCaps w:val="0"/>
          <w:strike w:val="0"/>
          <w:sz w:val="22"/>
          <w:highlight w:val="cyan"/>
          <w:u w:val="single"/>
        </w:rPr>
        <w:t xml:space="preserve"> solutions</w:t>
      </w:r>
      <w:r>
        <w:rPr>
          <w:b w:val="0"/>
          <w:i w:val="0"/>
          <w:smallCaps w:val="0"/>
          <w:strike w:val="0"/>
          <w:sz w:val="22"/>
          <w:u w:val="single"/>
        </w:rPr>
        <w:t xml:space="preserve"> to</w:t>
      </w:r>
      <w:r>
        <w:rPr>
          <w:b w:val="0"/>
          <w:i w:val="0"/>
          <w:smallCaps w:val="0"/>
          <w:strike w:val="0"/>
          <w:sz w:val="16"/>
          <w:u w:val="none"/>
        </w:rPr>
        <w:t xml:space="preserve"> a wide variety of </w:t>
      </w:r>
      <w:r>
        <w:rPr>
          <w:b w:val="0"/>
          <w:i w:val="0"/>
          <w:smallCaps w:val="0"/>
          <w:strike w:val="0"/>
          <w:sz w:val="22"/>
          <w:u w:val="single"/>
        </w:rPr>
        <w:t>challenges</w:t>
      </w:r>
      <w:r>
        <w:rPr>
          <w:b w:val="0"/>
          <w:i w:val="0"/>
          <w:smallCaps w:val="0"/>
          <w:strike w:val="0"/>
          <w:sz w:val="16"/>
          <w:u w:val="none"/>
        </w:rPr>
        <w:t xml:space="preserve">. Second, </w:t>
      </w:r>
      <w:r>
        <w:rPr>
          <w:b w:val="0"/>
          <w:i w:val="0"/>
          <w:smallCaps w:val="0"/>
          <w:strike w:val="0"/>
          <w:sz w:val="22"/>
          <w:u w:val="single"/>
        </w:rPr>
        <w:t>it sought to correct</w:t>
      </w:r>
      <w:r>
        <w:rPr>
          <w:b w:val="0"/>
          <w:i w:val="0"/>
          <w:smallCaps w:val="0"/>
          <w:strike w:val="0"/>
          <w:sz w:val="16"/>
          <w:u w:val="none"/>
        </w:rPr>
        <w:t xml:space="preserve"> the protectionism of the </w:t>
      </w:r>
      <w:r>
        <w:rPr>
          <w:b/>
          <w:i w:val="0"/>
          <w:smallCaps w:val="0"/>
          <w:strike w:val="0"/>
          <w:sz w:val="22"/>
          <w:u w:val="single"/>
        </w:rPr>
        <w:t>interwar</w:t>
      </w:r>
      <w:r>
        <w:rPr>
          <w:b w:val="0"/>
          <w:i w:val="0"/>
          <w:smallCaps w:val="0"/>
          <w:strike w:val="0"/>
          <w:sz w:val="16"/>
          <w:u w:val="none"/>
        </w:rPr>
        <w:t xml:space="preserve"> </w:t>
      </w:r>
      <w:r>
        <w:rPr>
          <w:b w:val="0"/>
          <w:i w:val="0"/>
          <w:smallCaps w:val="0"/>
          <w:strike w:val="0"/>
          <w:sz w:val="22"/>
          <w:u w:val="single"/>
        </w:rPr>
        <w:t xml:space="preserve">years by creating an </w:t>
      </w:r>
      <w:r>
        <w:rPr>
          <w:b/>
          <w:i w:val="0"/>
          <w:smallCaps w:val="0"/>
          <w:strike w:val="0"/>
          <w:sz w:val="22"/>
          <w:u w:val="single"/>
        </w:rPr>
        <w:t>open</w:t>
      </w:r>
      <w:r>
        <w:rPr>
          <w:b w:val="0"/>
          <w:i w:val="0"/>
          <w:smallCaps w:val="0"/>
          <w:strike w:val="0"/>
          <w:sz w:val="16"/>
          <w:u w:val="none"/>
        </w:rPr>
        <w:t xml:space="preserve"> economic </w:t>
      </w:r>
      <w:r>
        <w:rPr>
          <w:b/>
          <w:i w:val="0"/>
          <w:smallCaps w:val="0"/>
          <w:strike w:val="0"/>
          <w:sz w:val="22"/>
          <w:u w:val="single"/>
        </w:rPr>
        <w:t>system</w:t>
      </w:r>
      <w:r>
        <w:rPr>
          <w:b w:val="0"/>
          <w:i w:val="0"/>
          <w:smallCaps w:val="0"/>
          <w:strike w:val="0"/>
          <w:sz w:val="22"/>
          <w:u w:val="single"/>
        </w:rPr>
        <w:t xml:space="preserve"> defined by</w:t>
      </w:r>
      <w:r>
        <w:rPr>
          <w:b w:val="0"/>
          <w:i w:val="0"/>
          <w:smallCaps w:val="0"/>
          <w:strike w:val="0"/>
          <w:sz w:val="16"/>
          <w:u w:val="none"/>
        </w:rPr>
        <w:t xml:space="preserve"> the free flow of </w:t>
      </w:r>
      <w:r>
        <w:rPr>
          <w:b/>
          <w:i w:val="0"/>
          <w:smallCaps w:val="0"/>
          <w:strike w:val="0"/>
          <w:sz w:val="22"/>
          <w:u w:val="single"/>
        </w:rPr>
        <w:t>trade</w:t>
      </w:r>
      <w:r>
        <w:rPr>
          <w:b w:val="0"/>
          <w:i w:val="0"/>
          <w:smallCaps w:val="0"/>
          <w:strike w:val="0"/>
          <w:sz w:val="16"/>
          <w:u w:val="none"/>
        </w:rPr>
        <w:t xml:space="preserve"> and capital across borders. Third, the United States and its democratic allies have promoted freedom, human rights, and good governance abroad. Lastly, </w:t>
      </w:r>
      <w:r>
        <w:rPr>
          <w:b w:val="0"/>
          <w:i w:val="0"/>
          <w:smallCaps w:val="0"/>
          <w:strike w:val="0"/>
          <w:sz w:val="22"/>
          <w:u w:val="single"/>
        </w:rPr>
        <w:t>Washington employed</w:t>
      </w:r>
      <w:r>
        <w:rPr>
          <w:b w:val="0"/>
          <w:i w:val="0"/>
          <w:smallCaps w:val="0"/>
          <w:strike w:val="0"/>
          <w:sz w:val="16"/>
          <w:u w:val="none"/>
        </w:rPr>
        <w:t xml:space="preserve"> its </w:t>
      </w:r>
      <w:r>
        <w:rPr>
          <w:b/>
          <w:i w:val="0"/>
          <w:smallCaps w:val="0"/>
          <w:strike w:val="0"/>
          <w:sz w:val="22"/>
          <w:u w:val="single"/>
        </w:rPr>
        <w:t>unmatched</w:t>
      </w:r>
      <w:r>
        <w:rPr>
          <w:b w:val="0"/>
          <w:i w:val="0"/>
          <w:smallCaps w:val="0"/>
          <w:strike w:val="0"/>
          <w:sz w:val="22"/>
          <w:u w:val="single"/>
        </w:rPr>
        <w:t xml:space="preserve"> military</w:t>
      </w:r>
      <w:r>
        <w:rPr>
          <w:b w:val="0"/>
          <w:i w:val="0"/>
          <w:smallCaps w:val="0"/>
          <w:strike w:val="0"/>
          <w:sz w:val="16"/>
          <w:u w:val="none"/>
        </w:rPr>
        <w:t xml:space="preserve"> might </w:t>
      </w:r>
      <w:r>
        <w:rPr>
          <w:b w:val="0"/>
          <w:i w:val="0"/>
          <w:smallCaps w:val="0"/>
          <w:strike w:val="0"/>
          <w:sz w:val="22"/>
          <w:u w:val="single"/>
        </w:rPr>
        <w:t xml:space="preserve">to </w:t>
      </w:r>
      <w:r>
        <w:rPr>
          <w:b w:val="0"/>
          <w:i w:val="0"/>
          <w:smallCaps w:val="0"/>
          <w:strike w:val="0"/>
          <w:sz w:val="22"/>
          <w:highlight w:val="cyan"/>
          <w:u w:val="single"/>
        </w:rPr>
        <w:t>provide</w:t>
      </w:r>
      <w:r>
        <w:rPr>
          <w:b w:val="0"/>
          <w:i w:val="0"/>
          <w:smallCaps w:val="0"/>
          <w:strike w:val="0"/>
          <w:sz w:val="16"/>
          <w:u w:val="none"/>
        </w:rPr>
        <w:t xml:space="preserve"> the underlying </w:t>
      </w:r>
      <w:r>
        <w:rPr>
          <w:b/>
          <w:i w:val="0"/>
          <w:smallCaps w:val="0"/>
          <w:strike w:val="0"/>
          <w:sz w:val="22"/>
          <w:highlight w:val="cyan"/>
          <w:u w:val="single"/>
        </w:rPr>
        <w:t>stability</w:t>
      </w:r>
      <w:r>
        <w:rPr>
          <w:b w:val="0"/>
          <w:i w:val="0"/>
          <w:smallCaps w:val="0"/>
          <w:strike w:val="0"/>
          <w:sz w:val="16"/>
          <w:u w:val="none"/>
        </w:rPr>
        <w:t xml:space="preserve"> and security which has allowed the overall system to function.</w:t>
      </w:r>
    </w:p>
    <w:p>
      <w:pPr>
        <w:spacing w:after="60"/>
      </w:pPr>
      <w:r>
        <w:rPr>
          <w:b w:val="0"/>
          <w:i w:val="0"/>
          <w:smallCaps w:val="0"/>
          <w:strike w:val="0"/>
          <w:sz w:val="16"/>
          <w:u w:val="none"/>
        </w:rPr>
        <w:t xml:space="preserve">While the system is imperfect and the United States has sometimes disobeyed the rules it helped to write, the </w:t>
      </w:r>
      <w:r>
        <w:rPr>
          <w:b/>
          <w:i w:val="0"/>
          <w:smallCaps w:val="0"/>
          <w:strike w:val="0"/>
          <w:sz w:val="22"/>
          <w:u w:val="single"/>
        </w:rPr>
        <w:t>rules-based</w:t>
      </w:r>
      <w:r>
        <w:rPr>
          <w:b w:val="0"/>
          <w:i w:val="0"/>
          <w:smallCaps w:val="0"/>
          <w:strike w:val="0"/>
          <w:sz w:val="22"/>
          <w:u w:val="single"/>
        </w:rPr>
        <w:t xml:space="preserve"> </w:t>
      </w:r>
      <w:r>
        <w:rPr>
          <w:b w:val="0"/>
          <w:i w:val="0"/>
          <w:smallCaps w:val="0"/>
          <w:strike w:val="0"/>
          <w:sz w:val="22"/>
          <w:u w:val="single"/>
        </w:rPr>
        <w:t>order</w:t>
      </w:r>
      <w:r>
        <w:rPr>
          <w:b w:val="0"/>
          <w:i w:val="0"/>
          <w:smallCaps w:val="0"/>
          <w:strike w:val="0"/>
          <w:sz w:val="16"/>
          <w:u w:val="none"/>
        </w:rPr>
        <w:t xml:space="preserve"> has nevertheless produced remarkable results. Humanity has been </w:t>
      </w:r>
      <w:r>
        <w:rPr>
          <w:b/>
          <w:i w:val="0"/>
          <w:smallCaps w:val="0"/>
          <w:strike w:val="0"/>
          <w:sz w:val="22"/>
          <w:u w:val="single"/>
        </w:rPr>
        <w:t>blessed</w:t>
      </w:r>
      <w:r>
        <w:rPr>
          <w:b w:val="0"/>
          <w:i w:val="0"/>
          <w:smallCaps w:val="0"/>
          <w:strike w:val="0"/>
          <w:sz w:val="22"/>
          <w:u w:val="single"/>
        </w:rPr>
        <w:t xml:space="preserve"> by</w:t>
      </w:r>
      <w:r>
        <w:rPr>
          <w:b w:val="0"/>
          <w:i w:val="0"/>
          <w:smallCaps w:val="0"/>
          <w:strike w:val="0"/>
          <w:sz w:val="16"/>
          <w:u w:val="none"/>
        </w:rPr>
        <w:t xml:space="preserve"> the </w:t>
      </w:r>
      <w:r>
        <w:rPr>
          <w:b w:val="0"/>
          <w:i w:val="0"/>
          <w:smallCaps w:val="0"/>
          <w:strike w:val="0"/>
          <w:sz w:val="22"/>
          <w:u w:val="single"/>
        </w:rPr>
        <w:t xml:space="preserve">absence of </w:t>
      </w:r>
      <w:r>
        <w:rPr>
          <w:b/>
          <w:i w:val="0"/>
          <w:smallCaps w:val="0"/>
          <w:strike w:val="0"/>
          <w:sz w:val="22"/>
          <w:u w:val="single"/>
        </w:rPr>
        <w:t>great power war</w:t>
      </w:r>
      <w:r>
        <w:rPr>
          <w:b w:val="0"/>
          <w:i w:val="0"/>
          <w:smallCaps w:val="0"/>
          <w:strike w:val="0"/>
          <w:sz w:val="16"/>
          <w:u w:val="none"/>
        </w:rPr>
        <w:t xml:space="preserve"> for over seventy years. </w:t>
      </w:r>
      <w:r>
        <w:rPr>
          <w:b w:val="0"/>
          <w:i w:val="0"/>
          <w:smallCaps w:val="0"/>
          <w:strike w:val="0"/>
          <w:sz w:val="22"/>
          <w:u w:val="single"/>
        </w:rPr>
        <w:t xml:space="preserve">Global standards of living are much </w:t>
      </w:r>
      <w:r>
        <w:rPr>
          <w:b/>
          <w:i w:val="0"/>
          <w:smallCaps w:val="0"/>
          <w:strike w:val="0"/>
          <w:sz w:val="22"/>
          <w:u w:val="single"/>
        </w:rPr>
        <w:t>higher</w:t>
      </w:r>
      <w:r>
        <w:rPr>
          <w:b w:val="0"/>
          <w:i w:val="0"/>
          <w:smallCaps w:val="0"/>
          <w:strike w:val="0"/>
          <w:sz w:val="16"/>
          <w:u w:val="none"/>
        </w:rPr>
        <w:t xml:space="preserve"> today than seven decades ago.6 And by the mid-2000s, more people were living under democratic governments than at any time in world history.7</w:t>
      </w:r>
    </w:p>
    <w:p>
      <w:pPr>
        <w:spacing w:after="60"/>
      </w:pPr>
      <w:r>
        <w:rPr>
          <w:b w:val="0"/>
          <w:i w:val="0"/>
          <w:smallCaps w:val="0"/>
          <w:strike w:val="0"/>
          <w:sz w:val="16"/>
          <w:u w:val="none"/>
        </w:rPr>
        <w:t xml:space="preserve">As the world’s most powerful state and the architect of this system, the United States advanced and defended this order through a variety of economic, diplomatic, and military means. An underappreciated but central </w:t>
      </w:r>
      <w:r>
        <w:rPr>
          <w:b/>
          <w:i w:val="0"/>
          <w:smallCaps w:val="0"/>
          <w:strike w:val="0"/>
          <w:sz w:val="22"/>
          <w:highlight w:val="cyan"/>
          <w:u w:val="single"/>
        </w:rPr>
        <w:t>pillar</w:t>
      </w:r>
      <w:r>
        <w:rPr>
          <w:b w:val="0"/>
          <w:i w:val="0"/>
          <w:smallCaps w:val="0"/>
          <w:strike w:val="0"/>
          <w:sz w:val="22"/>
          <w:highlight w:val="cyan"/>
          <w:u w:val="single"/>
        </w:rPr>
        <w:t xml:space="preserve"> of</w:t>
      </w:r>
      <w:r>
        <w:rPr>
          <w:b w:val="0"/>
          <w:i w:val="0"/>
          <w:smallCaps w:val="0"/>
          <w:strike w:val="0"/>
          <w:sz w:val="16"/>
          <w:u w:val="none"/>
        </w:rPr>
        <w:t xml:space="preserve"> this </w:t>
      </w:r>
      <w:r>
        <w:rPr>
          <w:b w:val="0"/>
          <w:i w:val="0"/>
          <w:smallCaps w:val="0"/>
          <w:strike w:val="0"/>
          <w:sz w:val="22"/>
          <w:u w:val="single"/>
        </w:rPr>
        <w:t xml:space="preserve">rules-based </w:t>
      </w:r>
      <w:r>
        <w:rPr>
          <w:b w:val="0"/>
          <w:i w:val="0"/>
          <w:smallCaps w:val="0"/>
          <w:strike w:val="0"/>
          <w:sz w:val="22"/>
          <w:highlight w:val="cyan"/>
          <w:u w:val="single"/>
        </w:rPr>
        <w:t>order</w:t>
      </w:r>
      <w:r>
        <w:rPr>
          <w:b w:val="0"/>
          <w:i w:val="0"/>
          <w:smallCaps w:val="0"/>
          <w:strike w:val="0"/>
          <w:sz w:val="16"/>
          <w:u w:val="none"/>
        </w:rPr>
        <w:t xml:space="preserve">, however, </w:t>
      </w:r>
      <w:r>
        <w:rPr>
          <w:b w:val="0"/>
          <w:i w:val="0"/>
          <w:smallCaps w:val="0"/>
          <w:strike w:val="0"/>
          <w:sz w:val="22"/>
          <w:highlight w:val="cyan"/>
          <w:u w:val="single"/>
        </w:rPr>
        <w:t>has been</w:t>
      </w:r>
      <w:r>
        <w:rPr>
          <w:b w:val="0"/>
          <w:i w:val="0"/>
          <w:smallCaps w:val="0"/>
          <w:strike w:val="0"/>
          <w:sz w:val="22"/>
          <w:u w:val="single"/>
        </w:rPr>
        <w:t xml:space="preserve"> the U.S. </w:t>
      </w:r>
      <w:r>
        <w:rPr>
          <w:b/>
          <w:i w:val="0"/>
          <w:smallCaps w:val="0"/>
          <w:strike w:val="0"/>
          <w:sz w:val="22"/>
          <w:highlight w:val="cyan"/>
          <w:u w:val="single"/>
        </w:rPr>
        <w:t>nuc</w:t>
      </w:r>
      <w:r>
        <w:rPr>
          <w:b/>
          <w:i w:val="0"/>
          <w:smallCaps w:val="0"/>
          <w:strike w:val="0"/>
          <w:sz w:val="22"/>
          <w:u w:val="single"/>
        </w:rPr>
        <w:t xml:space="preserve">lear </w:t>
      </w:r>
      <w:r>
        <w:rPr>
          <w:b/>
          <w:i w:val="0"/>
          <w:smallCaps w:val="0"/>
          <w:strike w:val="0"/>
          <w:sz w:val="22"/>
          <w:highlight w:val="cyan"/>
          <w:u w:val="single"/>
        </w:rPr>
        <w:t>arsenal</w:t>
      </w:r>
      <w:r>
        <w:rPr>
          <w:b w:val="0"/>
          <w:i w:val="0"/>
          <w:smallCaps w:val="0"/>
          <w:strike w:val="0"/>
          <w:sz w:val="16"/>
          <w:u w:val="none"/>
        </w:rPr>
        <w:t xml:space="preserve">. U.S. nuclear weapons have </w:t>
      </w:r>
      <w:r>
        <w:rPr>
          <w:b w:val="0"/>
          <w:i w:val="0"/>
          <w:smallCaps w:val="0"/>
          <w:strike w:val="0"/>
          <w:sz w:val="22"/>
          <w:u w:val="single"/>
        </w:rPr>
        <w:t>provided</w:t>
      </w:r>
      <w:r>
        <w:rPr>
          <w:b w:val="0"/>
          <w:i w:val="0"/>
          <w:smallCaps w:val="0"/>
          <w:strike w:val="0"/>
          <w:sz w:val="16"/>
          <w:u w:val="none"/>
        </w:rPr>
        <w:t xml:space="preserve"> the </w:t>
      </w:r>
      <w:r>
        <w:rPr>
          <w:b/>
          <w:i w:val="0"/>
          <w:smallCaps w:val="0"/>
          <w:strike w:val="0"/>
          <w:sz w:val="22"/>
          <w:u w:val="single"/>
        </w:rPr>
        <w:t>backbone</w:t>
      </w:r>
      <w:r>
        <w:rPr>
          <w:b w:val="0"/>
          <w:i w:val="0"/>
          <w:smallCaps w:val="0"/>
          <w:strike w:val="0"/>
          <w:sz w:val="22"/>
          <w:u w:val="single"/>
        </w:rPr>
        <w:t xml:space="preserve"> for</w:t>
      </w:r>
      <w:r>
        <w:rPr>
          <w:b w:val="0"/>
          <w:i w:val="0"/>
          <w:smallCaps w:val="0"/>
          <w:strike w:val="0"/>
          <w:sz w:val="16"/>
          <w:u w:val="none"/>
        </w:rPr>
        <w:t xml:space="preserve"> the underlying </w:t>
      </w:r>
      <w:r>
        <w:rPr>
          <w:b/>
          <w:i w:val="0"/>
          <w:smallCaps w:val="0"/>
          <w:strike w:val="0"/>
          <w:sz w:val="22"/>
          <w:u w:val="single"/>
        </w:rPr>
        <w:t>security</w:t>
      </w:r>
      <w:r>
        <w:rPr>
          <w:b w:val="0"/>
          <w:i w:val="0"/>
          <w:smallCaps w:val="0"/>
          <w:strike w:val="0"/>
          <w:sz w:val="16"/>
          <w:u w:val="none"/>
        </w:rPr>
        <w:t xml:space="preserve"> element </w:t>
      </w:r>
      <w:r>
        <w:rPr>
          <w:b w:val="0"/>
          <w:i w:val="0"/>
          <w:smallCaps w:val="0"/>
          <w:strike w:val="0"/>
          <w:sz w:val="22"/>
          <w:u w:val="single"/>
        </w:rPr>
        <w:t>of</w:t>
      </w:r>
      <w:r>
        <w:rPr>
          <w:b w:val="0"/>
          <w:i w:val="0"/>
          <w:smallCaps w:val="0"/>
          <w:strike w:val="0"/>
          <w:sz w:val="16"/>
          <w:u w:val="none"/>
        </w:rPr>
        <w:t xml:space="preserve"> the </w:t>
      </w:r>
      <w:r>
        <w:rPr>
          <w:b w:val="0"/>
          <w:i w:val="0"/>
          <w:smallCaps w:val="0"/>
          <w:strike w:val="0"/>
          <w:sz w:val="22"/>
          <w:u w:val="single"/>
        </w:rPr>
        <w:t>global system</w:t>
      </w:r>
      <w:r>
        <w:rPr>
          <w:b w:val="0"/>
          <w:i w:val="0"/>
          <w:smallCaps w:val="0"/>
          <w:strike w:val="0"/>
          <w:sz w:val="16"/>
          <w:u w:val="none"/>
        </w:rPr>
        <w:t>.</w:t>
      </w:r>
    </w:p>
    <w:p>
      <w:pPr>
        <w:spacing w:after="60"/>
      </w:pPr>
      <w:r>
        <w:rPr>
          <w:b w:val="0"/>
          <w:i w:val="0"/>
          <w:smallCaps w:val="0"/>
          <w:strike w:val="0"/>
          <w:sz w:val="16"/>
          <w:u w:val="none"/>
        </w:rPr>
        <w:t>U.S. nuclear weapons and great power peace</w:t>
      </w:r>
    </w:p>
    <w:p>
      <w:pPr>
        <w:spacing w:after="60"/>
      </w:pPr>
      <w:r>
        <w:rPr>
          <w:b w:val="0"/>
          <w:i w:val="0"/>
          <w:smallCaps w:val="0"/>
          <w:strike w:val="0"/>
          <w:sz w:val="22"/>
          <w:u w:val="single"/>
        </w:rPr>
        <w:t xml:space="preserve">U.S. </w:t>
      </w:r>
      <w:r>
        <w:rPr>
          <w:b/>
          <w:i w:val="0"/>
          <w:smallCaps w:val="0"/>
          <w:strike w:val="0"/>
          <w:sz w:val="22"/>
          <w:u w:val="single"/>
        </w:rPr>
        <w:t>nuc</w:t>
      </w:r>
      <w:r>
        <w:rPr>
          <w:b w:val="0"/>
          <w:i w:val="0"/>
          <w:smallCaps w:val="0"/>
          <w:strike w:val="0"/>
          <w:sz w:val="16"/>
          <w:u w:val="none"/>
        </w:rPr>
        <w:t>lear weapon</w:t>
      </w:r>
      <w:r>
        <w:rPr>
          <w:b/>
          <w:i w:val="0"/>
          <w:smallCaps w:val="0"/>
          <w:strike w:val="0"/>
          <w:sz w:val="22"/>
          <w:u w:val="single"/>
        </w:rPr>
        <w:t>s</w:t>
      </w:r>
      <w:r>
        <w:rPr>
          <w:b w:val="0"/>
          <w:i w:val="0"/>
          <w:smallCaps w:val="0"/>
          <w:strike w:val="0"/>
          <w:sz w:val="16"/>
          <w:u w:val="none"/>
        </w:rPr>
        <w:t xml:space="preserve"> </w:t>
      </w:r>
      <w:r>
        <w:rPr>
          <w:b w:val="0"/>
          <w:i w:val="0"/>
          <w:smallCaps w:val="0"/>
          <w:strike w:val="0"/>
          <w:sz w:val="22"/>
          <w:u w:val="single"/>
        </w:rPr>
        <w:t xml:space="preserve">contribute to </w:t>
      </w:r>
      <w:r>
        <w:rPr>
          <w:b/>
          <w:i w:val="0"/>
          <w:smallCaps w:val="0"/>
          <w:strike w:val="0"/>
          <w:sz w:val="22"/>
          <w:u w:val="single"/>
        </w:rPr>
        <w:t>global stability</w:t>
      </w:r>
      <w:r>
        <w:rPr>
          <w:b w:val="0"/>
          <w:i w:val="0"/>
          <w:smallCaps w:val="0"/>
          <w:strike w:val="0"/>
          <w:sz w:val="16"/>
          <w:u w:val="none"/>
        </w:rPr>
        <w:t xml:space="preserve"> by deterring great power war. </w:t>
      </w:r>
      <w:r>
        <w:rPr>
          <w:b w:val="0"/>
          <w:i w:val="0"/>
          <w:smallCaps w:val="0"/>
          <w:strike w:val="0"/>
          <w:sz w:val="22"/>
          <w:u w:val="single"/>
        </w:rPr>
        <w:t>U.S. n</w:t>
      </w:r>
      <w:r>
        <w:rPr>
          <w:b w:val="0"/>
          <w:i w:val="0"/>
          <w:smallCaps w:val="0"/>
          <w:strike w:val="0"/>
          <w:sz w:val="22"/>
          <w:u w:val="single"/>
        </w:rPr>
        <w:t>uclear weapons</w:t>
      </w:r>
      <w:r>
        <w:rPr>
          <w:b w:val="0"/>
          <w:i w:val="0"/>
          <w:smallCaps w:val="0"/>
          <w:strike w:val="0"/>
          <w:sz w:val="16"/>
          <w:u w:val="none"/>
        </w:rPr>
        <w:t xml:space="preserve"> have </w:t>
      </w:r>
      <w:r>
        <w:rPr>
          <w:b/>
          <w:i w:val="0"/>
          <w:smallCaps w:val="0"/>
          <w:strike w:val="0"/>
          <w:sz w:val="22"/>
          <w:u w:val="single"/>
        </w:rPr>
        <w:t>deterred</w:t>
      </w:r>
      <w:r>
        <w:rPr>
          <w:b w:val="0"/>
          <w:i w:val="0"/>
          <w:smallCaps w:val="0"/>
          <w:strike w:val="0"/>
          <w:sz w:val="22"/>
          <w:u w:val="single"/>
        </w:rPr>
        <w:t xml:space="preserve"> revisionist autocratic powers</w:t>
      </w:r>
      <w:r>
        <w:rPr>
          <w:b w:val="0"/>
          <w:i w:val="0"/>
          <w:smallCaps w:val="0"/>
          <w:strike w:val="0"/>
          <w:sz w:val="16"/>
          <w:u w:val="none"/>
        </w:rPr>
        <w:t xml:space="preserve">, such as the Soviet Union during the Cold War and </w:t>
      </w:r>
      <w:r>
        <w:rPr>
          <w:b/>
          <w:i w:val="0"/>
          <w:smallCaps w:val="0"/>
          <w:strike w:val="0"/>
          <w:sz w:val="22"/>
          <w:u w:val="single"/>
        </w:rPr>
        <w:t>Russia</w:t>
      </w:r>
      <w:r>
        <w:rPr>
          <w:b w:val="0"/>
          <w:i w:val="0"/>
          <w:smallCaps w:val="0"/>
          <w:strike w:val="0"/>
          <w:sz w:val="22"/>
          <w:u w:val="single"/>
        </w:rPr>
        <w:t xml:space="preserve">, </w:t>
      </w:r>
      <w:r>
        <w:rPr>
          <w:b/>
          <w:i w:val="0"/>
          <w:smallCaps w:val="0"/>
          <w:strike w:val="0"/>
          <w:sz w:val="22"/>
          <w:u w:val="single"/>
        </w:rPr>
        <w:t>China</w:t>
      </w:r>
      <w:r>
        <w:rPr>
          <w:b w:val="0"/>
          <w:i w:val="0"/>
          <w:smallCaps w:val="0"/>
          <w:strike w:val="0"/>
          <w:sz w:val="22"/>
          <w:u w:val="single"/>
        </w:rPr>
        <w:t xml:space="preserve">, and </w:t>
      </w:r>
      <w:r>
        <w:rPr>
          <w:b/>
          <w:i w:val="0"/>
          <w:smallCaps w:val="0"/>
          <w:strike w:val="0"/>
          <w:sz w:val="22"/>
          <w:u w:val="single"/>
        </w:rPr>
        <w:t>North Korea</w:t>
      </w:r>
      <w:r>
        <w:rPr>
          <w:b w:val="0"/>
          <w:i w:val="0"/>
          <w:smallCaps w:val="0"/>
          <w:strike w:val="0"/>
          <w:sz w:val="16"/>
          <w:u w:val="none"/>
        </w:rPr>
        <w:t xml:space="preserve"> today, </w:t>
      </w:r>
      <w:r>
        <w:rPr>
          <w:b w:val="0"/>
          <w:i w:val="0"/>
          <w:smallCaps w:val="0"/>
          <w:strike w:val="0"/>
          <w:u w:val="single"/>
        </w:rPr>
        <w:t>from attacking</w:t>
      </w:r>
      <w:r>
        <w:rPr>
          <w:b w:val="0"/>
          <w:i w:val="0"/>
          <w:smallCaps w:val="0"/>
          <w:strike w:val="0"/>
          <w:sz w:val="16"/>
          <w:u w:val="none"/>
        </w:rPr>
        <w:t xml:space="preserve"> U.S. allies in </w:t>
      </w:r>
      <w:r>
        <w:rPr>
          <w:b w:val="0"/>
          <w:i w:val="0"/>
          <w:smallCaps w:val="0"/>
          <w:strike w:val="0"/>
          <w:sz w:val="22"/>
          <w:u w:val="single"/>
        </w:rPr>
        <w:t>Europe and Asia</w:t>
      </w:r>
      <w:r>
        <w:rPr>
          <w:b w:val="0"/>
          <w:i w:val="0"/>
          <w:smallCaps w:val="0"/>
          <w:strike w:val="0"/>
          <w:sz w:val="16"/>
          <w:u w:val="none"/>
        </w:rPr>
        <w:t xml:space="preserve">. </w:t>
      </w:r>
    </w:p>
    <w:p>
      <w:pPr>
        <w:spacing w:after="60"/>
      </w:pPr>
      <w:r>
        <w:rPr>
          <w:b w:val="0"/>
          <w:i w:val="0"/>
          <w:smallCaps w:val="0"/>
          <w:strike w:val="0"/>
          <w:sz w:val="16"/>
          <w:u w:val="none"/>
        </w:rPr>
        <w:t xml:space="preserve">Scholars have long appreciated the role of nuclear weapons in deterring war and contributing to the long period of great power peace. Indeed, much social science </w:t>
      </w:r>
      <w:r>
        <w:rPr>
          <w:b w:val="0"/>
          <w:i w:val="0"/>
          <w:smallCaps w:val="0"/>
          <w:strike w:val="0"/>
          <w:sz w:val="22"/>
          <w:u w:val="single"/>
        </w:rPr>
        <w:t>scholarship credits</w:t>
      </w:r>
      <w:r>
        <w:rPr>
          <w:b w:val="0"/>
          <w:i w:val="0"/>
          <w:smallCaps w:val="0"/>
          <w:strike w:val="0"/>
          <w:sz w:val="16"/>
          <w:u w:val="none"/>
        </w:rPr>
        <w:t xml:space="preserve"> the </w:t>
      </w:r>
      <w:r>
        <w:rPr>
          <w:b w:val="0"/>
          <w:i w:val="0"/>
          <w:smallCaps w:val="0"/>
          <w:strike w:val="0"/>
          <w:sz w:val="22"/>
          <w:u w:val="single"/>
        </w:rPr>
        <w:t xml:space="preserve">nuclear revolution with </w:t>
      </w:r>
      <w:r>
        <w:rPr>
          <w:b w:val="0"/>
          <w:i w:val="0"/>
          <w:smallCaps w:val="0"/>
          <w:strike w:val="0"/>
          <w:sz w:val="16"/>
          <w:u w:val="none"/>
        </w:rPr>
        <w:t xml:space="preserve">transforming international politics and </w:t>
      </w:r>
      <w:r>
        <w:rPr>
          <w:b w:val="0"/>
          <w:i w:val="0"/>
          <w:smallCaps w:val="0"/>
          <w:strike w:val="0"/>
          <w:sz w:val="22"/>
          <w:u w:val="single"/>
        </w:rPr>
        <w:t>making</w:t>
      </w:r>
      <w:r>
        <w:rPr>
          <w:b w:val="0"/>
          <w:i w:val="0"/>
          <w:smallCaps w:val="0"/>
          <w:strike w:val="0"/>
          <w:sz w:val="16"/>
          <w:u w:val="none"/>
        </w:rPr>
        <w:t xml:space="preserve"> large-scale </w:t>
      </w:r>
      <w:r>
        <w:rPr>
          <w:b/>
          <w:i w:val="0"/>
          <w:smallCaps w:val="0"/>
          <w:strike w:val="0"/>
          <w:sz w:val="22"/>
          <w:u w:val="single"/>
        </w:rPr>
        <w:t>war</w:t>
      </w:r>
      <w:r>
        <w:rPr>
          <w:b w:val="0"/>
          <w:i w:val="0"/>
          <w:smallCaps w:val="0"/>
          <w:strike w:val="0"/>
          <w:sz w:val="16"/>
          <w:u w:val="none"/>
        </w:rPr>
        <w:t xml:space="preserve"> among the major powers </w:t>
      </w:r>
      <w:r>
        <w:rPr>
          <w:b/>
          <w:i w:val="0"/>
          <w:smallCaps w:val="0"/>
          <w:strike w:val="0"/>
          <w:sz w:val="22"/>
          <w:u w:val="single"/>
        </w:rPr>
        <w:t>unthinkable</w:t>
      </w:r>
      <w:r>
        <w:rPr>
          <w:b w:val="0"/>
          <w:i w:val="0"/>
          <w:smallCaps w:val="0"/>
          <w:strike w:val="0"/>
          <w:sz w:val="16"/>
          <w:u w:val="none"/>
        </w:rPr>
        <w:t>.8</w:t>
      </w:r>
    </w:p>
    <w:p>
      <w:pPr>
        <w:spacing w:after="60"/>
      </w:pPr>
      <w:r>
        <w:rPr>
          <w:b w:val="0"/>
          <w:i w:val="0"/>
          <w:smallCaps w:val="0"/>
          <w:strike w:val="0"/>
          <w:sz w:val="16"/>
          <w:u w:val="none"/>
        </w:rPr>
        <w:t xml:space="preserve">What much of this </w:t>
      </w:r>
      <w:r>
        <w:rPr>
          <w:b/>
          <w:i w:val="0"/>
          <w:smallCaps w:val="0"/>
          <w:strike w:val="0"/>
          <w:sz w:val="22"/>
          <w:highlight w:val="cyan"/>
          <w:u w:val="single"/>
        </w:rPr>
        <w:t>literature</w:t>
      </w:r>
      <w:r>
        <w:rPr>
          <w:b w:val="0"/>
          <w:i w:val="0"/>
          <w:smallCaps w:val="0"/>
          <w:strike w:val="0"/>
          <w:sz w:val="22"/>
          <w:u w:val="single"/>
        </w:rPr>
        <w:t xml:space="preserve"> ignores, </w:t>
      </w:r>
      <w:r>
        <w:rPr>
          <w:b/>
          <w:i w:val="0"/>
          <w:smallCaps w:val="0"/>
          <w:strike w:val="0"/>
          <w:sz w:val="22"/>
          <w:highlight w:val="cyan"/>
          <w:u w:val="single"/>
        </w:rPr>
        <w:t>however</w:t>
      </w:r>
      <w:r>
        <w:rPr>
          <w:b w:val="0"/>
          <w:i w:val="0"/>
          <w:smallCaps w:val="0"/>
          <w:strike w:val="0"/>
          <w:sz w:val="22"/>
          <w:u w:val="single"/>
        </w:rPr>
        <w:t>, is</w:t>
      </w:r>
      <w:r>
        <w:rPr>
          <w:b w:val="0"/>
          <w:i w:val="0"/>
          <w:smallCaps w:val="0"/>
          <w:strike w:val="0"/>
          <w:sz w:val="16"/>
          <w:u w:val="none"/>
        </w:rPr>
        <w:t xml:space="preserve"> the </w:t>
      </w:r>
      <w:r>
        <w:rPr>
          <w:b/>
          <w:i w:val="0"/>
          <w:smallCaps w:val="0"/>
          <w:strike w:val="0"/>
          <w:sz w:val="22"/>
          <w:highlight w:val="cyan"/>
          <w:u w:val="single"/>
        </w:rPr>
        <w:t>unique</w:t>
      </w:r>
      <w:r>
        <w:rPr>
          <w:b w:val="0"/>
          <w:i w:val="0"/>
          <w:smallCaps w:val="0"/>
          <w:strike w:val="0"/>
          <w:sz w:val="22"/>
          <w:highlight w:val="cyan"/>
          <w:u w:val="single"/>
        </w:rPr>
        <w:t xml:space="preserve"> role played by </w:t>
      </w:r>
      <w:r>
        <w:rPr>
          <w:b/>
          <w:i w:val="0"/>
          <w:smallCaps w:val="0"/>
          <w:strike w:val="0"/>
          <w:sz w:val="22"/>
          <w:highlight w:val="cyan"/>
          <w:u w:val="single"/>
        </w:rPr>
        <w:t>America</w:t>
      </w:r>
      <w:r>
        <w:rPr>
          <w:b/>
          <w:i w:val="0"/>
          <w:smallCaps w:val="0"/>
          <w:strike w:val="0"/>
          <w:sz w:val="22"/>
          <w:u w:val="single"/>
        </w:rPr>
        <w:t>n</w:t>
      </w:r>
      <w:r>
        <w:rPr>
          <w:b w:val="0"/>
          <w:i w:val="0"/>
          <w:smallCaps w:val="0"/>
          <w:strike w:val="0"/>
          <w:sz w:val="22"/>
          <w:u w:val="single"/>
        </w:rPr>
        <w:t xml:space="preserve"> nuclear weapons. Unlike other nuclear powers that seek to deter attacks on</w:t>
      </w:r>
      <w:r>
        <w:rPr>
          <w:b w:val="0"/>
          <w:i w:val="0"/>
          <w:smallCaps w:val="0"/>
          <w:strike w:val="0"/>
          <w:sz w:val="16"/>
          <w:u w:val="none"/>
        </w:rPr>
        <w:t xml:space="preserve"> </w:t>
      </w:r>
      <w:r>
        <w:rPr>
          <w:b/>
          <w:i w:val="0"/>
          <w:smallCaps w:val="0"/>
          <w:strike w:val="0"/>
          <w:sz w:val="22"/>
          <w:u w:val="single"/>
        </w:rPr>
        <w:t>themselves</w:t>
      </w:r>
      <w:r>
        <w:rPr>
          <w:b w:val="0"/>
          <w:i w:val="0"/>
          <w:smallCaps w:val="0"/>
          <w:strike w:val="0"/>
          <w:sz w:val="16"/>
          <w:u w:val="none"/>
        </w:rPr>
        <w:t xml:space="preserve"> only,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aims to deter attacks against</w:t>
      </w:r>
      <w:r>
        <w:rPr>
          <w:b w:val="0"/>
          <w:i w:val="0"/>
          <w:smallCaps w:val="0"/>
          <w:strike w:val="0"/>
          <w:sz w:val="16"/>
          <w:u w:val="none"/>
        </w:rPr>
        <w:t xml:space="preserve"> the entire </w:t>
      </w:r>
      <w:r>
        <w:rPr>
          <w:b/>
          <w:i w:val="0"/>
          <w:smallCaps w:val="0"/>
          <w:strike w:val="0"/>
          <w:sz w:val="22"/>
          <w:u w:val="single"/>
        </w:rPr>
        <w:t>free world</w:t>
      </w:r>
      <w:r>
        <w:rPr>
          <w:b w:val="0"/>
          <w:i w:val="0"/>
          <w:smallCaps w:val="0"/>
          <w:strike w:val="0"/>
          <w:sz w:val="16"/>
          <w:u w:val="none"/>
        </w:rPr>
        <w:t xml:space="preserve">.9 The United States </w:t>
      </w:r>
      <w:r>
        <w:rPr>
          <w:b w:val="0"/>
          <w:i w:val="0"/>
          <w:smallCaps w:val="0"/>
          <w:strike w:val="0"/>
          <w:sz w:val="22"/>
          <w:highlight w:val="cyan"/>
          <w:u w:val="single"/>
        </w:rPr>
        <w:t xml:space="preserve">extends </w:t>
      </w:r>
      <w:r>
        <w:rPr>
          <w:b/>
          <w:i w:val="0"/>
          <w:smallCaps w:val="0"/>
          <w:strike w:val="0"/>
          <w:sz w:val="22"/>
          <w:highlight w:val="cyan"/>
          <w:u w:val="single"/>
        </w:rPr>
        <w:t>deterrence</w:t>
      </w:r>
      <w:r>
        <w:rPr>
          <w:b w:val="0"/>
          <w:i w:val="0"/>
          <w:smallCaps w:val="0"/>
          <w:strike w:val="0"/>
          <w:sz w:val="22"/>
          <w:highlight w:val="cyan"/>
          <w:u w:val="single"/>
        </w:rPr>
        <w:t xml:space="preserve"> to</w:t>
      </w:r>
      <w:r>
        <w:rPr>
          <w:b w:val="0"/>
          <w:i w:val="0"/>
          <w:smallCaps w:val="0"/>
          <w:strike w:val="0"/>
          <w:sz w:val="16"/>
          <w:u w:val="none"/>
        </w:rPr>
        <w:t xml:space="preserve"> over thirty formal treaty allies, including twenty-eight members of </w:t>
      </w:r>
      <w:r>
        <w:rPr>
          <w:b/>
          <w:i w:val="0"/>
          <w:smallCaps w:val="0"/>
          <w:strike w:val="0"/>
          <w:sz w:val="22"/>
          <w:highlight w:val="cyan"/>
          <w:u w:val="single"/>
        </w:rPr>
        <w:t>NATO</w:t>
      </w:r>
      <w:r>
        <w:rPr>
          <w:b w:val="0"/>
          <w:i w:val="0"/>
          <w:smallCaps w:val="0"/>
          <w:strike w:val="0"/>
          <w:sz w:val="16"/>
          <w:u w:val="none"/>
        </w:rPr>
        <w:t xml:space="preserve">, South </w:t>
      </w:r>
      <w:r>
        <w:rPr>
          <w:b/>
          <w:i w:val="0"/>
          <w:smallCaps w:val="0"/>
          <w:strike w:val="0"/>
          <w:sz w:val="22"/>
          <w:highlight w:val="cyan"/>
          <w:u w:val="single"/>
        </w:rPr>
        <w:t>Korea</w:t>
      </w:r>
      <w:r>
        <w:rPr>
          <w:b w:val="0"/>
          <w:i w:val="0"/>
          <w:smallCaps w:val="0"/>
          <w:strike w:val="0"/>
          <w:sz w:val="22"/>
          <w:highlight w:val="cyan"/>
          <w:u w:val="single"/>
        </w:rPr>
        <w:t xml:space="preserve">, </w:t>
      </w:r>
      <w:r>
        <w:rPr>
          <w:b/>
          <w:i w:val="0"/>
          <w:smallCaps w:val="0"/>
          <w:strike w:val="0"/>
          <w:sz w:val="22"/>
          <w:highlight w:val="cyan"/>
          <w:u w:val="single"/>
        </w:rPr>
        <w:t>Japan</w:t>
      </w:r>
      <w:r>
        <w:rPr>
          <w:b w:val="0"/>
          <w:i w:val="0"/>
          <w:smallCaps w:val="0"/>
          <w:strike w:val="0"/>
          <w:sz w:val="22"/>
          <w:highlight w:val="cyan"/>
          <w:u w:val="single"/>
        </w:rPr>
        <w:t xml:space="preserve">, </w:t>
      </w:r>
      <w:r>
        <w:rPr>
          <w:b/>
          <w:i w:val="0"/>
          <w:smallCaps w:val="0"/>
          <w:strike w:val="0"/>
          <w:sz w:val="22"/>
          <w:highlight w:val="cyan"/>
          <w:u w:val="single"/>
        </w:rPr>
        <w:t>Australia</w:t>
      </w:r>
      <w:r>
        <w:rPr>
          <w:b w:val="0"/>
          <w:i w:val="0"/>
          <w:smallCaps w:val="0"/>
          <w:strike w:val="0"/>
          <w:sz w:val="22"/>
          <w:u w:val="single"/>
        </w:rPr>
        <w:t>, and</w:t>
      </w:r>
      <w:r>
        <w:rPr>
          <w:b w:val="0"/>
          <w:i w:val="0"/>
          <w:smallCaps w:val="0"/>
          <w:strike w:val="0"/>
          <w:sz w:val="16"/>
          <w:u w:val="none"/>
        </w:rPr>
        <w:t xml:space="preserve"> arguably </w:t>
      </w:r>
      <w:r>
        <w:rPr>
          <w:b w:val="0"/>
          <w:i w:val="0"/>
          <w:smallCaps w:val="0"/>
          <w:strike w:val="0"/>
          <w:sz w:val="22"/>
          <w:u w:val="single"/>
        </w:rPr>
        <w:t>others</w:t>
      </w:r>
      <w:r>
        <w:rPr>
          <w:b w:val="0"/>
          <w:i w:val="0"/>
          <w:smallCaps w:val="0"/>
          <w:strike w:val="0"/>
          <w:sz w:val="16"/>
          <w:u w:val="none"/>
        </w:rPr>
        <w:t>. The U.S. policy of extended deterrence provides geopolitical stability in Europe and Asia, the two most important geostrategic regions on the planet and the home of all the major nuclear powers.</w:t>
      </w:r>
    </w:p>
    <w:p>
      <w:pPr>
        <w:spacing w:after="60"/>
      </w:pPr>
      <w:r>
        <w:rPr>
          <w:b w:val="0"/>
          <w:i w:val="0"/>
          <w:smallCaps w:val="0"/>
          <w:strike w:val="0"/>
          <w:sz w:val="16"/>
          <w:u w:val="none"/>
        </w:rPr>
        <w:t>As a status quo power and leader of the international system, the United States has had little interest in or incentive to use military force to revise the territorial status quo in Europe or Asia. Following the end of World War II, for example, the United States’ immediate goal was in setting up independent governments in defeated countries, allowing free elections, and returning home.10</w:t>
      </w:r>
    </w:p>
    <w:p>
      <w:pPr>
        <w:spacing w:after="60"/>
      </w:pPr>
      <w:r>
        <w:rPr>
          <w:b w:val="0"/>
          <w:i w:val="0"/>
          <w:smallCaps w:val="0"/>
          <w:strike w:val="0"/>
          <w:sz w:val="16"/>
          <w:u w:val="none"/>
        </w:rPr>
        <w:t>The Soviet Union, on the other hand, had an explicit goal of spreading Marxist revolutions to other nations in Europe and around the world. It established puppet states under Moscow’s control in the territories it occupied in Eastern Europe. It employed military force, in Hungary in 1956 and Czechoslovakia in 1968, in order to force these states to remain in the Soviet camp. The Soviet Union also attempted to use military coercion in a failed bid to wrest control of Berlin from the West in a series of crises during the late 1950s and 1960s. In Asia, Moscow gave the green light to North Korea to invade its Southern neighbor and initiate the Korean War.11 These are only the major examples of Soviet militarized revisionism during the Cold War.</w:t>
      </w:r>
    </w:p>
    <w:p>
      <w:pPr>
        <w:spacing w:after="60"/>
      </w:pPr>
      <w:r>
        <w:rPr>
          <w:b w:val="0"/>
          <w:i w:val="0"/>
          <w:smallCaps w:val="0"/>
          <w:strike w:val="0"/>
          <w:sz w:val="16"/>
          <w:u w:val="none"/>
        </w:rPr>
        <w:t>In the face of this threat from the Red Army, the United States remained in Europe at the behest of its allies to deter Russian invasion. In order to counter the Soviet Union’s conventional superiority in Europe, the United States and NATO relied heavily on nuclear deterrence.12 U.S. nuclear weapons and the requisite resolve to defend allies were critical to forcing Moscow’s submission in the Berlin Crises and to deterring war in Europe. In addition, the United States became more deeply involved in Asia, intervening militarily in Korea and in the Taiwan Straits to prevent communist forces from invading or threatening their neighbors.13 In sum, during the Cold War in Europe and Asia, the Soviet Union’s foreign policy was largely oriented toward revising the status quo, while the United States generally employed force, including nuclear deterrence, in order to uphold it.</w:t>
      </w:r>
    </w:p>
    <w:p>
      <w:pPr>
        <w:spacing w:after="60"/>
      </w:pPr>
      <w:r>
        <w:rPr>
          <w:b w:val="0"/>
          <w:i w:val="0"/>
          <w:smallCaps w:val="0"/>
          <w:strike w:val="0"/>
          <w:sz w:val="16"/>
          <w:u w:val="none"/>
        </w:rPr>
        <w:t xml:space="preserve">Similarly today, </w:t>
      </w:r>
      <w:r>
        <w:rPr>
          <w:b w:val="0"/>
          <w:i w:val="0"/>
          <w:smallCaps w:val="0"/>
          <w:strike w:val="0"/>
          <w:sz w:val="22"/>
          <w:highlight w:val="cyan"/>
          <w:u w:val="single"/>
        </w:rPr>
        <w:t>Russia, China</w:t>
      </w:r>
      <w:r>
        <w:rPr>
          <w:b w:val="0"/>
          <w:i w:val="0"/>
          <w:smallCaps w:val="0"/>
          <w:strike w:val="0"/>
          <w:sz w:val="22"/>
          <w:u w:val="single"/>
        </w:rPr>
        <w:t>, and North Korea express</w:t>
      </w:r>
      <w:r>
        <w:rPr>
          <w:b w:val="0"/>
          <w:i w:val="0"/>
          <w:smallCaps w:val="0"/>
          <w:strike w:val="0"/>
          <w:sz w:val="16"/>
          <w:u w:val="none"/>
        </w:rPr>
        <w:t xml:space="preserve"> their </w:t>
      </w:r>
      <w:r>
        <w:rPr>
          <w:b w:val="0"/>
          <w:i w:val="0"/>
          <w:smallCaps w:val="0"/>
          <w:strike w:val="0"/>
          <w:sz w:val="22"/>
          <w:u w:val="single"/>
        </w:rPr>
        <w:t>displeasure with</w:t>
      </w:r>
      <w:r>
        <w:rPr>
          <w:b w:val="0"/>
          <w:i w:val="0"/>
          <w:smallCaps w:val="0"/>
          <w:strike w:val="0"/>
          <w:sz w:val="16"/>
          <w:u w:val="none"/>
        </w:rPr>
        <w:t xml:space="preserve"> the </w:t>
      </w:r>
      <w:r>
        <w:rPr>
          <w:b/>
          <w:i w:val="0"/>
          <w:smallCaps w:val="0"/>
          <w:strike w:val="0"/>
          <w:sz w:val="22"/>
          <w:u w:val="single"/>
        </w:rPr>
        <w:t>territorial</w:t>
      </w:r>
      <w:r>
        <w:rPr>
          <w:b w:val="0"/>
          <w:i w:val="0"/>
          <w:smallCaps w:val="0"/>
          <w:strike w:val="0"/>
          <w:sz w:val="22"/>
          <w:u w:val="single"/>
        </w:rPr>
        <w:t xml:space="preserve"> status quo</w:t>
      </w:r>
      <w:r>
        <w:rPr>
          <w:b w:val="0"/>
          <w:i w:val="0"/>
          <w:smallCaps w:val="0"/>
          <w:strike w:val="0"/>
          <w:sz w:val="16"/>
          <w:u w:val="none"/>
        </w:rPr>
        <w:t xml:space="preserve"> in their respective regions.14 Russian President Vladimir </w:t>
      </w:r>
      <w:r>
        <w:rPr>
          <w:b w:val="0"/>
          <w:i w:val="0"/>
          <w:smallCaps w:val="0"/>
          <w:strike w:val="0"/>
          <w:sz w:val="22"/>
          <w:u w:val="single"/>
        </w:rPr>
        <w:t>Putin refers to</w:t>
      </w:r>
      <w:r>
        <w:rPr>
          <w:b w:val="0"/>
          <w:i w:val="0"/>
          <w:smallCaps w:val="0"/>
          <w:strike w:val="0"/>
          <w:sz w:val="16"/>
          <w:u w:val="none"/>
        </w:rPr>
        <w:t xml:space="preserve"> the </w:t>
      </w:r>
      <w:r>
        <w:rPr>
          <w:b/>
          <w:i w:val="0"/>
          <w:smallCaps w:val="0"/>
          <w:strike w:val="0"/>
          <w:sz w:val="22"/>
          <w:u w:val="single"/>
        </w:rPr>
        <w:t>collapse</w:t>
      </w:r>
      <w:r>
        <w:rPr>
          <w:b w:val="0"/>
          <w:i w:val="0"/>
          <w:smallCaps w:val="0"/>
          <w:strike w:val="0"/>
          <w:sz w:val="22"/>
          <w:u w:val="single"/>
        </w:rPr>
        <w:t xml:space="preserve"> of the Soviet Union as</w:t>
      </w:r>
      <w:r>
        <w:rPr>
          <w:b w:val="0"/>
          <w:i w:val="0"/>
          <w:smallCaps w:val="0"/>
          <w:strike w:val="0"/>
          <w:sz w:val="16"/>
          <w:u w:val="none"/>
        </w:rPr>
        <w:t xml:space="preserve"> “the </w:t>
      </w:r>
      <w:r>
        <w:rPr>
          <w:b/>
          <w:i w:val="0"/>
          <w:smallCaps w:val="0"/>
          <w:strike w:val="0"/>
          <w:sz w:val="22"/>
          <w:u w:val="single"/>
        </w:rPr>
        <w:t>greatest</w:t>
      </w:r>
      <w:r>
        <w:rPr>
          <w:b w:val="0"/>
          <w:i w:val="0"/>
          <w:smallCaps w:val="0"/>
          <w:strike w:val="0"/>
          <w:sz w:val="16"/>
          <w:u w:val="none"/>
        </w:rPr>
        <w:t xml:space="preserve"> geopolitical </w:t>
      </w:r>
      <w:r>
        <w:rPr>
          <w:b/>
          <w:i w:val="0"/>
          <w:smallCaps w:val="0"/>
          <w:strike w:val="0"/>
          <w:sz w:val="22"/>
          <w:u w:val="single"/>
        </w:rPr>
        <w:t>catastrophe</w:t>
      </w:r>
      <w:r>
        <w:rPr>
          <w:b w:val="0"/>
          <w:i w:val="0"/>
          <w:smallCaps w:val="0"/>
          <w:strike w:val="0"/>
          <w:sz w:val="22"/>
          <w:u w:val="single"/>
        </w:rPr>
        <w:t xml:space="preserve"> of</w:t>
      </w:r>
      <w:r>
        <w:rPr>
          <w:b w:val="0"/>
          <w:i w:val="0"/>
          <w:smallCaps w:val="0"/>
          <w:strike w:val="0"/>
          <w:sz w:val="16"/>
          <w:u w:val="none"/>
        </w:rPr>
        <w:t xml:space="preserve"> the 21st </w:t>
      </w:r>
      <w:r>
        <w:rPr>
          <w:b w:val="0"/>
          <w:i w:val="0"/>
          <w:smallCaps w:val="0"/>
          <w:strike w:val="0"/>
          <w:sz w:val="22"/>
          <w:u w:val="single"/>
        </w:rPr>
        <w:t>century</w:t>
      </w:r>
      <w:r>
        <w:rPr>
          <w:b w:val="0"/>
          <w:i w:val="0"/>
          <w:smallCaps w:val="0"/>
          <w:strike w:val="0"/>
          <w:sz w:val="16"/>
          <w:u w:val="none"/>
        </w:rPr>
        <w:t>”</w:t>
      </w:r>
      <w:r>
        <w:rPr>
          <w:b w:val="0"/>
          <w:i w:val="0"/>
          <w:smallCaps w:val="0"/>
          <w:strike w:val="0"/>
          <w:sz w:val="22"/>
          <w:u w:val="single"/>
        </w:rPr>
        <w:t xml:space="preserve"> and </w:t>
      </w:r>
      <w:r>
        <w:rPr>
          <w:b w:val="0"/>
          <w:i w:val="0"/>
          <w:smallCaps w:val="0"/>
          <w:strike w:val="0"/>
          <w:sz w:val="22"/>
          <w:highlight w:val="cyan"/>
          <w:u w:val="single"/>
        </w:rPr>
        <w:t>longs to re-establish</w:t>
      </w:r>
      <w:r>
        <w:rPr>
          <w:b w:val="0"/>
          <w:i w:val="0"/>
          <w:smallCaps w:val="0"/>
          <w:strike w:val="0"/>
          <w:sz w:val="16"/>
          <w:u w:val="none"/>
        </w:rPr>
        <w:t xml:space="preserve"> a “</w:t>
      </w:r>
      <w:r>
        <w:rPr>
          <w:b/>
          <w:i w:val="0"/>
          <w:smallCaps w:val="0"/>
          <w:strike w:val="0"/>
          <w:sz w:val="22"/>
          <w:u w:val="single"/>
        </w:rPr>
        <w:t>greater-Russia</w:t>
      </w:r>
      <w:r>
        <w:rPr>
          <w:b w:val="0"/>
          <w:i w:val="0"/>
          <w:smallCaps w:val="0"/>
          <w:strike w:val="0"/>
          <w:sz w:val="16"/>
          <w:u w:val="none"/>
        </w:rPr>
        <w:t xml:space="preserve">.”15 He has </w:t>
      </w:r>
      <w:r>
        <w:rPr>
          <w:b w:val="0"/>
          <w:i w:val="0"/>
          <w:smallCaps w:val="0"/>
          <w:strike w:val="0"/>
          <w:sz w:val="22"/>
          <w:u w:val="single"/>
        </w:rPr>
        <w:t>been</w:t>
      </w:r>
      <w:r>
        <w:rPr>
          <w:b w:val="0"/>
          <w:i w:val="0"/>
          <w:smallCaps w:val="0"/>
          <w:strike w:val="0"/>
          <w:sz w:val="16"/>
          <w:u w:val="none"/>
        </w:rPr>
        <w:t xml:space="preserve"> </w:t>
      </w:r>
      <w:r>
        <w:rPr>
          <w:b/>
          <w:i w:val="0"/>
          <w:smallCaps w:val="0"/>
          <w:strike w:val="0"/>
          <w:sz w:val="22"/>
          <w:u w:val="single"/>
        </w:rPr>
        <w:t>clear</w:t>
      </w:r>
      <w:r>
        <w:rPr>
          <w:b w:val="0"/>
          <w:i w:val="0"/>
          <w:smallCaps w:val="0"/>
          <w:strike w:val="0"/>
          <w:sz w:val="22"/>
          <w:u w:val="single"/>
        </w:rPr>
        <w:t xml:space="preserve"> about his interest in re-establishing a </w:t>
      </w:r>
      <w:r>
        <w:rPr>
          <w:b/>
          <w:i w:val="0"/>
          <w:smallCaps w:val="0"/>
          <w:strike w:val="0"/>
          <w:sz w:val="22"/>
          <w:highlight w:val="cyan"/>
          <w:u w:val="single"/>
        </w:rPr>
        <w:t>s</w:t>
      </w:r>
      <w:r>
        <w:rPr>
          <w:b w:val="0"/>
          <w:i w:val="0"/>
          <w:smallCaps w:val="0"/>
          <w:strike w:val="0"/>
          <w:sz w:val="16"/>
          <w:u w:val="none"/>
        </w:rPr>
        <w:t xml:space="preserve">phere </w:t>
      </w:r>
      <w:r>
        <w:rPr>
          <w:b/>
          <w:i w:val="0"/>
          <w:smallCaps w:val="0"/>
          <w:strike w:val="0"/>
          <w:sz w:val="22"/>
          <w:highlight w:val="cyan"/>
          <w:u w:val="single"/>
        </w:rPr>
        <w:t>o</w:t>
      </w:r>
      <w:r>
        <w:rPr>
          <w:b w:val="0"/>
          <w:i w:val="0"/>
          <w:smallCaps w:val="0"/>
          <w:strike w:val="0"/>
          <w:sz w:val="16"/>
          <w:u w:val="none"/>
        </w:rPr>
        <w:t xml:space="preserve">f </w:t>
      </w:r>
      <w:r>
        <w:rPr>
          <w:b/>
          <w:i w:val="0"/>
          <w:smallCaps w:val="0"/>
          <w:strike w:val="0"/>
          <w:sz w:val="22"/>
          <w:highlight w:val="cyan"/>
          <w:u w:val="single"/>
        </w:rPr>
        <w:t>i</w:t>
      </w:r>
      <w:r>
        <w:rPr>
          <w:b w:val="0"/>
          <w:i w:val="0"/>
          <w:smallCaps w:val="0"/>
          <w:strike w:val="0"/>
          <w:sz w:val="16"/>
          <w:u w:val="none"/>
        </w:rPr>
        <w:t xml:space="preserve">nfluence in Eastern Europe and he has already invaded two of his neighbors, Georgia and Ukraine. </w:t>
      </w:r>
      <w:r>
        <w:rPr>
          <w:b w:val="0"/>
          <w:i w:val="0"/>
          <w:smallCaps w:val="0"/>
          <w:strike w:val="0"/>
          <w:sz w:val="22"/>
          <w:u w:val="single"/>
        </w:rPr>
        <w:t>China</w:t>
      </w:r>
      <w:r>
        <w:rPr>
          <w:b w:val="0"/>
          <w:i w:val="0"/>
          <w:smallCaps w:val="0"/>
          <w:strike w:val="0"/>
          <w:sz w:val="16"/>
          <w:u w:val="none"/>
        </w:rPr>
        <w:t xml:space="preserve"> has also </w:t>
      </w:r>
      <w:r>
        <w:rPr>
          <w:b w:val="0"/>
          <w:i w:val="0"/>
          <w:smallCaps w:val="0"/>
          <w:strike w:val="0"/>
          <w:sz w:val="22"/>
          <w:u w:val="single"/>
        </w:rPr>
        <w:t>declared</w:t>
      </w:r>
      <w:r>
        <w:rPr>
          <w:b w:val="0"/>
          <w:i w:val="0"/>
          <w:smallCaps w:val="0"/>
          <w:strike w:val="0"/>
          <w:sz w:val="16"/>
          <w:u w:val="none"/>
        </w:rPr>
        <w:t xml:space="preserve"> a long-term </w:t>
      </w:r>
      <w:r>
        <w:rPr>
          <w:b/>
          <w:i w:val="0"/>
          <w:smallCaps w:val="0"/>
          <w:strike w:val="0"/>
          <w:sz w:val="22"/>
          <w:u w:val="single"/>
        </w:rPr>
        <w:t>intention</w:t>
      </w:r>
      <w:r>
        <w:rPr>
          <w:b w:val="0"/>
          <w:i w:val="0"/>
          <w:smallCaps w:val="0"/>
          <w:strike w:val="0"/>
          <w:sz w:val="16"/>
          <w:u w:val="none"/>
        </w:rPr>
        <w:t xml:space="preserve"> </w:t>
      </w:r>
      <w:r>
        <w:rPr>
          <w:b w:val="0"/>
          <w:i w:val="0"/>
          <w:smallCaps w:val="0"/>
          <w:strike w:val="0"/>
          <w:sz w:val="22"/>
          <w:u w:val="single"/>
        </w:rPr>
        <w:t xml:space="preserve">to </w:t>
      </w:r>
      <w:r>
        <w:rPr>
          <w:b/>
          <w:i w:val="0"/>
          <w:smallCaps w:val="0"/>
          <w:strike w:val="0"/>
          <w:sz w:val="22"/>
          <w:u w:val="single"/>
        </w:rPr>
        <w:t>redraw the map</w:t>
      </w:r>
      <w:r>
        <w:rPr>
          <w:b w:val="0"/>
          <w:i w:val="0"/>
          <w:smallCaps w:val="0"/>
          <w:strike w:val="0"/>
          <w:sz w:val="16"/>
          <w:u w:val="none"/>
        </w:rPr>
        <w:t xml:space="preserve"> of Asia to </w:t>
      </w:r>
      <w:r>
        <w:rPr>
          <w:b w:val="0"/>
          <w:i w:val="0"/>
          <w:smallCaps w:val="0"/>
          <w:strike w:val="0"/>
          <w:sz w:val="22"/>
          <w:highlight w:val="cyan"/>
          <w:u w:val="single"/>
        </w:rPr>
        <w:t>incorporate</w:t>
      </w:r>
      <w:r>
        <w:rPr>
          <w:b w:val="0"/>
          <w:i w:val="0"/>
          <w:smallCaps w:val="0"/>
          <w:strike w:val="0"/>
          <w:sz w:val="16"/>
          <w:highlight w:val="cyan"/>
          <w:u w:val="none"/>
        </w:rPr>
        <w:t xml:space="preserve"> </w:t>
      </w:r>
      <w:r>
        <w:rPr>
          <w:b/>
          <w:i w:val="0"/>
          <w:smallCaps w:val="0"/>
          <w:strike w:val="0"/>
          <w:sz w:val="22"/>
          <w:highlight w:val="cyan"/>
          <w:u w:val="single"/>
        </w:rPr>
        <w:t>Taiwan</w:t>
      </w:r>
      <w:r>
        <w:rPr>
          <w:b w:val="0"/>
          <w:i w:val="0"/>
          <w:smallCaps w:val="0"/>
          <w:strike w:val="0"/>
          <w:sz w:val="22"/>
          <w:highlight w:val="cyan"/>
          <w:u w:val="single"/>
        </w:rPr>
        <w:t xml:space="preserve"> and</w:t>
      </w:r>
      <w:r>
        <w:rPr>
          <w:b w:val="0"/>
          <w:i w:val="0"/>
          <w:smallCaps w:val="0"/>
          <w:strike w:val="0"/>
          <w:sz w:val="16"/>
          <w:u w:val="none"/>
        </w:rPr>
        <w:t xml:space="preserve"> it has begun taking contested territory in the </w:t>
      </w:r>
      <w:r>
        <w:rPr>
          <w:b/>
          <w:i w:val="0"/>
          <w:smallCaps w:val="0"/>
          <w:strike w:val="0"/>
          <w:sz w:val="22"/>
          <w:highlight w:val="cyan"/>
          <w:u w:val="single"/>
        </w:rPr>
        <w:t>S</w:t>
      </w:r>
      <w:r>
        <w:rPr>
          <w:b w:val="0"/>
          <w:i w:val="0"/>
          <w:smallCaps w:val="0"/>
          <w:strike w:val="0"/>
          <w:sz w:val="16"/>
          <w:u w:val="none"/>
        </w:rPr>
        <w:t xml:space="preserve">outh </w:t>
      </w:r>
      <w:r>
        <w:rPr>
          <w:b/>
          <w:i w:val="0"/>
          <w:smallCaps w:val="0"/>
          <w:strike w:val="0"/>
          <w:sz w:val="22"/>
          <w:highlight w:val="cyan"/>
          <w:u w:val="single"/>
        </w:rPr>
        <w:t>C</w:t>
      </w:r>
      <w:r>
        <w:rPr>
          <w:b w:val="0"/>
          <w:i w:val="0"/>
          <w:smallCaps w:val="0"/>
          <w:strike w:val="0"/>
          <w:sz w:val="16"/>
          <w:u w:val="none"/>
        </w:rPr>
        <w:t>hina</w:t>
      </w:r>
      <w:r>
        <w:rPr>
          <w:b w:val="0"/>
          <w:i w:val="0"/>
          <w:smallCaps w:val="0"/>
          <w:strike w:val="0"/>
          <w:u w:val="none"/>
        </w:rPr>
        <w:t xml:space="preserve"> </w:t>
      </w:r>
      <w:r>
        <w:rPr>
          <w:b/>
          <w:i w:val="0"/>
          <w:smallCaps w:val="0"/>
          <w:strike w:val="0"/>
          <w:sz w:val="22"/>
          <w:highlight w:val="cyan"/>
          <w:u w:val="single"/>
        </w:rPr>
        <w:t>S</w:t>
      </w:r>
      <w:r>
        <w:rPr>
          <w:b w:val="0"/>
          <w:i w:val="0"/>
          <w:smallCaps w:val="0"/>
          <w:strike w:val="0"/>
          <w:sz w:val="16"/>
          <w:u w:val="none"/>
        </w:rPr>
        <w:t>ea through military coercion and gray-zone tactics. North Korea has engaged in repeated bouts of aggression against South Korea and Seoul’s American ally over the decades. It initiated the Korean War and seized the U.S.S. Pueblo during the Cold War. In recent years, Pyongyang has sunk a South Korean warship and shelled a South Korean island.</w:t>
      </w:r>
    </w:p>
    <w:p>
      <w:pPr>
        <w:spacing w:after="60"/>
      </w:pPr>
      <w:r>
        <w:rPr>
          <w:b w:val="0"/>
          <w:i w:val="0"/>
          <w:smallCaps w:val="0"/>
          <w:strike w:val="0"/>
          <w:sz w:val="16"/>
          <w:u w:val="none"/>
        </w:rPr>
        <w:t>U.S. democratic allies in Europe and Asia consistently call upon the United States to maintain a robust nuclear strategy and posture in order to deter possible aggression from these autocratic and revisionist powers. For example, when U.S. President Obama considered the adoption of a nuclear No First Use Policy at the end of his term, U.S. allies resisted.16 Largely in response to allied demands, the United States agreed to keep the nuclear option on the table to deter conventional aggression. It has also developed nuclear capabilities, including the supplemental, low-yield capabilities called for in the 2018 U.S. Nuclear Posture Review, with the explicit goal of extending deterrence and reassuring allies.17</w:t>
      </w:r>
    </w:p>
    <w:p>
      <w:pPr>
        <w:spacing w:after="60"/>
      </w:pPr>
      <w:r>
        <w:rPr>
          <w:b w:val="0"/>
          <w:i w:val="0"/>
          <w:smallCaps w:val="0"/>
          <w:strike w:val="0"/>
          <w:sz w:val="16"/>
          <w:u w:val="none"/>
        </w:rPr>
        <w:t xml:space="preserve">Therefore, </w:t>
      </w:r>
      <w:r>
        <w:rPr>
          <w:b w:val="0"/>
          <w:i w:val="0"/>
          <w:smallCaps w:val="0"/>
          <w:strike w:val="0"/>
          <w:sz w:val="22"/>
          <w:u w:val="single"/>
        </w:rPr>
        <w:t xml:space="preserve">it is true that </w:t>
      </w:r>
      <w:r>
        <w:rPr>
          <w:b/>
          <w:i w:val="0"/>
          <w:smallCaps w:val="0"/>
          <w:strike w:val="0"/>
          <w:sz w:val="22"/>
          <w:u w:val="single"/>
        </w:rPr>
        <w:t>nuc</w:t>
      </w:r>
      <w:r>
        <w:rPr>
          <w:b w:val="0"/>
          <w:i w:val="0"/>
          <w:smallCaps w:val="0"/>
          <w:strike w:val="0"/>
          <w:sz w:val="16"/>
          <w:u w:val="none"/>
        </w:rPr>
        <w:t>lear weapon</w:t>
      </w:r>
      <w:r>
        <w:rPr>
          <w:b/>
          <w:i w:val="0"/>
          <w:smallCaps w:val="0"/>
          <w:strike w:val="0"/>
          <w:sz w:val="22"/>
          <w:u w:val="single"/>
        </w:rPr>
        <w:t>s</w:t>
      </w:r>
      <w:r>
        <w:rPr>
          <w:b w:val="0"/>
          <w:i w:val="0"/>
          <w:smallCaps w:val="0"/>
          <w:strike w:val="0"/>
          <w:sz w:val="16"/>
          <w:u w:val="none"/>
        </w:rPr>
        <w:t xml:space="preserve"> have </w:t>
      </w:r>
      <w:r>
        <w:rPr>
          <w:b/>
          <w:i w:val="0"/>
          <w:smallCaps w:val="0"/>
          <w:strike w:val="0"/>
          <w:sz w:val="22"/>
          <w:u w:val="single"/>
        </w:rPr>
        <w:t>deterred</w:t>
      </w:r>
      <w:r>
        <w:rPr>
          <w:b w:val="0"/>
          <w:i w:val="0"/>
          <w:smallCaps w:val="0"/>
          <w:strike w:val="0"/>
          <w:sz w:val="22"/>
          <w:u w:val="single"/>
        </w:rPr>
        <w:t xml:space="preserve"> great power </w:t>
      </w:r>
      <w:r>
        <w:rPr>
          <w:b w:val="0"/>
          <w:i w:val="0"/>
          <w:smallCaps w:val="0"/>
          <w:strike w:val="0"/>
          <w:sz w:val="22"/>
          <w:u w:val="single"/>
        </w:rPr>
        <w:t>war</w:t>
      </w:r>
      <w:r>
        <w:rPr>
          <w:b w:val="0"/>
          <w:i w:val="0"/>
          <w:smallCaps w:val="0"/>
          <w:strike w:val="0"/>
          <w:sz w:val="16"/>
          <w:u w:val="none"/>
        </w:rPr>
        <w:t xml:space="preserve"> for over seventy years, </w:t>
      </w:r>
      <w:r>
        <w:rPr>
          <w:b/>
          <w:i w:val="0"/>
          <w:smallCaps w:val="0"/>
          <w:strike w:val="0"/>
          <w:sz w:val="22"/>
          <w:u w:val="single"/>
        </w:rPr>
        <w:t>but</w:t>
      </w:r>
      <w:r>
        <w:rPr>
          <w:b w:val="0"/>
          <w:i w:val="0"/>
          <w:smallCaps w:val="0"/>
          <w:strike w:val="0"/>
          <w:sz w:val="22"/>
          <w:u w:val="single"/>
        </w:rPr>
        <w:t xml:space="preserve"> it is important to consider </w:t>
      </w:r>
      <w:r>
        <w:rPr>
          <w:b/>
          <w:i w:val="0"/>
          <w:smallCaps w:val="0"/>
          <w:strike w:val="0"/>
          <w:sz w:val="22"/>
          <w:u w:val="single"/>
        </w:rPr>
        <w:t>whose</w:t>
      </w:r>
      <w:r>
        <w:rPr>
          <w:b w:val="0"/>
          <w:i w:val="0"/>
          <w:smallCaps w:val="0"/>
          <w:strike w:val="0"/>
          <w:sz w:val="16"/>
          <w:u w:val="none"/>
        </w:rPr>
        <w:t xml:space="preserve"> potential </w:t>
      </w:r>
      <w:r>
        <w:rPr>
          <w:b/>
          <w:i w:val="0"/>
          <w:smallCaps w:val="0"/>
          <w:strike w:val="0"/>
          <w:sz w:val="22"/>
          <w:u w:val="single"/>
        </w:rPr>
        <w:t>aggression</w:t>
      </w:r>
      <w:r>
        <w:rPr>
          <w:b w:val="0"/>
          <w:i w:val="0"/>
          <w:smallCaps w:val="0"/>
          <w:strike w:val="0"/>
          <w:sz w:val="22"/>
          <w:u w:val="single"/>
        </w:rPr>
        <w:t xml:space="preserve"> has been deterred. If</w:t>
      </w:r>
      <w:r>
        <w:rPr>
          <w:b w:val="0"/>
          <w:i w:val="0"/>
          <w:smallCaps w:val="0"/>
          <w:strike w:val="0"/>
          <w:sz w:val="16"/>
          <w:u w:val="none"/>
        </w:rPr>
        <w:t xml:space="preserve"> nuclear weapons were to be un-invented or nuclear </w:t>
      </w:r>
      <w:r>
        <w:rPr>
          <w:b/>
          <w:i w:val="0"/>
          <w:smallCaps w:val="0"/>
          <w:strike w:val="0"/>
          <w:sz w:val="22"/>
          <w:u w:val="single"/>
        </w:rPr>
        <w:t>deterrence</w:t>
      </w:r>
      <w:r>
        <w:rPr>
          <w:b w:val="0"/>
          <w:i w:val="0"/>
          <w:smallCaps w:val="0"/>
          <w:strike w:val="0"/>
          <w:sz w:val="16"/>
          <w:u w:val="none"/>
        </w:rPr>
        <w:t xml:space="preserve"> to </w:t>
      </w:r>
      <w:r>
        <w:rPr>
          <w:b w:val="0"/>
          <w:i w:val="0"/>
          <w:smallCaps w:val="0"/>
          <w:strike w:val="0"/>
          <w:sz w:val="22"/>
          <w:u w:val="single"/>
        </w:rPr>
        <w:t>fail</w:t>
      </w:r>
      <w:r>
        <w:rPr>
          <w:b w:val="0"/>
          <w:i w:val="0"/>
          <w:smallCaps w:val="0"/>
          <w:strike w:val="0"/>
          <w:sz w:val="16"/>
          <w:u w:val="none"/>
        </w:rPr>
        <w:t xml:space="preserve">, any ensuing </w:t>
      </w:r>
      <w:r>
        <w:rPr>
          <w:b/>
          <w:i w:val="0"/>
          <w:smallCaps w:val="0"/>
          <w:strike w:val="0"/>
          <w:sz w:val="22"/>
          <w:u w:val="single"/>
        </w:rPr>
        <w:t>aggression</w:t>
      </w:r>
      <w:r>
        <w:rPr>
          <w:b w:val="0"/>
          <w:i w:val="0"/>
          <w:smallCaps w:val="0"/>
          <w:strike w:val="0"/>
          <w:sz w:val="22"/>
          <w:u w:val="single"/>
        </w:rPr>
        <w:t xml:space="preserve"> would most likely be conducted</w:t>
      </w:r>
      <w:r>
        <w:rPr>
          <w:b w:val="0"/>
          <w:i w:val="0"/>
          <w:smallCaps w:val="0"/>
          <w:strike w:val="0"/>
          <w:sz w:val="16"/>
          <w:u w:val="none"/>
        </w:rPr>
        <w:t xml:space="preserve">, not by the United States, but </w:t>
      </w:r>
      <w:r>
        <w:rPr>
          <w:b w:val="0"/>
          <w:i w:val="0"/>
          <w:smallCaps w:val="0"/>
          <w:strike w:val="0"/>
          <w:sz w:val="22"/>
          <w:u w:val="single"/>
        </w:rPr>
        <w:t>by Moscow, Beijing, or Pyongyang</w:t>
      </w:r>
      <w:r>
        <w:rPr>
          <w:b w:val="0"/>
          <w:i w:val="0"/>
          <w:smallCaps w:val="0"/>
          <w:strike w:val="0"/>
          <w:sz w:val="16"/>
          <w:u w:val="none"/>
        </w:rPr>
        <w:t xml:space="preserve"> against their regional neighbors. It is specifically U.S. nuclear weapons that are the most important element for keeping the peace in Europe and Asia.</w:t>
      </w:r>
    </w:p>
    <w:p>
      <w:pPr>
        <w:spacing w:after="60"/>
      </w:pPr>
      <w:r>
        <w:rPr>
          <w:b w:val="0"/>
          <w:i w:val="0"/>
          <w:smallCaps w:val="0"/>
          <w:strike w:val="0"/>
          <w:sz w:val="10"/>
          <w:u w:val="none"/>
        </w:rPr>
        <w:t>U.S. nuclear weapons and nonproliferation</w:t>
      </w:r>
    </w:p>
    <w:p>
      <w:pPr>
        <w:spacing w:after="60"/>
      </w:pPr>
      <w:r>
        <w:rPr>
          <w:b w:val="0"/>
          <w:i w:val="0"/>
          <w:smallCaps w:val="0"/>
          <w:strike w:val="0"/>
          <w:sz w:val="10"/>
          <w:u w:val="none"/>
        </w:rPr>
        <w:t>The United States has also contributed to the security of the rules-based international system by halting the spread of the world’s most dangerous weapons. Once again, in this domain, U.S. nuclear weapons have been central to these efforts.</w:t>
      </w:r>
    </w:p>
    <w:p>
      <w:pPr>
        <w:spacing w:after="60"/>
      </w:pPr>
      <w:r>
        <w:rPr>
          <w:b w:val="0"/>
          <w:i w:val="0"/>
          <w:smallCaps w:val="0"/>
          <w:strike w:val="0"/>
          <w:sz w:val="10"/>
          <w:u w:val="none"/>
        </w:rPr>
        <w:t>As the most powerful state in the international system and the leader of the rules-based order, the United States possesses a strong interest in preventing other nations from acquiring nuclear weapons.18 Washington played a unique role in establishing the major institutions of the nuclear nonproliferation regime, including the Treaty on the Nonproliferation of Nuclear Weapons (NPT).19 Some theorists, like Kenneth Waltz, argue that horizontal proliferation yields greater systemic stability and that Washington could benefit from slow and selective nuclear proliferation, but there are many risks to the spread of nuclear weapons, especially for the world system’s leader.20 Accordingly, this “proliferation optimism” argument has never found favor in the corridors of power.21</w:t>
      </w:r>
    </w:p>
    <w:p>
      <w:pPr>
        <w:spacing w:after="60"/>
      </w:pPr>
      <w:r>
        <w:rPr>
          <w:b w:val="0"/>
          <w:i w:val="0"/>
          <w:smallCaps w:val="0"/>
          <w:strike w:val="0"/>
          <w:sz w:val="10"/>
          <w:u w:val="none"/>
        </w:rPr>
        <w:t>To support its goal of preventing the spread of nuclear weapons to allied states, the United States has provided these states with extended deterrence. Washington struck a bargain with allies: refrain from building your own nuclear weapons and we will protect you with U.S. nuclear weapons. As stated above, the United States currently extends its nuclear umbrella to over thirty formal treaty allies and arguably others. Without these efforts at extending deterrence to assure allies, it is likely that at least several other U.S. allies would possess independent nuclear capabilities today. U.S. assurance efforts were essential to eliminating nuclear weapons ambitions in West Germany in the early days of the Cold War, and South Korea and Taiwan in the 1970s.22 Studies employing statistical analysis have shown that, “States receiving security guarantees from nuclear-armed superpower allies are only 22 percent as likely to explore nuclear weapons as those who do not, 13 percent as likely to pursue them, and 15 percent as likely to acquire them in a given year, conditional on their not having done so previously.”23</w:t>
      </w:r>
    </w:p>
    <w:p>
      <w:pPr>
        <w:spacing w:after="60"/>
      </w:pPr>
      <w:r>
        <w:rPr>
          <w:b w:val="0"/>
          <w:i w:val="0"/>
          <w:smallCaps w:val="0"/>
          <w:strike w:val="0"/>
          <w:sz w:val="10"/>
          <w:u w:val="none"/>
        </w:rPr>
        <w:t>To make this extended deterrent guarantee more credible, Washington sometimes goes so far as to deploy U.S. nuclear weapons on the territory of its allies. This forward-deployed American nuclear power has been referred to as a wedding ring to its allies, providing a visible symbol of America’s security commitment.24 An empirical study on the link between forward-deployed nuclear weapons and nonproliferation found that forward-deployed nuclear weapons have a perfect track record in preventing nuclear proliferation. Never has a country with U.S. nuclear weapons on its soil developed independent nuclear capabilities.25</w:t>
      </w:r>
    </w:p>
    <w:p>
      <w:pPr>
        <w:spacing w:after="60"/>
      </w:pPr>
      <w:r>
        <w:rPr>
          <w:b w:val="0"/>
          <w:i w:val="0"/>
          <w:smallCaps w:val="0"/>
          <w:strike w:val="0"/>
          <w:sz w:val="10"/>
          <w:u w:val="none"/>
        </w:rPr>
        <w:t>To be sure, U.S. attempts at nonproliferation have occasionally failed. In the early stages of the Cold War, U.S. allies Britain and France chose to build independent nuclear arsenals, despite Washington’s preferences to the contrary. Still, the small number of nuclear-armed states today is a fantastic achievement relative to pessimistic proliferation expectations of the mid-twentieth century. And it is very likely that there would be many more nuclear powers in the world today without U.S. efforts at extended deterrence and assurance.</w:t>
      </w:r>
    </w:p>
    <w:p>
      <w:pPr>
        <w:spacing w:after="60"/>
      </w:pPr>
      <w:r>
        <w:rPr>
          <w:b w:val="0"/>
          <w:i w:val="0"/>
          <w:smallCaps w:val="0"/>
          <w:strike w:val="0"/>
          <w:sz w:val="10"/>
          <w:u w:val="none"/>
        </w:rPr>
        <w:t>U.S. nuclear security guarantees remain critical in the current security environment to stop the spread of nuclear weapons. With newfound questions about America’s commitment to the security of its allies, there are renewed discussions in Berlin about whether Germany should consider building its own nuclear weapons.26 A majority of the public in South Korea support Seoul going nuclear under uncertain conditions.27 And analysts predict that a weakening of the U.S. nuclear umbrella could lead to proliferation among U.S. allies, including Japan, Poland, and perhaps other states.28</w:t>
      </w:r>
    </w:p>
    <w:p>
      <w:pPr>
        <w:spacing w:after="60"/>
      </w:pPr>
      <w:r>
        <w:rPr>
          <w:b w:val="0"/>
          <w:i w:val="0"/>
          <w:smallCaps w:val="0"/>
          <w:strike w:val="0"/>
          <w:sz w:val="10"/>
          <w:u w:val="none"/>
        </w:rPr>
        <w:t>In contrast, other nuclear-armed powers have played a less central role in preventing the spread of nuclear weapons. Indeed, these revisionist and autocratic states have occasionally gone so far as to use their nuclear capabilities to intentionally export the bomb to other states, fueling the spread of nuclear weapons.29 For example, the Soviet Union aided China in developing a nuclear program from 1958 to 1960 to increase the power of the communist bloc relative to the United States. Russia considered exporting a uranium enrichment plant to Iran in 1995 before Washington intervened and pressured them to cancel the transaction. China aided Pakistan due to mutual rivalry with India. Beijing also transferred sensitive nuclear technology to Iran, Algeria, and other countries as well. While Pakistani scientist Abdul Qadeer Khan created a proliferation network which enabled North Korea, Iran, and Libya to acquire sensitive nuclear technology as part of constructing an alliance of “strategic defiance” against the United States and its allies.30 In recent years, Pyongyang has become a nuclear exporter, helping Syria to build a heavy-water reactor before it was destroyed in an Israeli air strike in 2007. All of these countries remain at risk of exporting sensitive nuclear technology in the future, intentionally fueling proliferation in a bid to advance their revisionist aims.</w:t>
      </w:r>
    </w:p>
    <w:p>
      <w:pPr>
        <w:spacing w:after="60"/>
      </w:pPr>
      <w:r>
        <w:rPr>
          <w:b w:val="0"/>
          <w:i w:val="0"/>
          <w:smallCaps w:val="0"/>
          <w:strike w:val="0"/>
          <w:sz w:val="10"/>
          <w:u w:val="none"/>
        </w:rPr>
        <w:t>Some have argued that by possessing a robust nuclear arsenal, the United States instigates the spread of nuclear weapons to additional countries, but this is incorrect. They aver that the continued maintenance of an American nuclear arsenal sets a dangerous precedent, undermines the NPT, and encourages other countries to build nuclear weapons. These arguments are plausible at a superficial level, but closer investigation reveals that they are unfounded.31 States build nuclear weapons for a wide range of security, economic, and normative reasons, but aping the behavior of the United States is not among them. Moreover, there is no correlation between the size of the U.S. nuclear arsenal and the probability that other states explore, pursue, or acquire nuclear weapons.32</w:t>
      </w:r>
    </w:p>
    <w:p>
      <w:pPr>
        <w:spacing w:after="60"/>
      </w:pPr>
      <w:r>
        <w:rPr>
          <w:b w:val="0"/>
          <w:i w:val="0"/>
          <w:smallCaps w:val="0"/>
          <w:strike w:val="0"/>
          <w:sz w:val="10"/>
          <w:u w:val="none"/>
        </w:rPr>
        <w:t>In sum, U.S. nuclear weapons also contribute to the security of the rules-based system by reinforcing the nonproliferation regime and preventing the spread of nuclear weapons.</w:t>
      </w:r>
    </w:p>
    <w:p>
      <w:pPr>
        <w:spacing w:after="60"/>
      </w:pPr>
      <w:r>
        <w:rPr>
          <w:b w:val="0"/>
          <w:i w:val="0"/>
          <w:smallCaps w:val="0"/>
          <w:strike w:val="0"/>
          <w:sz w:val="10"/>
          <w:u w:val="none"/>
        </w:rPr>
        <w:t>The imperative of U.S. nuclear modernization</w:t>
      </w:r>
    </w:p>
    <w:p>
      <w:pPr>
        <w:spacing w:after="60"/>
      </w:pPr>
      <w:r>
        <w:rPr>
          <w:b w:val="0"/>
          <w:i w:val="0"/>
          <w:smallCaps w:val="0"/>
          <w:strike w:val="0"/>
          <w:sz w:val="10"/>
          <w:u w:val="none"/>
        </w:rPr>
        <w:t>United States’ nuclear weapons have provided for international security and stability for the past three-quarters of a century, but, if they are to continue to play that role in the future, then they must be modernized.</w:t>
      </w:r>
    </w:p>
    <w:p>
      <w:pPr>
        <w:spacing w:after="60"/>
      </w:pPr>
      <w:r>
        <w:rPr>
          <w:b w:val="0"/>
          <w:i w:val="0"/>
          <w:smallCaps w:val="0"/>
          <w:strike w:val="0"/>
          <w:sz w:val="10"/>
          <w:u w:val="none"/>
        </w:rPr>
        <w:t xml:space="preserve">The U.S. strategic nuclear forces consist of a triad of delivery vehicles: 1) submarine-launched ballistic missiles (SLBMs) deployed on ballistic missile submarines (SSBNs); 2) intercontinental ballistic missiles (ICBMs); and 3) strategic bombers (including the B-2 and B-52) carrying gravity bombs and </w:t>
      </w:r>
      <w:r>
        <w:rPr>
          <w:b w:val="0"/>
          <w:i w:val="0"/>
          <w:smallCaps w:val="0"/>
          <w:strike w:val="0"/>
          <w:sz w:val="10"/>
          <w:u w:val="none"/>
        </w:rPr>
        <w:t>airlaunched</w:t>
      </w:r>
      <w:r>
        <w:rPr>
          <w:b w:val="0"/>
          <w:i w:val="0"/>
          <w:smallCaps w:val="0"/>
          <w:strike w:val="0"/>
          <w:sz w:val="10"/>
          <w:u w:val="none"/>
        </w:rPr>
        <w:t xml:space="preserve"> cruise missiles (ALCMs).</w:t>
      </w:r>
    </w:p>
    <w:p>
      <w:pPr>
        <w:spacing w:after="60"/>
      </w:pPr>
      <w:r>
        <w:rPr>
          <w:b w:val="0"/>
          <w:i w:val="0"/>
          <w:smallCaps w:val="0"/>
          <w:strike w:val="0"/>
          <w:sz w:val="10"/>
          <w:u w:val="none"/>
        </w:rPr>
        <w:t>These capabilities are aging, however, and must be updated. The OHIO-class SSBNs entered service in the 1980s and 1990s and were originally designed for a 30-year service life. Their service life has already been drawn out to 42 years and further extension is impossible.33 There are only so many times a submarine can withstand the intense pressures of submerging and resurfacing, and relying on these old boats puts the life of the crew at risk.</w:t>
      </w:r>
    </w:p>
    <w:p>
      <w:pPr>
        <w:spacing w:after="60"/>
      </w:pPr>
      <w:r>
        <w:rPr>
          <w:b w:val="0"/>
          <w:i w:val="0"/>
          <w:smallCaps w:val="0"/>
          <w:strike w:val="0"/>
          <w:sz w:val="10"/>
          <w:u w:val="none"/>
        </w:rPr>
        <w:t>For the land-based leg, the Minuteman III ICBMs were first deployed in 1970, and they were meant to have a 10-year service life. This service life has been extended multiple times, but the United States cannot continue to rely on this capability beyond 2030.34</w:t>
      </w:r>
    </w:p>
    <w:p>
      <w:pPr>
        <w:spacing w:after="60"/>
      </w:pPr>
      <w:r>
        <w:rPr>
          <w:b w:val="0"/>
          <w:i w:val="0"/>
          <w:smallCaps w:val="0"/>
          <w:strike w:val="0"/>
          <w:sz w:val="10"/>
          <w:u w:val="none"/>
        </w:rPr>
        <w:t>Turning to the air leg of the triad, U.S. ALCMs are now 25 years past their expected design life.35 The United States also needs to ensure that its stealth bombers can continue to penetrate current and future enemy air defense systems.</w:t>
      </w:r>
    </w:p>
    <w:p>
      <w:pPr>
        <w:spacing w:after="60"/>
      </w:pPr>
      <w:r>
        <w:rPr>
          <w:b w:val="0"/>
          <w:i w:val="0"/>
          <w:smallCaps w:val="0"/>
          <w:strike w:val="0"/>
          <w:sz w:val="10"/>
          <w:u w:val="none"/>
        </w:rPr>
        <w:t xml:space="preserve">Beyond the delivery systems, the underlying nuclear command, control, and communications (NC3) system is also three decades old and is vulnerable to new space and cyber threats.36 Lastly, the warheads themselves are aging, as many were built in 1976, 1978, 1980, and 1988. These warheads require life extension programs for continued survival.37 </w:t>
      </w:r>
    </w:p>
    <w:p>
      <w:pPr>
        <w:spacing w:after="60"/>
      </w:pPr>
      <w:r>
        <w:rPr>
          <w:b w:val="0"/>
          <w:i w:val="0"/>
          <w:smallCaps w:val="0"/>
          <w:strike w:val="0"/>
          <w:sz w:val="10"/>
          <w:u w:val="none"/>
        </w:rPr>
        <w:t>In sum, U.S. nuclear weapons were built at the end of the Cold War in the 1970s and 1980s. If you drive a car, it is likely that it was not built in the 1970s or 1980s. And, if it was, then it is not likely very reliable. As long as the United States possesses a nuclear deterrent, it must ensure that it is safe, effective, and reliable. This can only be achieved with modernized capabilities.38</w:t>
      </w:r>
    </w:p>
    <w:p>
      <w:pPr>
        <w:spacing w:after="60"/>
      </w:pPr>
      <w:r>
        <w:rPr>
          <w:b w:val="0"/>
          <w:i w:val="0"/>
          <w:smallCaps w:val="0"/>
          <w:strike w:val="0"/>
          <w:sz w:val="10"/>
          <w:u w:val="none"/>
        </w:rPr>
        <w:t>In 2010, then-U.S. President Barack Obama laid out a plan to modernize America’s aging nuclear arsenal over the next thirty years. He called for modernizing each leg of the nuclear triad. In 2031, the new Columbia-class SSBN will begin to replace the Ohio fleet, while the Department of Defense will research a potential replacement to the D5 SLBM.39 The Department of Defense has also launched the Ground-Based Strategic Deterrent (GBSD) program to modernize 450 ICBM launch facilities and field 400 new ICBMs to replace the Minuteman III, beginning in 2029.40 Meanwhile, in order to improve the survivability of the air-based leg in the face of sophisticated enemy air defenses, the U.S. will replace the B-2A with the new B-21 Raider stealth bomber in the mid-2020s. It is also replacing the ALCM with the long-range standoff (LRSO) weapon, and it is modernizing the B61 gravity bomb.41 Simultaneously, the Department of Defense is planning NC3 advancements for improved command and control, as well as coordination with the Department of Energy to extend the service life of the warheads.42</w:t>
      </w:r>
    </w:p>
    <w:p>
      <w:pPr>
        <w:spacing w:after="60"/>
      </w:pPr>
      <w:r>
        <w:rPr>
          <w:b w:val="0"/>
          <w:i w:val="0"/>
          <w:smallCaps w:val="0"/>
          <w:strike w:val="0"/>
          <w:sz w:val="10"/>
          <w:u w:val="none"/>
        </w:rPr>
        <w:t>President Trump decided to continue with Obama’s modernization plans in his Nuclear Posture Review, released in 2018.43 In addition, the Trump administration called for capability “supplements” to deal with the threat of Russian nuclear “de-escalation” strikes.44 These low-yield nuclear weapons include installing a low-yield warhead on a small number of SLBMs and the resurrection of a nuclear sea-launched cruise missile.</w:t>
      </w:r>
    </w:p>
    <w:p>
      <w:pPr>
        <w:spacing w:after="60"/>
      </w:pPr>
      <w:r>
        <w:rPr>
          <w:b w:val="0"/>
          <w:i w:val="0"/>
          <w:smallCaps w:val="0"/>
          <w:strike w:val="0"/>
          <w:sz w:val="10"/>
          <w:u w:val="none"/>
        </w:rPr>
        <w:t>These modernization plans have strong bipartisan support with senior defense officials on both sides of the aisle attesting to the need for these capabilities.45 Nevertheless, some analysts have questioned the desirability and feasibility of U.S. nuclear modernization.46 Some have argued that U.S. nuclear modernization is too expensive. The Congressional Budget Office (CBO) estimates that the cost of nuclear modernization over the next thirty years will come to over $1 trillion. Critics argue that this is unaffordable and this money could be better spent on other priorities. While $1 trillion is certainly a large number, to put it in perspective, it comes to roughly 5–7% of the U.S. defense budget. Is 5% too much to spend on nuclear weapons? Several recent U.S. secretaries of defense have claimed that nuclear deterrence is the most important mission of the U.S. Department of Defense. So, put another way, is 5% too much to spend on the organization’s highest priority mission? Reasonable people can disagree, but to many this seems to be a good value. Indeed, nuclear weapons have traditionally been prized because they are more economical than conventional weapons.47 As Obama’s Secretary of Defense Ash Carter pithily put it, “nuclear weapons don’t actually cost that much.”48</w:t>
      </w:r>
    </w:p>
    <w:p>
      <w:pPr>
        <w:spacing w:after="60"/>
      </w:pPr>
      <w:r>
        <w:rPr>
          <w:b w:val="0"/>
          <w:i w:val="0"/>
          <w:smallCaps w:val="0"/>
          <w:strike w:val="0"/>
          <w:sz w:val="10"/>
          <w:u w:val="none"/>
        </w:rPr>
        <w:t>Other critics of U.S. modernization plans charge that building a new generation of nuclear weapons will fuel an arms race with Russia and China.49 But this is incorrect. Russia and China are already modernizing their forces, and this is occurring irrespective of decisions made in Washington. Indeed, Russia is finishing a modernization cycle and is building new, exotic nuclear weapons, such as a nuclear submarine drone, that have never been contemplated in Washington. When Secretary Carter was asked if U.S. nuclear modernization was stimulating an arms race, he replied, “we know they aren’t having that effect, because the evidence is to the contrary.”50 Moreover, U.S. modernization may actually dissuade arms races, as potential rivals realize they have little hope of achieving nuclear parity with or superiority over the technologically-sophisticated United States.</w:t>
      </w:r>
    </w:p>
    <w:p>
      <w:pPr>
        <w:spacing w:after="60"/>
      </w:pPr>
      <w:r>
        <w:rPr>
          <w:b w:val="0"/>
          <w:i w:val="0"/>
          <w:smallCaps w:val="0"/>
          <w:strike w:val="0"/>
          <w:sz w:val="10"/>
          <w:u w:val="none"/>
        </w:rPr>
        <w:t>Finally, some claim that U.S. nuclear modernization plans are inconsistent with its commitments under the NPT to work toward eventual nuclear disarmament. According to this argument, U.S. modernization will cause nuclear proliferation, but this is also incorrect.51 President Obama took good faith steps toward reducing reliance on nuclear weapons, but, as he did so, Russia, China, and North Korea went in the opposite direction, expanding and modernizing their arsenals. Disarmament advocates often harangue Washington, London, and Paris because they know these democracies will listen to their complaints, but they are barking up the wrong tree. If they want to make progress on disarmament, the real obstacle is Moscow, Beijing, and Pyongyang. If other nations up nuclear weapons, Washington would almost certainly join them. So long as these other nations have nuclear weapons, however, the United States needs to possess a robust nuclear deterrent. Moreover, as argued above, doing so reinforces global nonproliferation, by giving U.S. allies the incentive to forego independent nuclear arsenals. Meanwhile, the United States continues to make progress toward nuclear disarmament in other ways with new initiatives to “create the conditions” for future disarmament.52</w:t>
      </w:r>
    </w:p>
    <w:p>
      <w:pPr>
        <w:spacing w:after="60"/>
      </w:pPr>
      <w:r>
        <w:rPr>
          <w:b w:val="0"/>
          <w:i w:val="0"/>
          <w:smallCaps w:val="0"/>
          <w:strike w:val="0"/>
          <w:sz w:val="10"/>
          <w:u w:val="none"/>
        </w:rPr>
        <w:t>In sum, U.S. nuclear modernization is necessary for the continued effectiveness of the U.S. nuclear deterrent. Moreover, such measures are affordable and consistent with America’s longstanding disarmament goals.</w:t>
      </w:r>
    </w:p>
    <w:p>
      <w:pPr>
        <w:spacing w:after="60"/>
      </w:pPr>
      <w:r>
        <w:rPr>
          <w:b w:val="0"/>
          <w:i w:val="0"/>
          <w:smallCaps w:val="0"/>
          <w:strike w:val="0"/>
          <w:sz w:val="10"/>
          <w:u w:val="none"/>
        </w:rPr>
        <w:t>The threat posed by Russian, Chinese, and North Korean nuclear modernization</w:t>
      </w:r>
    </w:p>
    <w:p>
      <w:pPr>
        <w:spacing w:after="60"/>
      </w:pPr>
      <w:r>
        <w:rPr>
          <w:b w:val="0"/>
          <w:i w:val="0"/>
          <w:smallCaps w:val="0"/>
          <w:strike w:val="0"/>
          <w:sz w:val="10"/>
          <w:u w:val="none"/>
        </w:rPr>
        <w:t>Not all modernization programs are created equal. The effect of a state’s nuclear modernization on international security depends upon that state’s objectives and strategy, in accordance with its broader geopolitical disposition. Russia, China, and North Korea are revisionist states dissatisfied with the prevailing status quo. Their broader strategies seek to disrupt or displace the U.S.-led order, and thus their defense capabilities, including nuclear weapons, are oriented toward these destabilizing objectives. Nuclear modernization programs in Moscow, Beijing, and Pyongyang, therefore, tend to undermine international security and stability.</w:t>
      </w:r>
    </w:p>
    <w:p>
      <w:pPr>
        <w:spacing w:after="60"/>
      </w:pPr>
      <w:r>
        <w:rPr>
          <w:b w:val="0"/>
          <w:i w:val="0"/>
          <w:smallCaps w:val="0"/>
          <w:strike w:val="0"/>
          <w:sz w:val="16"/>
          <w:u w:val="none"/>
        </w:rPr>
        <w:t>Russia</w:t>
      </w:r>
    </w:p>
    <w:p>
      <w:pPr>
        <w:spacing w:after="60"/>
      </w:pPr>
      <w:r>
        <w:rPr>
          <w:b w:val="0"/>
          <w:i w:val="0"/>
          <w:smallCaps w:val="0"/>
          <w:strike w:val="0"/>
          <w:sz w:val="16"/>
          <w:u w:val="none"/>
        </w:rPr>
        <w:t xml:space="preserve">Russia seeks to disrupt the rules-based international order.53 Under President Putin, </w:t>
      </w:r>
      <w:r>
        <w:rPr>
          <w:b w:val="0"/>
          <w:i w:val="0"/>
          <w:smallCaps w:val="0"/>
          <w:strike w:val="0"/>
          <w:sz w:val="22"/>
          <w:u w:val="single"/>
        </w:rPr>
        <w:t>Russia</w:t>
      </w:r>
      <w:r>
        <w:rPr>
          <w:b w:val="0"/>
          <w:i w:val="0"/>
          <w:smallCaps w:val="0"/>
          <w:strike w:val="0"/>
          <w:sz w:val="16"/>
          <w:u w:val="none"/>
        </w:rPr>
        <w:t xml:space="preserve"> has </w:t>
      </w:r>
      <w:r>
        <w:rPr>
          <w:b w:val="0"/>
          <w:i w:val="0"/>
          <w:smallCaps w:val="0"/>
          <w:strike w:val="0"/>
          <w:sz w:val="22"/>
          <w:u w:val="single"/>
        </w:rPr>
        <w:t xml:space="preserve">sought to </w:t>
      </w:r>
      <w:r>
        <w:rPr>
          <w:b/>
          <w:i w:val="0"/>
          <w:smallCaps w:val="0"/>
          <w:strike w:val="0"/>
          <w:sz w:val="22"/>
          <w:u w:val="single"/>
        </w:rPr>
        <w:t>reassert</w:t>
      </w:r>
      <w:r>
        <w:rPr>
          <w:b w:val="0"/>
          <w:i w:val="0"/>
          <w:smallCaps w:val="0"/>
          <w:strike w:val="0"/>
          <w:sz w:val="22"/>
          <w:u w:val="single"/>
        </w:rPr>
        <w:t xml:space="preserve"> itself as a global </w:t>
      </w:r>
      <w:r>
        <w:rPr>
          <w:b/>
          <w:i w:val="0"/>
          <w:smallCaps w:val="0"/>
          <w:strike w:val="0"/>
          <w:sz w:val="22"/>
          <w:u w:val="single"/>
        </w:rPr>
        <w:t>great power</w:t>
      </w:r>
      <w:r>
        <w:rPr>
          <w:b w:val="0"/>
          <w:i w:val="0"/>
          <w:smallCaps w:val="0"/>
          <w:strike w:val="0"/>
          <w:sz w:val="16"/>
          <w:u w:val="none"/>
        </w:rPr>
        <w:t xml:space="preserve"> and to ensure that any major international security issue cannot be decided without Russia at the table. In addition, it </w:t>
      </w:r>
      <w:r>
        <w:rPr>
          <w:b w:val="0"/>
          <w:i w:val="0"/>
          <w:smallCaps w:val="0"/>
          <w:strike w:val="0"/>
          <w:sz w:val="22"/>
          <w:u w:val="single"/>
        </w:rPr>
        <w:t xml:space="preserve">seeks to </w:t>
      </w:r>
      <w:r>
        <w:rPr>
          <w:b/>
          <w:i w:val="0"/>
          <w:smallCaps w:val="0"/>
          <w:strike w:val="0"/>
          <w:sz w:val="22"/>
          <w:u w:val="single"/>
        </w:rPr>
        <w:t>carve out</w:t>
      </w:r>
      <w:r>
        <w:rPr>
          <w:b w:val="0"/>
          <w:i w:val="0"/>
          <w:smallCaps w:val="0"/>
          <w:strike w:val="0"/>
          <w:sz w:val="16"/>
          <w:u w:val="none"/>
        </w:rPr>
        <w:t xml:space="preserve"> a </w:t>
      </w:r>
      <w:r>
        <w:rPr>
          <w:b/>
          <w:i w:val="0"/>
          <w:smallCaps w:val="0"/>
          <w:strike w:val="0"/>
          <w:sz w:val="22"/>
          <w:u w:val="single"/>
        </w:rPr>
        <w:t>s</w:t>
      </w:r>
      <w:r>
        <w:rPr>
          <w:b w:val="0"/>
          <w:i w:val="0"/>
          <w:smallCaps w:val="0"/>
          <w:strike w:val="0"/>
          <w:sz w:val="16"/>
          <w:u w:val="none"/>
        </w:rPr>
        <w:t xml:space="preserve">phere </w:t>
      </w:r>
      <w:r>
        <w:rPr>
          <w:b/>
          <w:i w:val="0"/>
          <w:smallCaps w:val="0"/>
          <w:strike w:val="0"/>
          <w:sz w:val="22"/>
          <w:u w:val="single"/>
        </w:rPr>
        <w:t>o</w:t>
      </w:r>
      <w:r>
        <w:rPr>
          <w:b w:val="0"/>
          <w:i w:val="0"/>
          <w:smallCaps w:val="0"/>
          <w:strike w:val="0"/>
          <w:sz w:val="16"/>
          <w:u w:val="none"/>
        </w:rPr>
        <w:t xml:space="preserve">f </w:t>
      </w:r>
      <w:r>
        <w:rPr>
          <w:b/>
          <w:i w:val="0"/>
          <w:smallCaps w:val="0"/>
          <w:strike w:val="0"/>
          <w:sz w:val="22"/>
          <w:u w:val="single"/>
        </w:rPr>
        <w:t>i</w:t>
      </w:r>
      <w:r>
        <w:rPr>
          <w:b w:val="0"/>
          <w:i w:val="0"/>
          <w:smallCaps w:val="0"/>
          <w:strike w:val="0"/>
          <w:sz w:val="16"/>
          <w:u w:val="none"/>
        </w:rPr>
        <w:t xml:space="preserve">nfluence in Eastern Europe </w:t>
      </w:r>
      <w:r>
        <w:rPr>
          <w:b w:val="0"/>
          <w:i w:val="0"/>
          <w:smallCaps w:val="0"/>
          <w:strike w:val="0"/>
          <w:sz w:val="22"/>
          <w:u w:val="single"/>
        </w:rPr>
        <w:t xml:space="preserve">at the expense of the </w:t>
      </w:r>
      <w:r>
        <w:rPr>
          <w:b/>
          <w:i w:val="0"/>
          <w:smallCaps w:val="0"/>
          <w:strike w:val="0"/>
          <w:sz w:val="22"/>
          <w:u w:val="single"/>
        </w:rPr>
        <w:t>security</w:t>
      </w:r>
      <w:r>
        <w:rPr>
          <w:b w:val="0"/>
          <w:i w:val="0"/>
          <w:smallCaps w:val="0"/>
          <w:strike w:val="0"/>
          <w:sz w:val="22"/>
          <w:u w:val="single"/>
        </w:rPr>
        <w:t xml:space="preserve"> and </w:t>
      </w:r>
      <w:r>
        <w:rPr>
          <w:b/>
          <w:i w:val="0"/>
          <w:smallCaps w:val="0"/>
          <w:strike w:val="0"/>
          <w:sz w:val="22"/>
          <w:u w:val="single"/>
        </w:rPr>
        <w:t>sovereignty</w:t>
      </w:r>
      <w:r>
        <w:rPr>
          <w:b w:val="0"/>
          <w:i w:val="0"/>
          <w:smallCaps w:val="0"/>
          <w:strike w:val="0"/>
          <w:sz w:val="22"/>
          <w:u w:val="single"/>
        </w:rPr>
        <w:t xml:space="preserve"> of its neighbors</w:t>
      </w:r>
      <w:r>
        <w:rPr>
          <w:b w:val="0"/>
          <w:i w:val="0"/>
          <w:smallCaps w:val="0"/>
          <w:strike w:val="0"/>
          <w:sz w:val="16"/>
          <w:u w:val="none"/>
        </w:rPr>
        <w:t xml:space="preserve">. It views the spread of the U.S. alliance system and of democratic forms of government as a fundamental threat to the existence of its regime.54 Consequently, </w:t>
      </w:r>
      <w:r>
        <w:rPr>
          <w:b w:val="0"/>
          <w:i w:val="0"/>
          <w:smallCaps w:val="0"/>
          <w:strike w:val="0"/>
          <w:sz w:val="22"/>
          <w:u w:val="single"/>
        </w:rPr>
        <w:t xml:space="preserve">it seeks to exploit Western </w:t>
      </w:r>
      <w:r>
        <w:rPr>
          <w:b/>
          <w:i w:val="0"/>
          <w:smallCaps w:val="0"/>
          <w:strike w:val="0"/>
          <w:sz w:val="22"/>
          <w:u w:val="single"/>
        </w:rPr>
        <w:t>vulnerabilities</w:t>
      </w:r>
      <w:r>
        <w:rPr>
          <w:b w:val="0"/>
          <w:i w:val="0"/>
          <w:smallCaps w:val="0"/>
          <w:strike w:val="0"/>
          <w:sz w:val="16"/>
          <w:u w:val="none"/>
        </w:rPr>
        <w:t xml:space="preserve"> in order </w:t>
      </w:r>
      <w:r>
        <w:rPr>
          <w:b w:val="0"/>
          <w:i w:val="0"/>
          <w:smallCaps w:val="0"/>
          <w:strike w:val="0"/>
          <w:sz w:val="22"/>
          <w:u w:val="single"/>
        </w:rPr>
        <w:t xml:space="preserve">to </w:t>
      </w:r>
      <w:r>
        <w:rPr>
          <w:b/>
          <w:i w:val="0"/>
          <w:smallCaps w:val="0"/>
          <w:strike w:val="0"/>
          <w:sz w:val="22"/>
          <w:u w:val="single"/>
        </w:rPr>
        <w:t>divide</w:t>
      </w:r>
      <w:r>
        <w:rPr>
          <w:b w:val="0"/>
          <w:i w:val="0"/>
          <w:smallCaps w:val="0"/>
          <w:strike w:val="0"/>
          <w:sz w:val="22"/>
          <w:u w:val="single"/>
        </w:rPr>
        <w:t xml:space="preserve"> democratic nations</w:t>
      </w:r>
      <w:r>
        <w:rPr>
          <w:b w:val="0"/>
          <w:i w:val="0"/>
          <w:smallCaps w:val="0"/>
          <w:strike w:val="0"/>
          <w:sz w:val="16"/>
          <w:u w:val="none"/>
        </w:rPr>
        <w:t xml:space="preserve"> within themselves and against each other. To achieve these objectives, </w:t>
      </w:r>
      <w:r>
        <w:rPr>
          <w:b w:val="0"/>
          <w:i w:val="0"/>
          <w:smallCaps w:val="0"/>
          <w:strike w:val="0"/>
          <w:sz w:val="22"/>
          <w:u w:val="single"/>
        </w:rPr>
        <w:t>Russia</w:t>
      </w:r>
      <w:r>
        <w:rPr>
          <w:b w:val="0"/>
          <w:i w:val="0"/>
          <w:smallCaps w:val="0"/>
          <w:strike w:val="0"/>
          <w:sz w:val="22"/>
          <w:u w:val="single"/>
        </w:rPr>
        <w:t xml:space="preserve"> employs</w:t>
      </w:r>
      <w:r>
        <w:rPr>
          <w:b w:val="0"/>
          <w:i w:val="0"/>
          <w:smallCaps w:val="0"/>
          <w:strike w:val="0"/>
          <w:sz w:val="16"/>
          <w:u w:val="none"/>
        </w:rPr>
        <w:t xml:space="preserve"> a “</w:t>
      </w:r>
      <w:r>
        <w:rPr>
          <w:b/>
          <w:i w:val="0"/>
          <w:smallCaps w:val="0"/>
          <w:strike w:val="0"/>
          <w:sz w:val="22"/>
          <w:u w:val="single"/>
        </w:rPr>
        <w:t>hybrid</w:t>
      </w:r>
      <w:r>
        <w:rPr>
          <w:b w:val="0"/>
          <w:i w:val="0"/>
          <w:smallCaps w:val="0"/>
          <w:strike w:val="0"/>
          <w:sz w:val="16"/>
          <w:u w:val="none"/>
        </w:rPr>
        <w:t xml:space="preserve">” or “new-generation warfare” </w:t>
      </w:r>
      <w:r>
        <w:rPr>
          <w:b w:val="0"/>
          <w:i w:val="0"/>
          <w:smallCaps w:val="0"/>
          <w:strike w:val="0"/>
          <w:sz w:val="22"/>
          <w:u w:val="single"/>
        </w:rPr>
        <w:t>military strategy</w:t>
      </w:r>
      <w:r>
        <w:rPr>
          <w:b w:val="0"/>
          <w:i w:val="0"/>
          <w:smallCaps w:val="0"/>
          <w:strike w:val="0"/>
          <w:sz w:val="16"/>
          <w:u w:val="none"/>
        </w:rPr>
        <w:t xml:space="preserve"> that combines activities across the full spectrum of conflict, from information operations at the low end to nuclear coercion at the high end.55</w:t>
      </w:r>
    </w:p>
    <w:p>
      <w:pPr>
        <w:spacing w:after="60"/>
      </w:pPr>
      <w:r>
        <w:rPr>
          <w:b w:val="0"/>
          <w:i w:val="0"/>
          <w:smallCaps w:val="0"/>
          <w:strike w:val="0"/>
          <w:sz w:val="16"/>
          <w:u w:val="none"/>
        </w:rPr>
        <w:t xml:space="preserve">The </w:t>
      </w:r>
      <w:r>
        <w:rPr>
          <w:b/>
          <w:i w:val="0"/>
          <w:smallCaps w:val="0"/>
          <w:strike w:val="0"/>
          <w:sz w:val="22"/>
          <w:u w:val="single"/>
        </w:rPr>
        <w:t>nuclear</w:t>
      </w:r>
      <w:r>
        <w:rPr>
          <w:b w:val="0"/>
          <w:i w:val="0"/>
          <w:smallCaps w:val="0"/>
          <w:strike w:val="0"/>
          <w:sz w:val="22"/>
          <w:u w:val="single"/>
        </w:rPr>
        <w:t xml:space="preserve"> component</w:t>
      </w:r>
      <w:r>
        <w:rPr>
          <w:b w:val="0"/>
          <w:i w:val="0"/>
          <w:smallCaps w:val="0"/>
          <w:strike w:val="0"/>
          <w:sz w:val="16"/>
          <w:u w:val="none"/>
        </w:rPr>
        <w:t xml:space="preserve"> of this broader grand strategy is designed to deter NATO from intervening in Russia’s sphere of influence, </w:t>
      </w:r>
      <w:r>
        <w:rPr>
          <w:b w:val="0"/>
          <w:i w:val="0"/>
          <w:smallCaps w:val="0"/>
          <w:strike w:val="0"/>
          <w:sz w:val="22"/>
          <w:u w:val="single"/>
        </w:rPr>
        <w:t xml:space="preserve">to </w:t>
      </w:r>
      <w:r>
        <w:rPr>
          <w:b/>
          <w:i w:val="0"/>
          <w:smallCaps w:val="0"/>
          <w:strike w:val="0"/>
          <w:sz w:val="22"/>
          <w:u w:val="single"/>
        </w:rPr>
        <w:t>coerce</w:t>
      </w:r>
      <w:r>
        <w:rPr>
          <w:b w:val="0"/>
          <w:i w:val="0"/>
          <w:smallCaps w:val="0"/>
          <w:strike w:val="0"/>
          <w:sz w:val="16"/>
          <w:u w:val="none"/>
        </w:rPr>
        <w:t xml:space="preserve"> neighboring </w:t>
      </w:r>
      <w:r>
        <w:rPr>
          <w:b w:val="0"/>
          <w:i w:val="0"/>
          <w:smallCaps w:val="0"/>
          <w:strike w:val="0"/>
          <w:sz w:val="22"/>
          <w:u w:val="single"/>
        </w:rPr>
        <w:t xml:space="preserve">states, and to </w:t>
      </w:r>
      <w:r>
        <w:rPr>
          <w:b/>
          <w:i w:val="0"/>
          <w:smallCaps w:val="0"/>
          <w:strike w:val="0"/>
          <w:sz w:val="22"/>
          <w:u w:val="single"/>
        </w:rPr>
        <w:t>divide</w:t>
      </w:r>
      <w:r>
        <w:rPr>
          <w:b w:val="0"/>
          <w:i w:val="0"/>
          <w:smallCaps w:val="0"/>
          <w:strike w:val="0"/>
          <w:sz w:val="22"/>
          <w:u w:val="single"/>
        </w:rPr>
        <w:t xml:space="preserve"> NATO</w:t>
      </w:r>
      <w:r>
        <w:rPr>
          <w:b w:val="0"/>
          <w:i w:val="0"/>
          <w:smallCaps w:val="0"/>
          <w:strike w:val="0"/>
          <w:sz w:val="22"/>
          <w:u w:val="single"/>
        </w:rPr>
        <w:t xml:space="preserve"> allies against each other</w:t>
      </w:r>
      <w:r>
        <w:rPr>
          <w:b w:val="0"/>
          <w:i w:val="0"/>
          <w:smallCaps w:val="0"/>
          <w:strike w:val="0"/>
          <w:sz w:val="16"/>
          <w:u w:val="none"/>
        </w:rPr>
        <w:t xml:space="preserve">.56 In recent years, </w:t>
      </w:r>
      <w:r>
        <w:rPr>
          <w:b w:val="0"/>
          <w:i w:val="0"/>
          <w:smallCaps w:val="0"/>
          <w:strike w:val="0"/>
          <w:sz w:val="22"/>
          <w:u w:val="single"/>
        </w:rPr>
        <w:t xml:space="preserve">Russia has increased </w:t>
      </w:r>
      <w:r>
        <w:rPr>
          <w:b/>
          <w:i w:val="0"/>
          <w:smallCaps w:val="0"/>
          <w:strike w:val="0"/>
          <w:sz w:val="22"/>
          <w:u w:val="single"/>
        </w:rPr>
        <w:t>reliance</w:t>
      </w:r>
      <w:r>
        <w:rPr>
          <w:b w:val="0"/>
          <w:i w:val="0"/>
          <w:smallCaps w:val="0"/>
          <w:strike w:val="0"/>
          <w:sz w:val="22"/>
          <w:u w:val="single"/>
        </w:rPr>
        <w:t xml:space="preserve"> on nuclear weapons</w:t>
      </w:r>
      <w:r>
        <w:rPr>
          <w:b w:val="0"/>
          <w:i w:val="0"/>
          <w:smallCaps w:val="0"/>
          <w:strike w:val="0"/>
          <w:sz w:val="16"/>
          <w:u w:val="none"/>
        </w:rPr>
        <w:t xml:space="preserve"> in its strategy.57 </w:t>
      </w:r>
      <w:r>
        <w:rPr>
          <w:b w:val="0"/>
          <w:i w:val="0"/>
          <w:smallCaps w:val="0"/>
          <w:strike w:val="0"/>
          <w:sz w:val="22"/>
          <w:u w:val="single"/>
        </w:rPr>
        <w:t>Russia</w:t>
      </w:r>
      <w:r>
        <w:rPr>
          <w:b w:val="0"/>
          <w:i w:val="0"/>
          <w:smallCaps w:val="0"/>
          <w:strike w:val="0"/>
          <w:sz w:val="16"/>
          <w:u w:val="none"/>
        </w:rPr>
        <w:t xml:space="preserve">n leaders have </w:t>
      </w:r>
      <w:r>
        <w:rPr>
          <w:b w:val="0"/>
          <w:i w:val="0"/>
          <w:smallCaps w:val="0"/>
          <w:strike w:val="0"/>
          <w:sz w:val="22"/>
          <w:u w:val="single"/>
        </w:rPr>
        <w:t>made</w:t>
      </w:r>
      <w:r>
        <w:rPr>
          <w:b w:val="0"/>
          <w:i w:val="0"/>
          <w:smallCaps w:val="0"/>
          <w:strike w:val="0"/>
          <w:sz w:val="16"/>
          <w:u w:val="none"/>
        </w:rPr>
        <w:t xml:space="preserve"> </w:t>
      </w:r>
      <w:r>
        <w:rPr>
          <w:b/>
          <w:i w:val="0"/>
          <w:smallCaps w:val="0"/>
          <w:strike w:val="0"/>
          <w:sz w:val="22"/>
          <w:u w:val="single"/>
        </w:rPr>
        <w:t>explicit</w:t>
      </w:r>
      <w:r>
        <w:rPr>
          <w:b w:val="0"/>
          <w:i w:val="0"/>
          <w:smallCaps w:val="0"/>
          <w:strike w:val="0"/>
          <w:sz w:val="22"/>
          <w:u w:val="single"/>
        </w:rPr>
        <w:t xml:space="preserve"> nuclear threats and have </w:t>
      </w:r>
      <w:r>
        <w:rPr>
          <w:b/>
          <w:i w:val="0"/>
          <w:smallCaps w:val="0"/>
          <w:strike w:val="0"/>
          <w:sz w:val="22"/>
          <w:u w:val="single"/>
        </w:rPr>
        <w:t>postured</w:t>
      </w:r>
      <w:r>
        <w:rPr>
          <w:b w:val="0"/>
          <w:i w:val="0"/>
          <w:smallCaps w:val="0"/>
          <w:strike w:val="0"/>
          <w:sz w:val="16"/>
          <w:u w:val="none"/>
        </w:rPr>
        <w:t xml:space="preserve"> and exercised </w:t>
      </w:r>
      <w:r>
        <w:rPr>
          <w:b w:val="0"/>
          <w:i w:val="0"/>
          <w:smallCaps w:val="0"/>
          <w:strike w:val="0"/>
          <w:sz w:val="22"/>
          <w:u w:val="single"/>
        </w:rPr>
        <w:t>nuclear forces</w:t>
      </w:r>
      <w:r>
        <w:rPr>
          <w:b w:val="0"/>
          <w:i w:val="0"/>
          <w:smallCaps w:val="0"/>
          <w:strike w:val="0"/>
          <w:sz w:val="16"/>
          <w:u w:val="none"/>
        </w:rPr>
        <w:t xml:space="preserve"> in ways we have not seen since the Cold War. During the Russian invasion of Ukraine, for example, Russian President Vladimir Putin said that “</w:t>
      </w:r>
      <w:r>
        <w:rPr>
          <w:b w:val="0"/>
          <w:i w:val="0"/>
          <w:smallCaps w:val="0"/>
          <w:strike w:val="0"/>
          <w:sz w:val="22"/>
          <w:highlight w:val="cyan"/>
          <w:u w:val="single"/>
        </w:rPr>
        <w:t>Russia</w:t>
      </w:r>
      <w:r>
        <w:rPr>
          <w:b w:val="0"/>
          <w:i w:val="0"/>
          <w:smallCaps w:val="0"/>
          <w:strike w:val="0"/>
          <w:sz w:val="22"/>
          <w:u w:val="single"/>
        </w:rPr>
        <w:t xml:space="preserve"> is one of the </w:t>
      </w:r>
      <w:r>
        <w:rPr>
          <w:b/>
          <w:i w:val="0"/>
          <w:smallCaps w:val="0"/>
          <w:strike w:val="0"/>
          <w:sz w:val="22"/>
          <w:u w:val="single"/>
        </w:rPr>
        <w:t>leading</w:t>
      </w:r>
      <w:r>
        <w:rPr>
          <w:b w:val="0"/>
          <w:i w:val="0"/>
          <w:smallCaps w:val="0"/>
          <w:strike w:val="0"/>
          <w:sz w:val="22"/>
          <w:u w:val="single"/>
        </w:rPr>
        <w:t xml:space="preserve"> nuclear powers</w:t>
      </w:r>
      <w:r>
        <w:rPr>
          <w:b w:val="0"/>
          <w:i w:val="0"/>
          <w:smallCaps w:val="0"/>
          <w:strike w:val="0"/>
          <w:sz w:val="16"/>
          <w:u w:val="none"/>
        </w:rPr>
        <w:t xml:space="preserve">,” and that “it is best not to mess with us.”58 He also </w:t>
      </w:r>
      <w:r>
        <w:rPr>
          <w:b w:val="0"/>
          <w:i w:val="0"/>
          <w:smallCaps w:val="0"/>
          <w:strike w:val="0"/>
          <w:sz w:val="22"/>
          <w:highlight w:val="cyan"/>
          <w:u w:val="single"/>
        </w:rPr>
        <w:t>put</w:t>
      </w:r>
      <w:r>
        <w:rPr>
          <w:b w:val="0"/>
          <w:i w:val="0"/>
          <w:smallCaps w:val="0"/>
          <w:strike w:val="0"/>
          <w:sz w:val="16"/>
          <w:highlight w:val="cyan"/>
          <w:u w:val="none"/>
        </w:rPr>
        <w:t xml:space="preserve"> </w:t>
      </w:r>
      <w:r>
        <w:rPr>
          <w:b/>
          <w:i w:val="0"/>
          <w:smallCaps w:val="0"/>
          <w:strike w:val="0"/>
          <w:sz w:val="22"/>
          <w:highlight w:val="cyan"/>
          <w:u w:val="single"/>
        </w:rPr>
        <w:t>nuc</w:t>
      </w:r>
      <w:r>
        <w:rPr>
          <w:b/>
          <w:i w:val="0"/>
          <w:smallCaps w:val="0"/>
          <w:strike w:val="0"/>
          <w:sz w:val="22"/>
          <w:u w:val="single"/>
        </w:rPr>
        <w:t>l</w:t>
      </w:r>
      <w:r>
        <w:rPr>
          <w:b/>
          <w:i w:val="0"/>
          <w:smallCaps w:val="0"/>
          <w:strike w:val="0"/>
          <w:sz w:val="22"/>
          <w:u w:val="single"/>
        </w:rPr>
        <w:t>ear weapon</w:t>
      </w:r>
      <w:r>
        <w:rPr>
          <w:b/>
          <w:i w:val="0"/>
          <w:smallCaps w:val="0"/>
          <w:strike w:val="0"/>
          <w:sz w:val="22"/>
          <w:highlight w:val="cyan"/>
          <w:u w:val="single"/>
        </w:rPr>
        <w:t>s</w:t>
      </w:r>
      <w:r>
        <w:rPr>
          <w:b w:val="0"/>
          <w:i w:val="0"/>
          <w:smallCaps w:val="0"/>
          <w:strike w:val="0"/>
          <w:sz w:val="22"/>
          <w:highlight w:val="cyan"/>
          <w:u w:val="single"/>
        </w:rPr>
        <w:t xml:space="preserve"> on </w:t>
      </w:r>
      <w:r>
        <w:rPr>
          <w:b/>
          <w:i w:val="0"/>
          <w:smallCaps w:val="0"/>
          <w:strike w:val="0"/>
          <w:sz w:val="22"/>
          <w:highlight w:val="cyan"/>
          <w:u w:val="single"/>
        </w:rPr>
        <w:t>alert</w:t>
      </w:r>
      <w:r>
        <w:rPr>
          <w:b w:val="0"/>
          <w:i w:val="0"/>
          <w:smallCaps w:val="0"/>
          <w:strike w:val="0"/>
          <w:sz w:val="16"/>
          <w:u w:val="none"/>
        </w:rPr>
        <w:t xml:space="preserve"> and moved them into Kaliningrad and Crimea. The message was clear: if the West interferes with Russia’s attempts to use force against its neighbors, the r</w:t>
      </w:r>
      <w:r>
        <w:rPr>
          <w:b w:val="0"/>
          <w:i w:val="0"/>
          <w:smallCaps w:val="0"/>
          <w:strike w:val="0"/>
          <w:sz w:val="22"/>
          <w:u w:val="single"/>
        </w:rPr>
        <w:t xml:space="preserve">esult could be </w:t>
      </w:r>
      <w:r>
        <w:rPr>
          <w:b/>
          <w:i w:val="0"/>
          <w:smallCaps w:val="0"/>
          <w:strike w:val="0"/>
          <w:sz w:val="22"/>
          <w:u w:val="single"/>
        </w:rPr>
        <w:t>nuc</w:t>
      </w:r>
      <w:r>
        <w:rPr>
          <w:b w:val="0"/>
          <w:i w:val="0"/>
          <w:smallCaps w:val="0"/>
          <w:strike w:val="0"/>
          <w:sz w:val="22"/>
          <w:u w:val="single"/>
        </w:rPr>
        <w:t xml:space="preserve">lear </w:t>
      </w:r>
      <w:r>
        <w:rPr>
          <w:b/>
          <w:i w:val="0"/>
          <w:smallCaps w:val="0"/>
          <w:strike w:val="0"/>
          <w:sz w:val="22"/>
          <w:u w:val="single"/>
        </w:rPr>
        <w:t>catastrophe</w:t>
      </w:r>
      <w:r>
        <w:rPr>
          <w:b w:val="0"/>
          <w:i w:val="0"/>
          <w:smallCaps w:val="0"/>
          <w:strike w:val="0"/>
          <w:sz w:val="16"/>
          <w:u w:val="none"/>
        </w:rPr>
        <w:t>.</w:t>
      </w:r>
    </w:p>
    <w:p>
      <w:pPr>
        <w:spacing w:after="60"/>
      </w:pPr>
      <w:r>
        <w:rPr>
          <w:b w:val="0"/>
          <w:i w:val="0"/>
          <w:smallCaps w:val="0"/>
          <w:strike w:val="0"/>
          <w:sz w:val="16"/>
          <w:u w:val="none"/>
        </w:rPr>
        <w:t>The most dangerous component of Russian nuclear strategy is the so-called “</w:t>
      </w:r>
      <w:r>
        <w:rPr>
          <w:b/>
          <w:i w:val="0"/>
          <w:smallCaps w:val="0"/>
          <w:strike w:val="0"/>
          <w:sz w:val="22"/>
          <w:highlight w:val="cyan"/>
          <w:u w:val="single"/>
        </w:rPr>
        <w:t>escalate</w:t>
      </w:r>
      <w:r>
        <w:rPr>
          <w:b w:val="0"/>
          <w:i w:val="0"/>
          <w:smallCaps w:val="0"/>
          <w:strike w:val="0"/>
          <w:sz w:val="22"/>
          <w:highlight w:val="cyan"/>
          <w:u w:val="single"/>
        </w:rPr>
        <w:t>-to-de-escalate</w:t>
      </w:r>
      <w:r>
        <w:rPr>
          <w:b w:val="0"/>
          <w:i w:val="0"/>
          <w:smallCaps w:val="0"/>
          <w:strike w:val="0"/>
          <w:sz w:val="16"/>
          <w:u w:val="none"/>
        </w:rPr>
        <w:t xml:space="preserve">” </w:t>
      </w:r>
      <w:r>
        <w:rPr>
          <w:b w:val="0"/>
          <w:i w:val="0"/>
          <w:smallCaps w:val="0"/>
          <w:strike w:val="0"/>
          <w:sz w:val="22"/>
          <w:u w:val="single"/>
        </w:rPr>
        <w:t>doctrine</w:t>
      </w:r>
      <w:r>
        <w:rPr>
          <w:b w:val="0"/>
          <w:i w:val="0"/>
          <w:smallCaps w:val="0"/>
          <w:strike w:val="0"/>
          <w:sz w:val="16"/>
          <w:u w:val="none"/>
        </w:rPr>
        <w:t xml:space="preserve">.59 This is simply the idea, widely acknowledged by Russian experts, that Russia will </w:t>
      </w:r>
      <w:r>
        <w:rPr>
          <w:b w:val="0"/>
          <w:i w:val="0"/>
          <w:smallCaps w:val="0"/>
          <w:strike w:val="0"/>
          <w:sz w:val="22"/>
          <w:u w:val="single"/>
        </w:rPr>
        <w:t xml:space="preserve">rely on </w:t>
      </w:r>
      <w:r>
        <w:rPr>
          <w:b/>
          <w:i w:val="0"/>
          <w:smallCaps w:val="0"/>
          <w:strike w:val="0"/>
          <w:sz w:val="22"/>
          <w:u w:val="single"/>
        </w:rPr>
        <w:t>nuclear weapons</w:t>
      </w:r>
      <w:r>
        <w:rPr>
          <w:b w:val="0"/>
          <w:i w:val="0"/>
          <w:smallCaps w:val="0"/>
          <w:strike w:val="0"/>
          <w:sz w:val="16"/>
          <w:u w:val="none"/>
        </w:rPr>
        <w:t xml:space="preserve">, including </w:t>
      </w:r>
      <w:r>
        <w:rPr>
          <w:b/>
          <w:i w:val="0"/>
          <w:smallCaps w:val="0"/>
          <w:strike w:val="0"/>
          <w:sz w:val="22"/>
          <w:u w:val="single"/>
        </w:rPr>
        <w:t>limited</w:t>
      </w:r>
      <w:r>
        <w:rPr>
          <w:b w:val="0"/>
          <w:i w:val="0"/>
          <w:smallCaps w:val="0"/>
          <w:strike w:val="0"/>
          <w:sz w:val="22"/>
          <w:u w:val="single"/>
        </w:rPr>
        <w:t xml:space="preserve"> nuclear strikes</w:t>
      </w:r>
      <w:r>
        <w:rPr>
          <w:b w:val="0"/>
          <w:i w:val="0"/>
          <w:smallCaps w:val="0"/>
          <w:strike w:val="0"/>
          <w:sz w:val="16"/>
          <w:u w:val="none"/>
        </w:rPr>
        <w:t xml:space="preserve">, to offset the conventional superiority of the United States and NATO. This strategy sounds reasonable enough if it were only a defensive strategy to defend the Russian homeland from invasion. The concern is that, like in Ukraine, it will be used as a nuclear backstop to bolster future conventional aggression. </w:t>
      </w:r>
      <w:r>
        <w:rPr>
          <w:b w:val="0"/>
          <w:i w:val="0"/>
          <w:smallCaps w:val="0"/>
          <w:strike w:val="0"/>
          <w:sz w:val="22"/>
          <w:u w:val="single"/>
        </w:rPr>
        <w:t xml:space="preserve">Russia </w:t>
      </w:r>
      <w:r>
        <w:rPr>
          <w:b w:val="0"/>
          <w:i w:val="0"/>
          <w:smallCaps w:val="0"/>
          <w:strike w:val="0"/>
          <w:sz w:val="22"/>
          <w:highlight w:val="cyan"/>
          <w:u w:val="single"/>
        </w:rPr>
        <w:t xml:space="preserve">could </w:t>
      </w:r>
      <w:r>
        <w:rPr>
          <w:b/>
          <w:i w:val="0"/>
          <w:smallCaps w:val="0"/>
          <w:strike w:val="0"/>
          <w:sz w:val="22"/>
          <w:highlight w:val="cyan"/>
          <w:u w:val="single"/>
        </w:rPr>
        <w:t>invade</w:t>
      </w:r>
      <w:r>
        <w:rPr>
          <w:b w:val="0"/>
          <w:i w:val="0"/>
          <w:smallCaps w:val="0"/>
          <w:strike w:val="0"/>
          <w:sz w:val="16"/>
          <w:u w:val="none"/>
        </w:rPr>
        <w:t xml:space="preserve"> a </w:t>
      </w:r>
      <w:r>
        <w:rPr>
          <w:b w:val="0"/>
          <w:i w:val="0"/>
          <w:smallCaps w:val="0"/>
          <w:strike w:val="0"/>
          <w:sz w:val="22"/>
          <w:highlight w:val="cyan"/>
          <w:u w:val="single"/>
        </w:rPr>
        <w:t>NATO</w:t>
      </w:r>
      <w:r>
        <w:rPr>
          <w:b w:val="0"/>
          <w:i w:val="0"/>
          <w:smallCaps w:val="0"/>
          <w:strike w:val="0"/>
          <w:sz w:val="16"/>
          <w:u w:val="none"/>
        </w:rPr>
        <w:t xml:space="preserve"> member </w:t>
      </w:r>
      <w:r>
        <w:rPr>
          <w:b w:val="0"/>
          <w:i w:val="0"/>
          <w:smallCaps w:val="0"/>
          <w:strike w:val="0"/>
          <w:sz w:val="22"/>
          <w:u w:val="single"/>
        </w:rPr>
        <w:t xml:space="preserve">and then use threats of early </w:t>
      </w:r>
      <w:r>
        <w:rPr>
          <w:b/>
          <w:i w:val="0"/>
          <w:smallCaps w:val="0"/>
          <w:strike w:val="0"/>
          <w:sz w:val="22"/>
          <w:u w:val="single"/>
        </w:rPr>
        <w:t>nuclear escalation</w:t>
      </w:r>
      <w:r>
        <w:rPr>
          <w:b w:val="0"/>
          <w:i w:val="0"/>
          <w:smallCaps w:val="0"/>
          <w:strike w:val="0"/>
          <w:sz w:val="22"/>
          <w:u w:val="single"/>
        </w:rPr>
        <w:t xml:space="preserve"> to deter</w:t>
      </w:r>
      <w:r>
        <w:rPr>
          <w:b w:val="0"/>
          <w:i w:val="0"/>
          <w:smallCaps w:val="0"/>
          <w:strike w:val="0"/>
          <w:sz w:val="16"/>
          <w:u w:val="none"/>
        </w:rPr>
        <w:t xml:space="preserve"> a unified </w:t>
      </w:r>
      <w:r>
        <w:rPr>
          <w:b w:val="0"/>
          <w:i w:val="0"/>
          <w:smallCaps w:val="0"/>
          <w:strike w:val="0"/>
          <w:sz w:val="22"/>
          <w:u w:val="single"/>
        </w:rPr>
        <w:t>NATO</w:t>
      </w:r>
      <w:r>
        <w:rPr>
          <w:b w:val="0"/>
          <w:i w:val="0"/>
          <w:smallCaps w:val="0"/>
          <w:strike w:val="0"/>
          <w:sz w:val="16"/>
          <w:u w:val="none"/>
        </w:rPr>
        <w:t xml:space="preserve"> response. Short of invasion, it can continue to use the threat for quotidian nuclear coercion of NATO members over foreign policy decisions of which it disapproves, such as regional states hosting NATO military capabilities.</w:t>
      </w:r>
    </w:p>
    <w:p>
      <w:pPr>
        <w:spacing w:after="60"/>
      </w:pPr>
      <w:r>
        <w:rPr>
          <w:b w:val="0"/>
          <w:i w:val="0"/>
          <w:smallCaps w:val="0"/>
          <w:strike w:val="0"/>
          <w:sz w:val="16"/>
          <w:u w:val="none"/>
        </w:rPr>
        <w:t>To support this strategy, Russia is modernizing its nuclear arsenal. It is currently finishing a modernization cycle of its strategic nuclear forces. The Kremlin is building a new generation of non-strategic nuclear weapons, expanding its asymmetric advantages over NATO in this space, and giving credibility to its “escalate-to-de-escalate” approach.60 Finally, it is developing exotic nuclear weapons, in</w:t>
      </w:r>
      <w:r>
        <w:rPr>
          <w:b w:val="0"/>
          <w:i w:val="0"/>
          <w:smallCaps w:val="0"/>
          <w:strike w:val="0"/>
          <w:sz w:val="16"/>
          <w:u w:val="none"/>
        </w:rPr>
        <w:t xml:space="preserve">cluding nuclear-armed hypersonic glide vehicles, nuclear-powered nuclear cruise missiles, and nuclear-armed submarine drones.61 The latter is designed as a system of pure terror to hold at risk Western port cities with the threat of a stealthy, large-yield, and highly radioactive strategic attack. These weapons contribute to Russia’s strategic goals of weakening and terrorizing the free world and, as such, they undermine global security and stability. </w:t>
      </w:r>
    </w:p>
    <w:p>
      <w:pPr>
        <w:spacing w:after="60"/>
      </w:pPr>
      <w:r>
        <w:rPr>
          <w:b w:val="0"/>
          <w:i w:val="0"/>
          <w:smallCaps w:val="0"/>
          <w:strike w:val="0"/>
          <w:sz w:val="16"/>
          <w:u w:val="none"/>
        </w:rPr>
        <w:t>China</w:t>
      </w:r>
    </w:p>
    <w:p>
      <w:pPr>
        <w:spacing w:after="60"/>
      </w:pPr>
      <w:r>
        <w:rPr>
          <w:b w:val="0"/>
          <w:i w:val="0"/>
          <w:smallCaps w:val="0"/>
          <w:strike w:val="0"/>
          <w:sz w:val="16"/>
          <w:u w:val="none"/>
        </w:rPr>
        <w:t xml:space="preserve">While Russia is the more dangerous near-term threat, China is the greater threat to the global order over the long term. </w:t>
      </w:r>
      <w:r>
        <w:rPr>
          <w:b w:val="0"/>
          <w:i w:val="0"/>
          <w:smallCaps w:val="0"/>
          <w:strike w:val="0"/>
          <w:sz w:val="22"/>
          <w:u w:val="single"/>
        </w:rPr>
        <w:t xml:space="preserve">Russia can only </w:t>
      </w:r>
      <w:r>
        <w:rPr>
          <w:b/>
          <w:i w:val="0"/>
          <w:smallCaps w:val="0"/>
          <w:strike w:val="0"/>
          <w:sz w:val="22"/>
          <w:u w:val="single"/>
        </w:rPr>
        <w:t>disrupt</w:t>
      </w:r>
      <w:r>
        <w:rPr>
          <w:b w:val="0"/>
          <w:i w:val="0"/>
          <w:smallCaps w:val="0"/>
          <w:strike w:val="0"/>
          <w:sz w:val="16"/>
          <w:u w:val="none"/>
        </w:rPr>
        <w:t xml:space="preserve"> the </w:t>
      </w:r>
      <w:r>
        <w:rPr>
          <w:b w:val="0"/>
          <w:i w:val="0"/>
          <w:smallCaps w:val="0"/>
          <w:strike w:val="0"/>
          <w:sz w:val="22"/>
          <w:u w:val="single"/>
        </w:rPr>
        <w:t>rules-based order</w:t>
      </w:r>
      <w:r>
        <w:rPr>
          <w:b w:val="0"/>
          <w:i w:val="0"/>
          <w:smallCaps w:val="0"/>
          <w:strike w:val="0"/>
          <w:sz w:val="16"/>
          <w:u w:val="none"/>
        </w:rPr>
        <w:t xml:space="preserve">, but </w:t>
      </w:r>
      <w:r>
        <w:rPr>
          <w:b w:val="0"/>
          <w:i w:val="0"/>
          <w:smallCaps w:val="0"/>
          <w:strike w:val="0"/>
          <w:sz w:val="22"/>
          <w:u w:val="single"/>
        </w:rPr>
        <w:t>China</w:t>
      </w:r>
      <w:r>
        <w:rPr>
          <w:b w:val="0"/>
          <w:i w:val="0"/>
          <w:smallCaps w:val="0"/>
          <w:strike w:val="0"/>
          <w:sz w:val="16"/>
          <w:u w:val="none"/>
        </w:rPr>
        <w:t xml:space="preserve"> may seek to </w:t>
      </w:r>
      <w:r>
        <w:rPr>
          <w:b/>
          <w:i w:val="0"/>
          <w:smallCaps w:val="0"/>
          <w:strike w:val="0"/>
          <w:sz w:val="22"/>
          <w:u w:val="single"/>
        </w:rPr>
        <w:t>displace</w:t>
      </w:r>
      <w:r>
        <w:rPr>
          <w:b w:val="0"/>
          <w:i w:val="0"/>
          <w:smallCaps w:val="0"/>
          <w:strike w:val="0"/>
          <w:sz w:val="16"/>
          <w:u w:val="none"/>
        </w:rPr>
        <w:t xml:space="preserve"> </w:t>
      </w:r>
      <w:r>
        <w:rPr>
          <w:b w:val="0"/>
          <w:i w:val="0"/>
          <w:smallCaps w:val="0"/>
          <w:strike w:val="0"/>
          <w:sz w:val="22"/>
          <w:u w:val="single"/>
        </w:rPr>
        <w:t>it. China endeavors to</w:t>
      </w:r>
      <w:r>
        <w:rPr>
          <w:b w:val="0"/>
          <w:i w:val="0"/>
          <w:smallCaps w:val="0"/>
          <w:strike w:val="0"/>
          <w:sz w:val="16"/>
          <w:u w:val="none"/>
        </w:rPr>
        <w:t xml:space="preserve"> gradually </w:t>
      </w:r>
      <w:r>
        <w:rPr>
          <w:b/>
          <w:i w:val="0"/>
          <w:smallCaps w:val="0"/>
          <w:strike w:val="0"/>
          <w:sz w:val="22"/>
          <w:u w:val="single"/>
        </w:rPr>
        <w:t>replace</w:t>
      </w:r>
      <w:r>
        <w:rPr>
          <w:b w:val="0"/>
          <w:i w:val="0"/>
          <w:smallCaps w:val="0"/>
          <w:strike w:val="0"/>
          <w:sz w:val="22"/>
          <w:u w:val="single"/>
        </w:rPr>
        <w:t xml:space="preserve">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as the global hegemon by 2049.62 The effort begins regionally in Asia where Beijing seeks to expel the United States as a regional power and establish itself as the region’s hegemon. Globally, </w:t>
      </w:r>
      <w:r>
        <w:rPr>
          <w:b w:val="0"/>
          <w:i w:val="0"/>
          <w:smallCaps w:val="0"/>
          <w:strike w:val="0"/>
          <w:sz w:val="22"/>
          <w:highlight w:val="cyan"/>
          <w:u w:val="single"/>
        </w:rPr>
        <w:t>China</w:t>
      </w:r>
      <w:r>
        <w:rPr>
          <w:b w:val="0"/>
          <w:i w:val="0"/>
          <w:smallCaps w:val="0"/>
          <w:strike w:val="0"/>
          <w:sz w:val="16"/>
          <w:u w:val="none"/>
        </w:rPr>
        <w:t xml:space="preserve"> is </w:t>
      </w:r>
      <w:r>
        <w:rPr>
          <w:b/>
          <w:i w:val="0"/>
          <w:smallCaps w:val="0"/>
          <w:strike w:val="0"/>
          <w:sz w:val="22"/>
          <w:highlight w:val="cyan"/>
          <w:u w:val="single"/>
        </w:rPr>
        <w:t>expanding</w:t>
      </w:r>
      <w:r>
        <w:rPr>
          <w:b w:val="0"/>
          <w:i w:val="0"/>
          <w:smallCaps w:val="0"/>
          <w:strike w:val="0"/>
          <w:sz w:val="16"/>
          <w:u w:val="none"/>
        </w:rPr>
        <w:t xml:space="preserve"> its political and economic influence in every region of the world through its Belt and Road Initiative (</w:t>
      </w:r>
      <w:r>
        <w:rPr>
          <w:b/>
          <w:i w:val="0"/>
          <w:smallCaps w:val="0"/>
          <w:strike w:val="0"/>
          <w:sz w:val="22"/>
          <w:highlight w:val="cyan"/>
          <w:u w:val="single"/>
        </w:rPr>
        <w:t>BRI</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highlight w:val="cyan"/>
          <w:u w:val="single"/>
        </w:rPr>
        <w:t>Made in China</w:t>
      </w:r>
      <w:r>
        <w:rPr>
          <w:b w:val="0"/>
          <w:i w:val="0"/>
          <w:smallCaps w:val="0"/>
          <w:strike w:val="0"/>
          <w:sz w:val="22"/>
          <w:u w:val="single"/>
        </w:rPr>
        <w:t xml:space="preserve"> 2025</w:t>
      </w:r>
      <w:r>
        <w:rPr>
          <w:b w:val="0"/>
          <w:i w:val="0"/>
          <w:smallCaps w:val="0"/>
          <w:strike w:val="0"/>
          <w:sz w:val="16"/>
          <w:u w:val="none"/>
        </w:rPr>
        <w:t xml:space="preserve"> plans.63 Its state-led capitalist approach seeks to </w:t>
      </w:r>
      <w:r>
        <w:rPr>
          <w:b/>
          <w:i w:val="0"/>
          <w:smallCaps w:val="0"/>
          <w:strike w:val="0"/>
          <w:sz w:val="22"/>
          <w:u w:val="single"/>
        </w:rPr>
        <w:t>prey</w:t>
      </w:r>
      <w:r>
        <w:rPr>
          <w:b w:val="0"/>
          <w:i w:val="0"/>
          <w:smallCaps w:val="0"/>
          <w:strike w:val="0"/>
          <w:sz w:val="22"/>
          <w:u w:val="single"/>
        </w:rPr>
        <w:t xml:space="preserve"> on the rules-based </w:t>
      </w:r>
      <w:r>
        <w:rPr>
          <w:b/>
          <w:i w:val="0"/>
          <w:smallCaps w:val="0"/>
          <w:strike w:val="0"/>
          <w:sz w:val="22"/>
          <w:u w:val="single"/>
        </w:rPr>
        <w:t>economic order</w:t>
      </w:r>
      <w:r>
        <w:rPr>
          <w:b w:val="0"/>
          <w:i w:val="0"/>
          <w:smallCaps w:val="0"/>
          <w:strike w:val="0"/>
          <w:sz w:val="16"/>
          <w:u w:val="none"/>
        </w:rPr>
        <w:t xml:space="preserve"> </w:t>
      </w:r>
      <w:r>
        <w:rPr>
          <w:b w:val="0"/>
          <w:i w:val="0"/>
          <w:smallCaps w:val="0"/>
          <w:strike w:val="0"/>
          <w:sz w:val="22"/>
          <w:u w:val="single"/>
        </w:rPr>
        <w:t>at the expense of</w:t>
      </w:r>
      <w:r>
        <w:rPr>
          <w:b w:val="0"/>
          <w:i w:val="0"/>
          <w:smallCaps w:val="0"/>
          <w:strike w:val="0"/>
          <w:sz w:val="16"/>
          <w:u w:val="none"/>
        </w:rPr>
        <w:t xml:space="preserve"> open market </w:t>
      </w:r>
      <w:r>
        <w:rPr>
          <w:b/>
          <w:i w:val="0"/>
          <w:smallCaps w:val="0"/>
          <w:strike w:val="0"/>
          <w:sz w:val="22"/>
          <w:u w:val="single"/>
        </w:rPr>
        <w:t>democracies</w:t>
      </w:r>
      <w:r>
        <w:rPr>
          <w:b w:val="0"/>
          <w:i w:val="0"/>
          <w:smallCaps w:val="0"/>
          <w:strike w:val="0"/>
          <w:sz w:val="16"/>
          <w:u w:val="none"/>
        </w:rPr>
        <w:t xml:space="preserve">. It is also consciously or unconsciously exporting this state-led capitalist model and seeking to make the world safe for autocracy. Therefore, the </w:t>
      </w:r>
      <w:r>
        <w:rPr>
          <w:b w:val="0"/>
          <w:i w:val="0"/>
          <w:smallCaps w:val="0"/>
          <w:strike w:val="0"/>
          <w:sz w:val="22"/>
          <w:u w:val="single"/>
        </w:rPr>
        <w:t>rise of China is a</w:t>
      </w:r>
      <w:r>
        <w:rPr>
          <w:b w:val="0"/>
          <w:i w:val="0"/>
          <w:smallCaps w:val="0"/>
          <w:strike w:val="0"/>
          <w:sz w:val="16"/>
          <w:u w:val="none"/>
        </w:rPr>
        <w:t xml:space="preserve"> profound </w:t>
      </w:r>
      <w:r>
        <w:rPr>
          <w:b/>
          <w:i w:val="0"/>
          <w:smallCaps w:val="0"/>
          <w:strike w:val="0"/>
          <w:sz w:val="22"/>
          <w:u w:val="single"/>
        </w:rPr>
        <w:t>threat</w:t>
      </w:r>
      <w:r>
        <w:rPr>
          <w:b w:val="0"/>
          <w:i w:val="0"/>
          <w:smallCaps w:val="0"/>
          <w:strike w:val="0"/>
          <w:sz w:val="16"/>
          <w:u w:val="none"/>
        </w:rPr>
        <w:t xml:space="preserve"> to the rules-based order.</w:t>
      </w:r>
    </w:p>
    <w:p>
      <w:pPr>
        <w:spacing w:after="60"/>
      </w:pPr>
      <w:r>
        <w:rPr>
          <w:b w:val="0"/>
          <w:i w:val="0"/>
          <w:smallCaps w:val="0"/>
          <w:strike w:val="0"/>
          <w:sz w:val="22"/>
          <w:u w:val="single"/>
        </w:rPr>
        <w:t>China supports</w:t>
      </w:r>
      <w:r>
        <w:rPr>
          <w:b w:val="0"/>
          <w:i w:val="0"/>
          <w:smallCaps w:val="0"/>
          <w:strike w:val="0"/>
          <w:sz w:val="16"/>
          <w:u w:val="none"/>
        </w:rPr>
        <w:t xml:space="preserve"> this </w:t>
      </w:r>
      <w:r>
        <w:rPr>
          <w:b w:val="0"/>
          <w:i w:val="0"/>
          <w:smallCaps w:val="0"/>
          <w:strike w:val="0"/>
          <w:sz w:val="22"/>
          <w:u w:val="single"/>
        </w:rPr>
        <w:t>strategy with</w:t>
      </w:r>
      <w:r>
        <w:rPr>
          <w:b w:val="0"/>
          <w:i w:val="0"/>
          <w:smallCaps w:val="0"/>
          <w:strike w:val="0"/>
          <w:sz w:val="16"/>
          <w:u w:val="none"/>
        </w:rPr>
        <w:t xml:space="preserve"> an ambitious military modernization program. In East Asia, its anti-access/area denial (</w:t>
      </w:r>
      <w:r>
        <w:rPr>
          <w:b/>
          <w:i w:val="0"/>
          <w:smallCaps w:val="0"/>
          <w:strike w:val="0"/>
          <w:sz w:val="22"/>
          <w:highlight w:val="cyan"/>
          <w:u w:val="single"/>
        </w:rPr>
        <w:t>A2/AD</w:t>
      </w:r>
      <w:r>
        <w:rPr>
          <w:b w:val="0"/>
          <w:i w:val="0"/>
          <w:smallCaps w:val="0"/>
          <w:strike w:val="0"/>
          <w:sz w:val="16"/>
          <w:u w:val="none"/>
        </w:rPr>
        <w:t xml:space="preserve">) approach seeks to </w:t>
      </w:r>
      <w:r>
        <w:rPr>
          <w:b/>
          <w:i w:val="0"/>
          <w:smallCaps w:val="0"/>
          <w:strike w:val="0"/>
          <w:sz w:val="22"/>
          <w:highlight w:val="cyan"/>
          <w:u w:val="single"/>
        </w:rPr>
        <w:t>undermine</w:t>
      </w:r>
      <w:r>
        <w:rPr>
          <w:b w:val="0"/>
          <w:i w:val="0"/>
          <w:smallCaps w:val="0"/>
          <w:strike w:val="0"/>
          <w:sz w:val="22"/>
          <w:highlight w:val="cyan"/>
          <w:u w:val="single"/>
        </w:rPr>
        <w:t xml:space="preserve"> U.S</w:t>
      </w:r>
      <w:r>
        <w:rPr>
          <w:b w:val="0"/>
          <w:i w:val="0"/>
          <w:smallCaps w:val="0"/>
          <w:strike w:val="0"/>
          <w:sz w:val="22"/>
          <w:u w:val="single"/>
        </w:rPr>
        <w:t>. power projection</w:t>
      </w:r>
      <w:r>
        <w:rPr>
          <w:b w:val="0"/>
          <w:i w:val="0"/>
          <w:smallCaps w:val="0"/>
          <w:strike w:val="0"/>
          <w:sz w:val="16"/>
          <w:u w:val="none"/>
        </w:rPr>
        <w:t xml:space="preserve"> capabilities and enable China to pursue territorial claims in the East and South China Seas, while providing coercive leverage vis-à-vis other regional actors.64 In recent years, the balance of power in Asia has shifted and many question the ability of the United States to defend longstanding allies.65 China is also expanding its global military footprint with overseas bases and military exercises in other world regions.</w:t>
      </w:r>
    </w:p>
    <w:p>
      <w:pPr>
        <w:spacing w:after="60"/>
      </w:pPr>
      <w:r>
        <w:rPr>
          <w:b w:val="0"/>
          <w:i w:val="0"/>
          <w:smallCaps w:val="0"/>
          <w:strike w:val="0"/>
          <w:sz w:val="22"/>
          <w:u w:val="single"/>
        </w:rPr>
        <w:t>China</w:t>
      </w:r>
      <w:r>
        <w:rPr>
          <w:b w:val="0"/>
          <w:i w:val="0"/>
          <w:smallCaps w:val="0"/>
          <w:strike w:val="0"/>
          <w:sz w:val="16"/>
          <w:u w:val="none"/>
        </w:rPr>
        <w:t xml:space="preserve"> is also </w:t>
      </w:r>
      <w:r>
        <w:rPr>
          <w:b w:val="0"/>
          <w:i w:val="0"/>
          <w:smallCaps w:val="0"/>
          <w:strike w:val="0"/>
          <w:sz w:val="22"/>
          <w:highlight w:val="cyan"/>
          <w:u w:val="single"/>
        </w:rPr>
        <w:t>building</w:t>
      </w:r>
      <w:r>
        <w:rPr>
          <w:b w:val="0"/>
          <w:i w:val="0"/>
          <w:smallCaps w:val="0"/>
          <w:strike w:val="0"/>
          <w:sz w:val="16"/>
          <w:u w:val="none"/>
        </w:rPr>
        <w:t xml:space="preserve"> </w:t>
      </w:r>
      <w:r>
        <w:rPr>
          <w:b/>
          <w:i w:val="0"/>
          <w:smallCaps w:val="0"/>
          <w:strike w:val="0"/>
          <w:sz w:val="22"/>
          <w:u w:val="single"/>
        </w:rPr>
        <w:t xml:space="preserve">nuclear </w:t>
      </w:r>
      <w:r>
        <w:rPr>
          <w:b/>
          <w:i w:val="0"/>
          <w:smallCaps w:val="0"/>
          <w:strike w:val="0"/>
          <w:sz w:val="22"/>
          <w:highlight w:val="cyan"/>
          <w:u w:val="single"/>
        </w:rPr>
        <w:t>forces</w:t>
      </w:r>
      <w:r>
        <w:rPr>
          <w:b w:val="0"/>
          <w:i w:val="0"/>
          <w:smallCaps w:val="0"/>
          <w:strike w:val="0"/>
          <w:sz w:val="22"/>
          <w:highlight w:val="cyan"/>
          <w:u w:val="single"/>
        </w:rPr>
        <w:t xml:space="preserve"> designed to</w:t>
      </w:r>
      <w:r>
        <w:rPr>
          <w:b w:val="0"/>
          <w:i w:val="0"/>
          <w:smallCaps w:val="0"/>
          <w:strike w:val="0"/>
          <w:sz w:val="22"/>
          <w:u w:val="single"/>
        </w:rPr>
        <w:t xml:space="preserve"> contribute</w:t>
      </w:r>
      <w:r>
        <w:rPr>
          <w:b w:val="0"/>
          <w:i w:val="0"/>
          <w:smallCaps w:val="0"/>
          <w:strike w:val="0"/>
          <w:sz w:val="16"/>
          <w:u w:val="none"/>
        </w:rPr>
        <w:t xml:space="preserve"> to these </w:t>
      </w:r>
      <w:r>
        <w:rPr>
          <w:b/>
          <w:i w:val="0"/>
          <w:smallCaps w:val="0"/>
          <w:strike w:val="0"/>
          <w:sz w:val="22"/>
          <w:highlight w:val="cyan"/>
          <w:u w:val="single"/>
        </w:rPr>
        <w:t>revisionist aims</w:t>
      </w:r>
      <w:r>
        <w:rPr>
          <w:b w:val="0"/>
          <w:i w:val="0"/>
          <w:smallCaps w:val="0"/>
          <w:strike w:val="0"/>
          <w:sz w:val="16"/>
          <w:u w:val="none"/>
        </w:rPr>
        <w:t xml:space="preserve">. While China claims to desire only a “lean and effective” deterrent, </w:t>
      </w:r>
      <w:r>
        <w:rPr>
          <w:b w:val="0"/>
          <w:i w:val="0"/>
          <w:smallCaps w:val="0"/>
          <w:strike w:val="0"/>
          <w:sz w:val="22"/>
          <w:u w:val="single"/>
        </w:rPr>
        <w:t>it</w:t>
      </w:r>
      <w:r>
        <w:rPr>
          <w:b w:val="0"/>
          <w:i w:val="0"/>
          <w:smallCaps w:val="0"/>
          <w:strike w:val="0"/>
          <w:sz w:val="16"/>
          <w:u w:val="none"/>
        </w:rPr>
        <w:t xml:space="preserve"> has gradually expanded and </w:t>
      </w:r>
      <w:r>
        <w:rPr>
          <w:b/>
          <w:i w:val="0"/>
          <w:smallCaps w:val="0"/>
          <w:strike w:val="0"/>
          <w:sz w:val="22"/>
          <w:u w:val="single"/>
        </w:rPr>
        <w:t>modernized</w:t>
      </w:r>
      <w:r>
        <w:rPr>
          <w:b w:val="0"/>
          <w:i w:val="0"/>
          <w:smallCaps w:val="0"/>
          <w:strike w:val="0"/>
          <w:sz w:val="16"/>
          <w:u w:val="none"/>
        </w:rPr>
        <w:t xml:space="preserve"> its </w:t>
      </w:r>
      <w:r>
        <w:rPr>
          <w:b w:val="0"/>
          <w:i w:val="0"/>
          <w:smallCaps w:val="0"/>
          <w:strike w:val="0"/>
          <w:sz w:val="22"/>
          <w:u w:val="single"/>
        </w:rPr>
        <w:t>forces</w:t>
      </w:r>
      <w:r>
        <w:rPr>
          <w:b w:val="0"/>
          <w:i w:val="0"/>
          <w:smallCaps w:val="0"/>
          <w:strike w:val="0"/>
          <w:sz w:val="16"/>
          <w:u w:val="none"/>
        </w:rPr>
        <w:t xml:space="preserve"> in recent years.66 Beijing is clearly</w:t>
      </w:r>
      <w:r>
        <w:rPr>
          <w:b w:val="0"/>
          <w:i w:val="0"/>
          <w:smallCaps w:val="0"/>
          <w:strike w:val="0"/>
          <w:sz w:val="22"/>
          <w:u w:val="single"/>
        </w:rPr>
        <w:t xml:space="preserve"> attempting to develop a greater ability to hold the U.S. </w:t>
      </w:r>
      <w:r>
        <w:rPr>
          <w:b/>
          <w:i w:val="0"/>
          <w:smallCaps w:val="0"/>
          <w:strike w:val="0"/>
          <w:sz w:val="22"/>
          <w:u w:val="single"/>
        </w:rPr>
        <w:t>homeland</w:t>
      </w:r>
      <w:r>
        <w:rPr>
          <w:b w:val="0"/>
          <w:i w:val="0"/>
          <w:smallCaps w:val="0"/>
          <w:strike w:val="0"/>
          <w:sz w:val="22"/>
          <w:u w:val="single"/>
        </w:rPr>
        <w:t xml:space="preserve"> at risk, to increase U.S. </w:t>
      </w:r>
      <w:r>
        <w:rPr>
          <w:b/>
          <w:i w:val="0"/>
          <w:smallCaps w:val="0"/>
          <w:strike w:val="0"/>
          <w:sz w:val="22"/>
          <w:u w:val="single"/>
        </w:rPr>
        <w:t>vulnerability</w:t>
      </w:r>
      <w:r>
        <w:rPr>
          <w:b w:val="0"/>
          <w:i w:val="0"/>
          <w:smallCaps w:val="0"/>
          <w:strike w:val="0"/>
          <w:sz w:val="16"/>
          <w:u w:val="none"/>
        </w:rPr>
        <w:t xml:space="preserve"> to a large-scale nuclear exchange, and to deter U.S. military action, including in defense of its allies. In the past decade alone, the number of Chinese strategic nuclear weapons that could reach the continental United States has more than doubled. And U.S. intelligence has recently estimated publicly that China’s nuclear arsenal will at least double again in the coming decade.67 In addition to its strategic forces, China possesses a large stockpile of medium- and intermediate-range missiles that are capable of delivering nuclear weapons.68 These capabilities contribute to China’s A2/AD strategy and could be used to blunt U.S. and allied military forces in their attempts to defend against possible Chinese aggression. </w:t>
      </w:r>
      <w:r>
        <w:rPr>
          <w:b w:val="0"/>
          <w:i w:val="0"/>
          <w:smallCaps w:val="0"/>
          <w:strike w:val="0"/>
          <w:sz w:val="22"/>
          <w:highlight w:val="cyan"/>
          <w:u w:val="single"/>
        </w:rPr>
        <w:t xml:space="preserve">While China </w:t>
      </w:r>
      <w:r>
        <w:rPr>
          <w:b w:val="0"/>
          <w:i w:val="0"/>
          <w:smallCaps w:val="0"/>
          <w:strike w:val="0"/>
          <w:sz w:val="22"/>
          <w:u w:val="single"/>
        </w:rPr>
        <w:t>espouses</w:t>
      </w:r>
      <w:r>
        <w:rPr>
          <w:b w:val="0"/>
          <w:i w:val="0"/>
          <w:smallCaps w:val="0"/>
          <w:strike w:val="0"/>
          <w:sz w:val="16"/>
          <w:u w:val="none"/>
        </w:rPr>
        <w:t xml:space="preserve"> a formal nuclear </w:t>
      </w:r>
      <w:r>
        <w:rPr>
          <w:b/>
          <w:i w:val="0"/>
          <w:smallCaps w:val="0"/>
          <w:strike w:val="0"/>
          <w:sz w:val="22"/>
          <w:highlight w:val="cyan"/>
          <w:u w:val="single"/>
        </w:rPr>
        <w:t>N</w:t>
      </w:r>
      <w:r>
        <w:rPr>
          <w:b w:val="0"/>
          <w:i w:val="0"/>
          <w:smallCaps w:val="0"/>
          <w:strike w:val="0"/>
          <w:sz w:val="16"/>
          <w:u w:val="none"/>
        </w:rPr>
        <w:t xml:space="preserve">o </w:t>
      </w:r>
      <w:r>
        <w:rPr>
          <w:b/>
          <w:i w:val="0"/>
          <w:smallCaps w:val="0"/>
          <w:strike w:val="0"/>
          <w:sz w:val="22"/>
          <w:highlight w:val="cyan"/>
          <w:u w:val="single"/>
        </w:rPr>
        <w:t>F</w:t>
      </w:r>
      <w:r>
        <w:rPr>
          <w:b w:val="0"/>
          <w:i w:val="0"/>
          <w:smallCaps w:val="0"/>
          <w:strike w:val="0"/>
          <w:sz w:val="16"/>
          <w:u w:val="none"/>
        </w:rPr>
        <w:t xml:space="preserve">irst </w:t>
      </w:r>
      <w:r>
        <w:rPr>
          <w:b/>
          <w:i w:val="0"/>
          <w:smallCaps w:val="0"/>
          <w:strike w:val="0"/>
          <w:sz w:val="22"/>
          <w:highlight w:val="cyan"/>
          <w:u w:val="single"/>
        </w:rPr>
        <w:t>U</w:t>
      </w:r>
      <w:r>
        <w:rPr>
          <w:b w:val="0"/>
          <w:i w:val="0"/>
          <w:smallCaps w:val="0"/>
          <w:strike w:val="0"/>
          <w:sz w:val="16"/>
          <w:u w:val="none"/>
        </w:rPr>
        <w:t xml:space="preserve">se Policy, Chinese </w:t>
      </w:r>
      <w:r>
        <w:rPr>
          <w:b/>
          <w:i w:val="0"/>
          <w:smallCaps w:val="0"/>
          <w:strike w:val="0"/>
          <w:sz w:val="22"/>
          <w:u w:val="single"/>
        </w:rPr>
        <w:t>experts</w:t>
      </w:r>
      <w:r>
        <w:rPr>
          <w:b w:val="0"/>
          <w:i w:val="0"/>
          <w:smallCaps w:val="0"/>
          <w:strike w:val="0"/>
          <w:sz w:val="16"/>
          <w:u w:val="none"/>
        </w:rPr>
        <w:t xml:space="preserve"> </w:t>
      </w:r>
      <w:r>
        <w:rPr>
          <w:b w:val="0"/>
          <w:i w:val="0"/>
          <w:smallCaps w:val="0"/>
          <w:strike w:val="0"/>
          <w:sz w:val="22"/>
          <w:u w:val="single"/>
        </w:rPr>
        <w:t>acknowledge</w:t>
      </w:r>
      <w:r>
        <w:rPr>
          <w:b w:val="0"/>
          <w:i w:val="0"/>
          <w:smallCaps w:val="0"/>
          <w:strike w:val="0"/>
          <w:sz w:val="16"/>
          <w:u w:val="none"/>
        </w:rPr>
        <w:t xml:space="preserve"> that there is a narrow range of contingencies, such as a major war with the United States in East Asia, in which </w:t>
      </w:r>
      <w:r>
        <w:rPr>
          <w:b w:val="0"/>
          <w:i w:val="0"/>
          <w:smallCaps w:val="0"/>
          <w:strike w:val="0"/>
          <w:sz w:val="22"/>
          <w:u w:val="single"/>
        </w:rPr>
        <w:t xml:space="preserve">China </w:t>
      </w:r>
      <w:r>
        <w:rPr>
          <w:b w:val="0"/>
          <w:i w:val="0"/>
          <w:smallCaps w:val="0"/>
          <w:strike w:val="0"/>
          <w:sz w:val="22"/>
          <w:highlight w:val="cyan"/>
          <w:u w:val="single"/>
        </w:rPr>
        <w:t>might</w:t>
      </w:r>
      <w:r>
        <w:rPr>
          <w:b w:val="0"/>
          <w:i w:val="0"/>
          <w:smallCaps w:val="0"/>
          <w:strike w:val="0"/>
          <w:sz w:val="22"/>
          <w:u w:val="single"/>
        </w:rPr>
        <w:t xml:space="preserve"> very well </w:t>
      </w:r>
      <w:r>
        <w:rPr>
          <w:b w:val="0"/>
          <w:i w:val="0"/>
          <w:smallCaps w:val="0"/>
          <w:strike w:val="0"/>
          <w:sz w:val="22"/>
          <w:highlight w:val="cyan"/>
          <w:u w:val="single"/>
        </w:rPr>
        <w:t>use</w:t>
      </w:r>
      <w:r>
        <w:rPr>
          <w:b w:val="0"/>
          <w:i w:val="0"/>
          <w:smallCaps w:val="0"/>
          <w:strike w:val="0"/>
          <w:sz w:val="22"/>
          <w:u w:val="single"/>
        </w:rPr>
        <w:t xml:space="preserve"> nuclear </w:t>
      </w:r>
      <w:r>
        <w:rPr>
          <w:b w:val="0"/>
          <w:i w:val="0"/>
          <w:smallCaps w:val="0"/>
          <w:strike w:val="0"/>
          <w:sz w:val="22"/>
          <w:highlight w:val="cyan"/>
          <w:u w:val="single"/>
        </w:rPr>
        <w:t xml:space="preserve">weapons </w:t>
      </w:r>
      <w:r>
        <w:rPr>
          <w:b/>
          <w:i w:val="0"/>
          <w:smallCaps w:val="0"/>
          <w:strike w:val="0"/>
          <w:sz w:val="22"/>
          <w:highlight w:val="cyan"/>
          <w:u w:val="single"/>
        </w:rPr>
        <w:t>first</w:t>
      </w:r>
      <w:r>
        <w:rPr>
          <w:b w:val="0"/>
          <w:i w:val="0"/>
          <w:smallCaps w:val="0"/>
          <w:strike w:val="0"/>
          <w:sz w:val="16"/>
          <w:u w:val="none"/>
        </w:rPr>
        <w:t xml:space="preserve">. In the future, </w:t>
      </w:r>
      <w:r>
        <w:rPr>
          <w:b w:val="0"/>
          <w:i w:val="0"/>
          <w:smallCaps w:val="0"/>
          <w:strike w:val="0"/>
          <w:sz w:val="22"/>
          <w:u w:val="single"/>
        </w:rPr>
        <w:t xml:space="preserve">China may </w:t>
      </w:r>
      <w:r>
        <w:rPr>
          <w:b/>
          <w:i w:val="0"/>
          <w:smallCaps w:val="0"/>
          <w:strike w:val="0"/>
          <w:sz w:val="22"/>
          <w:highlight w:val="cyan"/>
          <w:u w:val="single"/>
        </w:rPr>
        <w:t>leverage</w:t>
      </w:r>
      <w:r>
        <w:rPr>
          <w:b w:val="0"/>
          <w:i w:val="0"/>
          <w:smallCaps w:val="0"/>
          <w:strike w:val="0"/>
          <w:sz w:val="16"/>
          <w:u w:val="none"/>
        </w:rPr>
        <w:t xml:space="preserve"> its substantial </w:t>
      </w:r>
      <w:r>
        <w:rPr>
          <w:b/>
          <w:i w:val="0"/>
          <w:smallCaps w:val="0"/>
          <w:strike w:val="0"/>
          <w:sz w:val="22"/>
          <w:u w:val="single"/>
        </w:rPr>
        <w:t>resources</w:t>
      </w:r>
      <w:r>
        <w:rPr>
          <w:b w:val="0"/>
          <w:i w:val="0"/>
          <w:smallCaps w:val="0"/>
          <w:strike w:val="0"/>
          <w:sz w:val="16"/>
          <w:u w:val="none"/>
        </w:rPr>
        <w:t xml:space="preserve"> </w:t>
      </w:r>
      <w:r>
        <w:rPr>
          <w:b w:val="0"/>
          <w:i w:val="0"/>
          <w:smallCaps w:val="0"/>
          <w:strike w:val="0"/>
          <w:sz w:val="22"/>
          <w:u w:val="single"/>
        </w:rPr>
        <w:t xml:space="preserve">to sprint to </w:t>
      </w:r>
      <w:r>
        <w:rPr>
          <w:b/>
          <w:i w:val="0"/>
          <w:smallCaps w:val="0"/>
          <w:strike w:val="0"/>
          <w:sz w:val="22"/>
          <w:u w:val="single"/>
        </w:rPr>
        <w:t xml:space="preserve">nuclear </w:t>
      </w:r>
      <w:r>
        <w:rPr>
          <w:b/>
          <w:i w:val="0"/>
          <w:smallCaps w:val="0"/>
          <w:strike w:val="0"/>
          <w:sz w:val="22"/>
          <w:highlight w:val="cyan"/>
          <w:u w:val="single"/>
        </w:rPr>
        <w:t>parity</w:t>
      </w:r>
      <w:r>
        <w:rPr>
          <w:b w:val="0"/>
          <w:i w:val="0"/>
          <w:smallCaps w:val="0"/>
          <w:strike w:val="0"/>
          <w:sz w:val="16"/>
          <w:u w:val="none"/>
        </w:rPr>
        <w:t xml:space="preserve">, potentially </w:t>
      </w:r>
      <w:r>
        <w:rPr>
          <w:b w:val="0"/>
          <w:i w:val="0"/>
          <w:smallCaps w:val="0"/>
          <w:strike w:val="0"/>
          <w:sz w:val="22"/>
          <w:highlight w:val="cyan"/>
          <w:u w:val="single"/>
        </w:rPr>
        <w:t>igniting an arms race</w:t>
      </w:r>
      <w:r>
        <w:rPr>
          <w:b w:val="0"/>
          <w:i w:val="0"/>
          <w:smallCaps w:val="0"/>
          <w:strike w:val="0"/>
          <w:sz w:val="22"/>
          <w:u w:val="single"/>
        </w:rPr>
        <w:t xml:space="preserve"> with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and undermining U.S. extended </w:t>
      </w:r>
      <w:r>
        <w:rPr>
          <w:b/>
          <w:i w:val="0"/>
          <w:smallCaps w:val="0"/>
          <w:strike w:val="0"/>
          <w:sz w:val="22"/>
          <w:u w:val="single"/>
        </w:rPr>
        <w:t>deterrence</w:t>
      </w:r>
      <w:r>
        <w:rPr>
          <w:b w:val="0"/>
          <w:i w:val="0"/>
          <w:smallCaps w:val="0"/>
          <w:strike w:val="0"/>
          <w:sz w:val="22"/>
          <w:u w:val="single"/>
        </w:rPr>
        <w:t xml:space="preserve"> and </w:t>
      </w:r>
      <w:r>
        <w:rPr>
          <w:b/>
          <w:i w:val="0"/>
          <w:smallCaps w:val="0"/>
          <w:strike w:val="0"/>
          <w:sz w:val="22"/>
          <w:u w:val="single"/>
        </w:rPr>
        <w:t>assurance</w:t>
      </w:r>
      <w:r>
        <w:rPr>
          <w:b w:val="0"/>
          <w:i w:val="0"/>
          <w:smallCaps w:val="0"/>
          <w:strike w:val="0"/>
          <w:sz w:val="22"/>
          <w:u w:val="single"/>
        </w:rPr>
        <w:t xml:space="preserve"> in Asia</w:t>
      </w:r>
      <w:r>
        <w:rPr>
          <w:b w:val="0"/>
          <w:i w:val="0"/>
          <w:smallCaps w:val="0"/>
          <w:strike w:val="0"/>
          <w:sz w:val="16"/>
          <w:u w:val="none"/>
        </w:rPr>
        <w:t>.</w:t>
      </w:r>
    </w:p>
    <w:p>
      <w:pPr>
        <w:spacing w:after="60"/>
      </w:pPr>
      <w:r>
        <w:rPr>
          <w:b w:val="0"/>
          <w:i w:val="0"/>
          <w:smallCaps w:val="0"/>
          <w:strike w:val="0"/>
          <w:sz w:val="10"/>
          <w:u w:val="none"/>
        </w:rPr>
        <w:t>North Korea</w:t>
      </w:r>
    </w:p>
    <w:p>
      <w:pPr>
        <w:spacing w:after="60"/>
      </w:pPr>
      <w:r>
        <w:rPr>
          <w:b w:val="0"/>
          <w:i w:val="0"/>
          <w:smallCaps w:val="0"/>
          <w:strike w:val="0"/>
          <w:sz w:val="10"/>
          <w:u w:val="none"/>
        </w:rPr>
        <w:t>Relative to the Russian and Chinese great powers above, the rogue North Korean regime is not as threatening to the very fabric of the current international order. Still, North Korea’s nuclear program is a challenge to the rules-based order. Pyongyang has flagrantly violated the nonproliferation regime and its weapons threaten the security of the free world.</w:t>
      </w:r>
    </w:p>
    <w:p>
      <w:pPr>
        <w:spacing w:after="60"/>
      </w:pPr>
      <w:r>
        <w:rPr>
          <w:b w:val="0"/>
          <w:i w:val="0"/>
          <w:smallCaps w:val="0"/>
          <w:strike w:val="0"/>
          <w:sz w:val="10"/>
          <w:u w:val="none"/>
        </w:rPr>
        <w:t>Scholars debate North Korean goals. Some argue that North Korea only wants to defend its brutal totalitarian regime from external intervention; others maintain that Pyongyang is pursing the more aggressive and revisionist goal of eventually reuniting the Korean peninsula under its own rule.69 Regardless, North Korean behavior threatens almost every aspect of the rules-based order. It has repeatedly engaged in armed aggression against its neighbors from initiating the Korean War in the 1950s to sinking a South Korean warship in the 2010s. It cheats on global economic rules engaging in currency counterfeiting and black market smuggling activities. It also conducts massive human rights abuses at home.</w:t>
      </w:r>
    </w:p>
    <w:p>
      <w:pPr>
        <w:spacing w:after="60"/>
      </w:pPr>
      <w:r>
        <w:rPr>
          <w:b w:val="0"/>
          <w:i w:val="0"/>
          <w:smallCaps w:val="0"/>
          <w:strike w:val="0"/>
          <w:sz w:val="10"/>
          <w:u w:val="none"/>
        </w:rPr>
        <w:t>North Korea’s military strategy seeks to retain the capability to deter external invasion and, if necessary, to fight a full-scale war on the Korean Peninsula. North Korean nuclear capabilities contribute to these goals. It is publicly estimated that North Korea has the ability to deliver close-range, short-range, and medium-range missiles to U.S. allies and bases in Asia, while possessing enough fissile material to build between 30 and 60 nuclear warheads.70 In addition, it is on the verge of developing an ICBM capability to hold the U.S. homeland at risk with the threat of nuclear war.71</w:t>
      </w:r>
    </w:p>
    <w:p>
      <w:pPr>
        <w:spacing w:after="60"/>
      </w:pPr>
      <w:r>
        <w:rPr>
          <w:b w:val="0"/>
          <w:i w:val="0"/>
          <w:smallCaps w:val="0"/>
          <w:strike w:val="0"/>
          <w:sz w:val="10"/>
          <w:u w:val="none"/>
        </w:rPr>
        <w:t>While some hope that the international community may be able to negotiate the denuclearization of North Korea, it seems more likely that North Korea will remain a nuclear power for the foreseeable future. If North Korea’s nuclear modernization continues, it will possess a more reliable means of threatening nuclear war against the United States and its allies at the core of the rules-based order. North Korean nuclear weapons may also act as a shield to external intervention, deterring the United States and incentivizing Pyongyang’s aggression against South Korea or Japan. North Korea’s nuclear weapons may also weaken U.S. extended nuclear deterrence and assurance, possibly persuading Tokyo and Seoul to reconsider their nuclear options. More broadly, North Korean possession of nuclear weapons undermines the NPT. North Korea may decide to once again export dangerous nuclear or missile technology. Pyongyang’s nuclear possession may create a dangerous precedent as other nonnuclear nations hope to follow the same path of cheating on the NPT, building nuclear weapons, and ultimately being welcomed as de facto members of the nuclear club.</w:t>
      </w:r>
    </w:p>
    <w:p>
      <w:pPr>
        <w:spacing w:after="60"/>
      </w:pPr>
      <w:r>
        <w:rPr>
          <w:b w:val="0"/>
          <w:i w:val="0"/>
          <w:smallCaps w:val="0"/>
          <w:strike w:val="0"/>
          <w:sz w:val="16"/>
          <w:u w:val="none"/>
        </w:rPr>
        <w:t xml:space="preserve">In sum, Russia, China, and North Korea are </w:t>
      </w:r>
      <w:r>
        <w:rPr>
          <w:b/>
          <w:i w:val="0"/>
          <w:smallCaps w:val="0"/>
          <w:strike w:val="0"/>
          <w:sz w:val="22"/>
          <w:u w:val="single"/>
        </w:rPr>
        <w:t>autocratic</w:t>
      </w:r>
      <w:r>
        <w:rPr>
          <w:b w:val="0"/>
          <w:i w:val="0"/>
          <w:smallCaps w:val="0"/>
          <w:strike w:val="0"/>
          <w:sz w:val="22"/>
          <w:u w:val="single"/>
        </w:rPr>
        <w:t>, revisionist challengers to</w:t>
      </w:r>
      <w:r>
        <w:rPr>
          <w:b w:val="0"/>
          <w:i w:val="0"/>
          <w:smallCaps w:val="0"/>
          <w:strike w:val="0"/>
          <w:sz w:val="16"/>
          <w:u w:val="none"/>
        </w:rPr>
        <w:t xml:space="preserve"> the </w:t>
      </w:r>
      <w:r>
        <w:rPr>
          <w:b w:val="0"/>
          <w:i w:val="0"/>
          <w:smallCaps w:val="0"/>
          <w:strike w:val="0"/>
          <w:sz w:val="22"/>
          <w:u w:val="single"/>
        </w:rPr>
        <w:t>rules-based international order</w:t>
      </w:r>
      <w:r>
        <w:rPr>
          <w:b w:val="0"/>
          <w:i w:val="0"/>
          <w:smallCaps w:val="0"/>
          <w:strike w:val="0"/>
          <w:sz w:val="16"/>
          <w:u w:val="none"/>
        </w:rPr>
        <w:t xml:space="preserve">. As such, their </w:t>
      </w:r>
      <w:r>
        <w:rPr>
          <w:b/>
          <w:i w:val="0"/>
          <w:smallCaps w:val="0"/>
          <w:strike w:val="0"/>
          <w:sz w:val="22"/>
          <w:u w:val="single"/>
        </w:rPr>
        <w:t>nuclear</w:t>
      </w:r>
      <w:r>
        <w:rPr>
          <w:b w:val="0"/>
          <w:i w:val="0"/>
          <w:smallCaps w:val="0"/>
          <w:strike w:val="0"/>
          <w:sz w:val="22"/>
          <w:u w:val="single"/>
        </w:rPr>
        <w:t xml:space="preserve"> programs threaten</w:t>
      </w:r>
      <w:r>
        <w:rPr>
          <w:b w:val="0"/>
          <w:i w:val="0"/>
          <w:smallCaps w:val="0"/>
          <w:strike w:val="0"/>
          <w:sz w:val="16"/>
          <w:u w:val="none"/>
        </w:rPr>
        <w:t xml:space="preserve"> </w:t>
      </w:r>
      <w:r>
        <w:rPr>
          <w:b/>
          <w:i w:val="0"/>
          <w:smallCaps w:val="0"/>
          <w:strike w:val="0"/>
          <w:sz w:val="22"/>
          <w:u w:val="single"/>
        </w:rPr>
        <w:t>core pillars</w:t>
      </w:r>
      <w:r>
        <w:rPr>
          <w:b w:val="0"/>
          <w:i w:val="0"/>
          <w:smallCaps w:val="0"/>
          <w:strike w:val="0"/>
          <w:sz w:val="22"/>
          <w:u w:val="single"/>
        </w:rPr>
        <w:t xml:space="preserve"> of the system of global </w:t>
      </w:r>
      <w:r>
        <w:rPr>
          <w:b/>
          <w:i w:val="0"/>
          <w:smallCaps w:val="0"/>
          <w:strike w:val="0"/>
          <w:sz w:val="22"/>
          <w:u w:val="single"/>
        </w:rPr>
        <w:t>stability</w:t>
      </w:r>
      <w:r>
        <w:rPr>
          <w:b w:val="0"/>
          <w:i w:val="0"/>
          <w:smallCaps w:val="0"/>
          <w:strike w:val="0"/>
          <w:sz w:val="16"/>
          <w:u w:val="none"/>
        </w:rPr>
        <w:t xml:space="preserve"> and security that has reigned for the past several decades. In short, </w:t>
      </w:r>
      <w:r>
        <w:rPr>
          <w:b w:val="0"/>
          <w:i w:val="0"/>
          <w:smallCaps w:val="0"/>
          <w:strike w:val="0"/>
          <w:sz w:val="22"/>
          <w:u w:val="single"/>
        </w:rPr>
        <w:t>Russian, Chinese</w:t>
      </w:r>
      <w:r>
        <w:rPr>
          <w:b w:val="0"/>
          <w:i w:val="0"/>
          <w:smallCaps w:val="0"/>
          <w:strike w:val="0"/>
          <w:sz w:val="16"/>
          <w:u w:val="none"/>
        </w:rPr>
        <w:t xml:space="preserve">, and North Korean </w:t>
      </w:r>
      <w:r>
        <w:rPr>
          <w:b w:val="0"/>
          <w:i w:val="0"/>
          <w:smallCaps w:val="0"/>
          <w:strike w:val="0"/>
          <w:sz w:val="22"/>
          <w:u w:val="single"/>
        </w:rPr>
        <w:t xml:space="preserve">nuclear modernization programs </w:t>
      </w:r>
      <w:r>
        <w:rPr>
          <w:b/>
          <w:i w:val="0"/>
          <w:smallCaps w:val="0"/>
          <w:strike w:val="0"/>
          <w:sz w:val="22"/>
          <w:u w:val="single"/>
        </w:rPr>
        <w:t>undermine</w:t>
      </w:r>
      <w:r>
        <w:rPr>
          <w:b w:val="0"/>
          <w:i w:val="0"/>
          <w:smallCaps w:val="0"/>
          <w:strike w:val="0"/>
          <w:sz w:val="16"/>
          <w:u w:val="none"/>
        </w:rPr>
        <w:t xml:space="preserve"> global stability and </w:t>
      </w:r>
      <w:r>
        <w:rPr>
          <w:b/>
          <w:i w:val="0"/>
          <w:smallCaps w:val="0"/>
          <w:strike w:val="0"/>
          <w:sz w:val="22"/>
          <w:u w:val="single"/>
        </w:rPr>
        <w:t>security</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