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u w:val="none"/>
        </w:rPr>
        <w:t xml:space="preserve">Accelerated innovation is crucial to revolutionize </w:t>
      </w:r>
      <w:r>
        <w:rPr>
          <w:b/>
          <w:i w:val="0"/>
          <w:smallCaps w:val="0"/>
          <w:strike w:val="0"/>
          <w:u w:val="single"/>
        </w:rPr>
        <w:t>vaccine models</w:t>
      </w:r>
      <w:r>
        <w:rPr>
          <w:b/>
          <w:i w:val="0"/>
          <w:smallCaps w:val="0"/>
          <w:strike w:val="0"/>
          <w:u w:val="none"/>
        </w:rPr>
        <w:t xml:space="preserve">, pathogen </w:t>
      </w:r>
      <w:r>
        <w:rPr>
          <w:b/>
          <w:i w:val="0"/>
          <w:smallCaps w:val="0"/>
          <w:strike w:val="0"/>
          <w:u w:val="single"/>
        </w:rPr>
        <w:t>tracking and containment</w:t>
      </w:r>
      <w:r>
        <w:rPr>
          <w:b/>
          <w:i w:val="0"/>
          <w:smallCaps w:val="0"/>
          <w:strike w:val="0"/>
          <w:u w:val="none"/>
        </w:rPr>
        <w:t xml:space="preserve">, and </w:t>
      </w:r>
      <w:r>
        <w:rPr>
          <w:b/>
          <w:i w:val="0"/>
          <w:smallCaps w:val="0"/>
          <w:strike w:val="0"/>
          <w:u w:val="single"/>
        </w:rPr>
        <w:t>bioterror prevention</w:t>
      </w:r>
      <w:r>
        <w:rPr>
          <w:b/>
          <w:i w:val="0"/>
          <w:smallCaps w:val="0"/>
          <w:strike w:val="0"/>
          <w:u w:val="none"/>
        </w:rPr>
        <w:t xml:space="preserve">. </w:t>
      </w:r>
    </w:p>
    <w:p>
      <w:pPr>
        <w:spacing w:after="80"/>
      </w:pPr>
      <w:r>
        <w:rPr>
          <w:b/>
          <w:i w:val="0"/>
          <w:smallCaps w:val="0"/>
          <w:strike w:val="0"/>
          <w:sz w:val="22"/>
          <w:u w:val="none"/>
        </w:rPr>
        <w:t>Bajraktari 21</w:t>
      </w:r>
      <w:r>
        <w:rPr>
          <w:b w:val="0"/>
          <w:i w:val="0"/>
          <w:smallCaps w:val="0"/>
          <w:strike w:val="0"/>
          <w:u w:val="none"/>
        </w:rPr>
        <w:t xml:space="preserve"> – Mr. Yll Bajraktari is the Executive Director of the National Security Commission on Artificial Intelligence.</w:t>
      </w:r>
    </w:p>
    <w:p>
      <w:pPr>
        <w:spacing w:after="60"/>
      </w:pPr>
      <w:r>
        <w:rPr>
          <w:b w:val="0"/>
          <w:i w:val="0"/>
          <w:smallCaps w:val="0"/>
          <w:strike w:val="0"/>
          <w:u w:val="none"/>
        </w:rPr>
        <w:t>Yll Bajraktari , 2021, “The Role of AI Technology in Pandemic Response and Preparedness: Recommended Investments and Initiatives</w:t>
      </w:r>
      <w:r>
        <w:rPr>
          <w:b w:val="0"/>
          <w:i w:val="0"/>
          <w:smallCaps w:val="0"/>
          <w:strike w:val="0"/>
          <w:u w:val="none"/>
        </w:rPr>
        <w:t xml:space="preserve">,” </w:t>
      </w:r>
      <w:r>
        <w:rPr>
          <w:b w:val="0"/>
          <w:i w:val="0"/>
          <w:smallCaps w:val="0"/>
          <w:strike w:val="0"/>
          <w:u w:val="none"/>
        </w:rPr>
        <w:t>https://www.nscai.gov/wp-content/uploads/2021/01/NSCAI_White-Paper_The-Role-of-AI-Technology-in-Pandemic-Response-and-Preparedness.pdf</w:t>
      </w:r>
    </w:p>
    <w:p>
      <w:pPr>
        <w:spacing w:after="60"/>
      </w:pPr>
      <w:r>
        <w:rPr>
          <w:b w:val="0"/>
          <w:i w:val="0"/>
          <w:smallCaps w:val="0"/>
          <w:strike w:val="0"/>
          <w:sz w:val="16"/>
          <w:u w:val="none"/>
        </w:rPr>
        <w:t xml:space="preserve">Below we summarize several ways in which AI can be applied to advance healthcare, biomedicine, and biosecurity. These are broken down across four primary areas: 1) situational awareness and disease surveillance; 2) diagnostics; 3) production of vaccines, therapeutics, and medical equipment; and, 4) ongoing healthcare - protecting the healthy and treating the sick. </w:t>
      </w:r>
      <w:r>
        <w:rPr>
          <w:b w:val="0"/>
          <w:i w:val="0"/>
          <w:smallCaps w:val="0"/>
          <w:strike w:val="0"/>
          <w:sz w:val="22"/>
          <w:u w:val="single"/>
        </w:rPr>
        <w:t>AI is continually evolving</w:t>
      </w:r>
      <w:r>
        <w:rPr>
          <w:b w:val="0"/>
          <w:i w:val="0"/>
          <w:smallCaps w:val="0"/>
          <w:strike w:val="0"/>
          <w:sz w:val="16"/>
          <w:u w:val="none"/>
        </w:rPr>
        <w:t xml:space="preserve">. </w:t>
      </w:r>
      <w:r>
        <w:rPr>
          <w:b w:val="0"/>
          <w:i w:val="0"/>
          <w:smallCaps w:val="0"/>
          <w:strike w:val="0"/>
          <w:sz w:val="22"/>
          <w:highlight w:val="green"/>
          <w:u w:val="single"/>
        </w:rPr>
        <w:t>Investing</w:t>
      </w:r>
      <w:r>
        <w:rPr>
          <w:b w:val="0"/>
          <w:i w:val="0"/>
          <w:smallCaps w:val="0"/>
          <w:strike w:val="0"/>
          <w:sz w:val="16"/>
          <w:u w:val="none"/>
        </w:rPr>
        <w:t xml:space="preserve"> in these areas </w:t>
      </w:r>
      <w:r>
        <w:rPr>
          <w:b/>
          <w:i w:val="0"/>
          <w:smallCaps w:val="0"/>
          <w:strike w:val="0"/>
          <w:sz w:val="22"/>
          <w:highlight w:val="green"/>
          <w:u w:val="single"/>
        </w:rPr>
        <w:t>will improve</w:t>
      </w:r>
      <w:r>
        <w:rPr>
          <w:b/>
          <w:i w:val="0"/>
          <w:smallCaps w:val="0"/>
          <w:strike w:val="0"/>
          <w:sz w:val="22"/>
          <w:u w:val="single"/>
        </w:rPr>
        <w:t xml:space="preserve"> existing </w:t>
      </w:r>
      <w:r>
        <w:rPr>
          <w:b/>
          <w:i w:val="0"/>
          <w:smallCaps w:val="0"/>
          <w:strike w:val="0"/>
          <w:sz w:val="22"/>
          <w:highlight w:val="green"/>
          <w:u w:val="single"/>
        </w:rPr>
        <w:t>applications</w:t>
      </w:r>
      <w:r>
        <w:rPr>
          <w:b w:val="0"/>
          <w:i w:val="0"/>
          <w:smallCaps w:val="0"/>
          <w:strike w:val="0"/>
          <w:sz w:val="16"/>
          <w:u w:val="none"/>
        </w:rPr>
        <w:t xml:space="preserve">, lead </w:t>
      </w:r>
      <w:r>
        <w:rPr>
          <w:b w:val="0"/>
          <w:i w:val="0"/>
          <w:smallCaps w:val="0"/>
          <w:strike w:val="0"/>
          <w:sz w:val="22"/>
          <w:u w:val="single"/>
        </w:rPr>
        <w:t>to novel use cases, and offer even greater opportunities to</w:t>
      </w:r>
      <w:r>
        <w:rPr>
          <w:b w:val="0"/>
          <w:i w:val="0"/>
          <w:smallCaps w:val="0"/>
          <w:strike w:val="0"/>
          <w:sz w:val="16"/>
          <w:u w:val="none"/>
        </w:rPr>
        <w:t xml:space="preserve"> </w:t>
      </w:r>
      <w:r>
        <w:rPr>
          <w:b w:val="0"/>
          <w:i w:val="0"/>
          <w:smallCaps w:val="0"/>
          <w:strike w:val="0"/>
          <w:sz w:val="22"/>
          <w:u w:val="single"/>
        </w:rPr>
        <w:t>keep</w:t>
      </w:r>
      <w:r>
        <w:rPr>
          <w:b w:val="0"/>
          <w:i w:val="0"/>
          <w:smallCaps w:val="0"/>
          <w:strike w:val="0"/>
          <w:sz w:val="16"/>
          <w:u w:val="none"/>
        </w:rPr>
        <w:t xml:space="preserve"> our </w:t>
      </w:r>
      <w:r>
        <w:rPr>
          <w:b w:val="0"/>
          <w:i w:val="0"/>
          <w:smallCaps w:val="0"/>
          <w:strike w:val="0"/>
          <w:sz w:val="22"/>
          <w:u w:val="single"/>
        </w:rPr>
        <w:t>citizens safe</w:t>
      </w:r>
      <w:r>
        <w:rPr>
          <w:b w:val="0"/>
          <w:i w:val="0"/>
          <w:smallCaps w:val="0"/>
          <w:strike w:val="0"/>
          <w:sz w:val="16"/>
          <w:u w:val="none"/>
        </w:rPr>
        <w:t xml:space="preserve">. </w:t>
      </w:r>
      <w:r>
        <w:rPr>
          <w:b w:val="0"/>
          <w:i w:val="0"/>
          <w:smallCaps w:val="0"/>
          <w:strike w:val="0"/>
          <w:sz w:val="22"/>
          <w:u w:val="single"/>
        </w:rPr>
        <w:t>While it's unclear whether AI will significantly affect</w:t>
      </w:r>
      <w:r>
        <w:rPr>
          <w:b w:val="0"/>
          <w:i w:val="0"/>
          <w:smallCaps w:val="0"/>
          <w:strike w:val="0"/>
          <w:sz w:val="16"/>
          <w:u w:val="none"/>
        </w:rPr>
        <w:t xml:space="preserve"> the course of </w:t>
      </w:r>
      <w:r>
        <w:rPr>
          <w:b w:val="0"/>
          <w:i w:val="0"/>
          <w:smallCaps w:val="0"/>
          <w:strike w:val="0"/>
          <w:sz w:val="22"/>
          <w:u w:val="single"/>
        </w:rPr>
        <w:t>COVID</w:t>
      </w:r>
      <w:r>
        <w:rPr>
          <w:b w:val="0"/>
          <w:i w:val="0"/>
          <w:smallCaps w:val="0"/>
          <w:strike w:val="0"/>
          <w:sz w:val="16"/>
          <w:u w:val="none"/>
        </w:rPr>
        <w:t xml:space="preserve">-19, these </w:t>
      </w:r>
      <w:r>
        <w:rPr>
          <w:b w:val="0"/>
          <w:i w:val="0"/>
          <w:smallCaps w:val="0"/>
          <w:strike w:val="0"/>
          <w:sz w:val="22"/>
          <w:u w:val="single"/>
        </w:rPr>
        <w:t>initial investigations</w:t>
      </w:r>
      <w:r>
        <w:rPr>
          <w:b w:val="0"/>
          <w:i w:val="0"/>
          <w:smallCaps w:val="0"/>
          <w:strike w:val="0"/>
          <w:sz w:val="16"/>
          <w:u w:val="none"/>
        </w:rPr>
        <w:t xml:space="preserve"> </w:t>
      </w:r>
      <w:r>
        <w:rPr>
          <w:b w:val="0"/>
          <w:i w:val="0"/>
          <w:smallCaps w:val="0"/>
          <w:strike w:val="0"/>
          <w:sz w:val="22"/>
          <w:u w:val="single"/>
        </w:rPr>
        <w:t>suggest</w:t>
      </w:r>
      <w:r>
        <w:rPr>
          <w:b w:val="0"/>
          <w:i w:val="0"/>
          <w:smallCaps w:val="0"/>
          <w:strike w:val="0"/>
          <w:sz w:val="16"/>
          <w:u w:val="none"/>
        </w:rPr>
        <w:t xml:space="preserve"> how </w:t>
      </w:r>
      <w:r>
        <w:rPr>
          <w:b/>
          <w:i w:val="0"/>
          <w:smallCaps w:val="0"/>
          <w:strike w:val="0"/>
          <w:sz w:val="22"/>
          <w:highlight w:val="green"/>
          <w:u w:val="single"/>
        </w:rPr>
        <w:t>AI can</w:t>
      </w:r>
      <w:r>
        <w:rPr>
          <w:b/>
          <w:i w:val="0"/>
          <w:smallCaps w:val="0"/>
          <w:strike w:val="0"/>
          <w:sz w:val="22"/>
          <w:u w:val="single"/>
        </w:rPr>
        <w:t xml:space="preserve"> be used to </w:t>
      </w:r>
      <w:r>
        <w:rPr>
          <w:b/>
          <w:i w:val="0"/>
          <w:smallCaps w:val="0"/>
          <w:strike w:val="0"/>
          <w:sz w:val="22"/>
          <w:highlight w:val="green"/>
          <w:u w:val="single"/>
        </w:rPr>
        <w:t>enhance pandemic preparedness and response</w:t>
      </w:r>
      <w:r>
        <w:rPr>
          <w:b/>
          <w:i w:val="0"/>
          <w:smallCaps w:val="0"/>
          <w:strike w:val="0"/>
          <w:sz w:val="22"/>
          <w:u w:val="single"/>
        </w:rPr>
        <w:t xml:space="preserve"> in the future</w:t>
      </w:r>
      <w:r>
        <w:rPr>
          <w:b w:val="0"/>
          <w:i w:val="0"/>
          <w:smallCaps w:val="0"/>
          <w:strike w:val="0"/>
          <w:sz w:val="16"/>
          <w:u w:val="none"/>
        </w:rPr>
        <w:t xml:space="preserve">. A. Situational Awareness and Disease Surveillance Understand the threat through disease modeling. AI is being employed to better understand how diseases, including COVID-19, spread and ways to fight them. </w:t>
      </w:r>
      <w:r>
        <w:rPr>
          <w:b w:val="0"/>
          <w:i w:val="0"/>
          <w:smallCaps w:val="0"/>
          <w:strike w:val="0"/>
          <w:sz w:val="22"/>
          <w:u w:val="single"/>
        </w:rPr>
        <w:t xml:space="preserve">AI </w:t>
      </w:r>
      <w:r>
        <w:rPr>
          <w:b w:val="0"/>
          <w:i w:val="0"/>
          <w:smallCaps w:val="0"/>
          <w:strike w:val="0"/>
          <w:sz w:val="22"/>
          <w:highlight w:val="green"/>
          <w:u w:val="single"/>
        </w:rPr>
        <w:t>models</w:t>
      </w:r>
      <w:r>
        <w:rPr>
          <w:b w:val="0"/>
          <w:i w:val="0"/>
          <w:smallCaps w:val="0"/>
          <w:strike w:val="0"/>
          <w:sz w:val="16"/>
          <w:u w:val="none"/>
        </w:rPr>
        <w:t xml:space="preserve"> are </w:t>
      </w:r>
      <w:r>
        <w:rPr>
          <w:b w:val="0"/>
          <w:i w:val="0"/>
          <w:smallCaps w:val="0"/>
          <w:strike w:val="0"/>
          <w:sz w:val="22"/>
          <w:highlight w:val="green"/>
          <w:u w:val="single"/>
        </w:rPr>
        <w:t>predict</w:t>
      </w:r>
      <w:r>
        <w:rPr>
          <w:b w:val="0"/>
          <w:i w:val="0"/>
          <w:smallCaps w:val="0"/>
          <w:strike w:val="0"/>
          <w:sz w:val="16"/>
          <w:u w:val="none"/>
        </w:rPr>
        <w:t xml:space="preserve">ing </w:t>
      </w:r>
      <w:r>
        <w:rPr>
          <w:b w:val="0"/>
          <w:i w:val="0"/>
          <w:smallCaps w:val="0"/>
          <w:strike w:val="0"/>
          <w:sz w:val="22"/>
          <w:u w:val="single"/>
        </w:rPr>
        <w:t xml:space="preserve">the </w:t>
      </w:r>
      <w:r>
        <w:rPr>
          <w:b w:val="0"/>
          <w:i w:val="0"/>
          <w:smallCaps w:val="0"/>
          <w:strike w:val="0"/>
          <w:sz w:val="22"/>
          <w:highlight w:val="green"/>
          <w:u w:val="single"/>
        </w:rPr>
        <w:t>structure of</w:t>
      </w:r>
      <w:r>
        <w:rPr>
          <w:b w:val="0"/>
          <w:i w:val="0"/>
          <w:smallCaps w:val="0"/>
          <w:strike w:val="0"/>
          <w:sz w:val="16"/>
          <w:u w:val="none"/>
        </w:rPr>
        <w:t xml:space="preserve"> proteins associated with </w:t>
      </w:r>
      <w:r>
        <w:rPr>
          <w:b w:val="0"/>
          <w:i w:val="0"/>
          <w:smallCaps w:val="0"/>
          <w:strike w:val="0"/>
          <w:sz w:val="22"/>
          <w:highlight w:val="green"/>
          <w:u w:val="single"/>
        </w:rPr>
        <w:t>the virus</w:t>
      </w:r>
      <w:r>
        <w:rPr>
          <w:b w:val="0"/>
          <w:i w:val="0"/>
          <w:smallCaps w:val="0"/>
          <w:strike w:val="0"/>
          <w:sz w:val="16"/>
          <w:u w:val="none"/>
        </w:rPr>
        <w:t xml:space="preserve"> and </w:t>
      </w:r>
      <w:r>
        <w:rPr>
          <w:b/>
          <w:i w:val="0"/>
          <w:smallCaps w:val="0"/>
          <w:strike w:val="0"/>
          <w:sz w:val="22"/>
          <w:highlight w:val="green"/>
          <w:u w:val="single"/>
        </w:rPr>
        <w:t>mapping</w:t>
      </w:r>
      <w:r>
        <w:rPr>
          <w:b/>
          <w:i w:val="0"/>
          <w:smallCaps w:val="0"/>
          <w:strike w:val="0"/>
          <w:sz w:val="22"/>
          <w:u w:val="single"/>
        </w:rPr>
        <w:t xml:space="preserve"> the </w:t>
      </w:r>
      <w:r>
        <w:rPr>
          <w:b/>
          <w:i w:val="0"/>
          <w:smallCaps w:val="0"/>
          <w:strike w:val="0"/>
          <w:sz w:val="22"/>
          <w:highlight w:val="green"/>
          <w:u w:val="single"/>
        </w:rPr>
        <w:t>spread of infection</w:t>
      </w:r>
      <w:r>
        <w:rPr>
          <w:b w:val="0"/>
          <w:i w:val="0"/>
          <w:smallCaps w:val="0"/>
          <w:strike w:val="0"/>
          <w:sz w:val="16"/>
          <w:u w:val="none"/>
        </w:rPr>
        <w:t xml:space="preserve">, enabling researchers to determine the mechanisms the virus 10 employs to infect humans and how they can be inhibited. Natural Language 11 </w:t>
      </w:r>
      <w:r>
        <w:rPr>
          <w:b w:val="0"/>
          <w:i w:val="0"/>
          <w:smallCaps w:val="0"/>
          <w:strike w:val="0"/>
          <w:sz w:val="22"/>
          <w:u w:val="single"/>
        </w:rPr>
        <w:t>Processing helps</w:t>
      </w:r>
      <w:r>
        <w:rPr>
          <w:b w:val="0"/>
          <w:i w:val="0"/>
          <w:smallCaps w:val="0"/>
          <w:strike w:val="0"/>
          <w:sz w:val="16"/>
          <w:u w:val="none"/>
        </w:rPr>
        <w:t xml:space="preserve"> </w:t>
      </w:r>
      <w:r>
        <w:rPr>
          <w:b w:val="0"/>
          <w:i w:val="0"/>
          <w:smallCaps w:val="0"/>
          <w:strike w:val="0"/>
          <w:sz w:val="22"/>
          <w:u w:val="single"/>
        </w:rPr>
        <w:t>researchers gain</w:t>
      </w:r>
      <w:r>
        <w:rPr>
          <w:b w:val="0"/>
          <w:i w:val="0"/>
          <w:smallCaps w:val="0"/>
          <w:strike w:val="0"/>
          <w:sz w:val="16"/>
          <w:u w:val="none"/>
        </w:rPr>
        <w:t xml:space="preserve"> faster </w:t>
      </w:r>
      <w:r>
        <w:rPr>
          <w:b w:val="0"/>
          <w:i w:val="0"/>
          <w:smallCaps w:val="0"/>
          <w:strike w:val="0"/>
          <w:sz w:val="22"/>
          <w:u w:val="single"/>
        </w:rPr>
        <w:t>understanding of COVID</w:t>
      </w:r>
      <w:r>
        <w:rPr>
          <w:b w:val="0"/>
          <w:i w:val="0"/>
          <w:smallCaps w:val="0"/>
          <w:strike w:val="0"/>
          <w:sz w:val="16"/>
          <w:u w:val="none"/>
        </w:rPr>
        <w:t xml:space="preserve">-19 </w:t>
      </w:r>
      <w:r>
        <w:rPr>
          <w:b w:val="0"/>
          <w:i w:val="0"/>
          <w:smallCaps w:val="0"/>
          <w:strike w:val="0"/>
          <w:sz w:val="22"/>
          <w:u w:val="single"/>
        </w:rPr>
        <w:t xml:space="preserve">by </w:t>
      </w:r>
      <w:r>
        <w:rPr>
          <w:b w:val="0"/>
          <w:i w:val="0"/>
          <w:smallCaps w:val="0"/>
          <w:strike w:val="0"/>
          <w:sz w:val="22"/>
          <w:highlight w:val="green"/>
          <w:u w:val="single"/>
        </w:rPr>
        <w:t>combing</w:t>
      </w:r>
      <w:r>
        <w:rPr>
          <w:b w:val="0"/>
          <w:i w:val="0"/>
          <w:smallCaps w:val="0"/>
          <w:strike w:val="0"/>
          <w:sz w:val="16"/>
          <w:highlight w:val="green"/>
          <w:u w:val="none"/>
        </w:rPr>
        <w:t xml:space="preserve"> </w:t>
      </w:r>
      <w:r>
        <w:rPr>
          <w:b w:val="0"/>
          <w:i w:val="0"/>
          <w:smallCaps w:val="0"/>
          <w:strike w:val="0"/>
          <w:sz w:val="22"/>
          <w:highlight w:val="green"/>
          <w:u w:val="single"/>
        </w:rPr>
        <w:t>through</w:t>
      </w:r>
      <w:r>
        <w:rPr>
          <w:b w:val="0"/>
          <w:i w:val="0"/>
          <w:smallCaps w:val="0"/>
          <w:strike w:val="0"/>
          <w:sz w:val="16"/>
          <w:highlight w:val="green"/>
          <w:u w:val="none"/>
        </w:rPr>
        <w:t xml:space="preserve"> </w:t>
      </w:r>
      <w:r>
        <w:rPr>
          <w:b/>
          <w:i w:val="0"/>
          <w:smallCaps w:val="0"/>
          <w:strike w:val="0"/>
          <w:sz w:val="22"/>
          <w:highlight w:val="green"/>
          <w:u w:val="single"/>
        </w:rPr>
        <w:t xml:space="preserve">vast </w:t>
      </w:r>
      <w:r>
        <w:rPr>
          <w:b/>
          <w:i w:val="0"/>
          <w:smallCaps w:val="0"/>
          <w:strike w:val="0"/>
          <w:sz w:val="22"/>
          <w:u w:val="single"/>
        </w:rPr>
        <w:t>amounts of</w:t>
      </w:r>
      <w:r>
        <w:rPr>
          <w:b/>
          <w:i w:val="0"/>
          <w:smallCaps w:val="0"/>
          <w:strike w:val="0"/>
          <w:sz w:val="22"/>
          <w:u w:val="single"/>
        </w:rPr>
        <w:t xml:space="preserve"> medical </w:t>
      </w:r>
      <w:r>
        <w:rPr>
          <w:b/>
          <w:i w:val="0"/>
          <w:smallCaps w:val="0"/>
          <w:strike w:val="0"/>
          <w:sz w:val="22"/>
          <w:highlight w:val="green"/>
          <w:u w:val="single"/>
        </w:rPr>
        <w:t>research</w:t>
      </w:r>
      <w:r>
        <w:rPr>
          <w:b w:val="0"/>
          <w:i w:val="0"/>
          <w:smallCaps w:val="0"/>
          <w:strike w:val="0"/>
          <w:sz w:val="16"/>
          <w:u w:val="none"/>
        </w:rPr>
        <w:t xml:space="preserve"> literature to find answers and build on the work of other experts. In the future, </w:t>
      </w:r>
      <w:r>
        <w:rPr>
          <w:b w:val="0"/>
          <w:i w:val="0"/>
          <w:smallCaps w:val="0"/>
          <w:strike w:val="0"/>
          <w:sz w:val="22"/>
          <w:u w:val="single"/>
        </w:rPr>
        <w:t>the application of AI</w:t>
      </w:r>
      <w:r>
        <w:rPr>
          <w:b w:val="0"/>
          <w:i w:val="0"/>
          <w:smallCaps w:val="0"/>
          <w:strike w:val="0"/>
          <w:sz w:val="16"/>
          <w:u w:val="none"/>
        </w:rPr>
        <w:t xml:space="preserve"> to virology </w:t>
      </w:r>
      <w:r>
        <w:rPr>
          <w:b w:val="0"/>
          <w:i w:val="0"/>
          <w:smallCaps w:val="0"/>
          <w:strike w:val="0"/>
          <w:sz w:val="22"/>
          <w:u w:val="single"/>
        </w:rPr>
        <w:t>could</w:t>
      </w:r>
      <w:r>
        <w:rPr>
          <w:b w:val="0"/>
          <w:i w:val="0"/>
          <w:smallCaps w:val="0"/>
          <w:strike w:val="0"/>
          <w:sz w:val="16"/>
          <w:u w:val="none"/>
        </w:rPr>
        <w:t xml:space="preserve"> 12 </w:t>
      </w:r>
      <w:r>
        <w:rPr>
          <w:b/>
          <w:i w:val="0"/>
          <w:smallCaps w:val="0"/>
          <w:strike w:val="0"/>
          <w:sz w:val="22"/>
          <w:u w:val="single"/>
        </w:rPr>
        <w:t xml:space="preserve">dramatically </w:t>
      </w:r>
      <w:r>
        <w:rPr>
          <w:b/>
          <w:i w:val="0"/>
          <w:smallCaps w:val="0"/>
          <w:strike w:val="0"/>
          <w:sz w:val="22"/>
          <w:highlight w:val="green"/>
          <w:u w:val="single"/>
        </w:rPr>
        <w:t>expedite</w:t>
      </w:r>
      <w:r>
        <w:rPr>
          <w:b/>
          <w:i w:val="0"/>
          <w:smallCaps w:val="0"/>
          <w:strike w:val="0"/>
          <w:sz w:val="22"/>
          <w:u w:val="single"/>
        </w:rPr>
        <w:t xml:space="preserve"> our </w:t>
      </w:r>
      <w:r>
        <w:rPr>
          <w:b/>
          <w:i w:val="0"/>
          <w:smallCaps w:val="0"/>
          <w:strike w:val="0"/>
          <w:sz w:val="22"/>
          <w:highlight w:val="green"/>
          <w:u w:val="single"/>
        </w:rPr>
        <w:t>ability to</w:t>
      </w:r>
      <w:r>
        <w:rPr>
          <w:b w:val="0"/>
          <w:i w:val="0"/>
          <w:smallCaps w:val="0"/>
          <w:strike w:val="0"/>
          <w:sz w:val="16"/>
          <w:u w:val="none"/>
        </w:rPr>
        <w:t xml:space="preserve"> understand and </w:t>
      </w:r>
      <w:r>
        <w:rPr>
          <w:b/>
          <w:i w:val="0"/>
          <w:smallCaps w:val="0"/>
          <w:strike w:val="0"/>
          <w:sz w:val="22"/>
          <w:highlight w:val="green"/>
          <w:u w:val="single"/>
        </w:rPr>
        <w:t>combat emerging</w:t>
      </w:r>
      <w:r>
        <w:rPr>
          <w:b w:val="0"/>
          <w:i w:val="0"/>
          <w:smallCaps w:val="0"/>
          <w:strike w:val="0"/>
          <w:sz w:val="16"/>
          <w:u w:val="none"/>
        </w:rPr>
        <w:t xml:space="preserve"> viral </w:t>
      </w:r>
      <w:r>
        <w:rPr>
          <w:b/>
          <w:i w:val="0"/>
          <w:smallCaps w:val="0"/>
          <w:strike w:val="0"/>
          <w:sz w:val="22"/>
          <w:highlight w:val="green"/>
          <w:u w:val="single"/>
        </w:rPr>
        <w:t>threats</w:t>
      </w:r>
      <w:r>
        <w:rPr>
          <w:b w:val="0"/>
          <w:i w:val="0"/>
          <w:smallCaps w:val="0"/>
          <w:strike w:val="0"/>
          <w:sz w:val="16"/>
          <w:highlight w:val="green"/>
          <w:u w:val="none"/>
        </w:rPr>
        <w:t>.</w:t>
      </w:r>
      <w:r>
        <w:rPr>
          <w:b w:val="0"/>
          <w:i w:val="0"/>
          <w:smallCaps w:val="0"/>
          <w:strike w:val="0"/>
          <w:sz w:val="16"/>
          <w:u w:val="none"/>
        </w:rPr>
        <w:t xml:space="preserve"> </w:t>
      </w:r>
      <w:r>
        <w:rPr>
          <w:b w:val="0"/>
          <w:i w:val="0"/>
          <w:smallCaps w:val="0"/>
          <w:strike w:val="0"/>
          <w:sz w:val="22"/>
          <w:u w:val="single"/>
        </w:rPr>
        <w:t>Enable</w:t>
      </w:r>
      <w:r>
        <w:rPr>
          <w:b w:val="0"/>
          <w:i w:val="0"/>
          <w:smallCaps w:val="0"/>
          <w:strike w:val="0"/>
          <w:sz w:val="16"/>
          <w:u w:val="none"/>
        </w:rPr>
        <w:t xml:space="preserve"> early </w:t>
      </w:r>
      <w:r>
        <w:rPr>
          <w:b w:val="0"/>
          <w:i w:val="0"/>
          <w:smallCaps w:val="0"/>
          <w:strike w:val="0"/>
          <w:sz w:val="22"/>
          <w:highlight w:val="green"/>
          <w:u w:val="single"/>
        </w:rPr>
        <w:t>outbreak detection</w:t>
      </w:r>
      <w:r>
        <w:rPr>
          <w:b w:val="0"/>
          <w:i w:val="0"/>
          <w:smallCaps w:val="0"/>
          <w:strike w:val="0"/>
          <w:sz w:val="16"/>
          <w:u w:val="none"/>
        </w:rPr>
        <w:t xml:space="preserve"> and real-time disease surveillance. </w:t>
      </w:r>
      <w:r>
        <w:rPr>
          <w:b w:val="0"/>
          <w:i w:val="0"/>
          <w:smallCaps w:val="0"/>
          <w:strike w:val="0"/>
          <w:sz w:val="22"/>
          <w:u w:val="single"/>
        </w:rPr>
        <w:t>AI</w:t>
      </w:r>
      <w:r>
        <w:rPr>
          <w:b w:val="0"/>
          <w:i w:val="0"/>
          <w:smallCaps w:val="0"/>
          <w:strike w:val="0"/>
          <w:sz w:val="16"/>
          <w:u w:val="none"/>
        </w:rPr>
        <w:t xml:space="preserve"> </w:t>
      </w:r>
      <w:r>
        <w:rPr>
          <w:b w:val="0"/>
          <w:i w:val="0"/>
          <w:smallCaps w:val="0"/>
          <w:strike w:val="0"/>
          <w:sz w:val="22"/>
          <w:u w:val="single"/>
        </w:rPr>
        <w:t>is</w:t>
      </w:r>
      <w:r>
        <w:rPr>
          <w:b w:val="0"/>
          <w:i w:val="0"/>
          <w:smallCaps w:val="0"/>
          <w:strike w:val="0"/>
          <w:sz w:val="16"/>
          <w:u w:val="none"/>
        </w:rPr>
        <w:t xml:space="preserve"> currently being </w:t>
      </w:r>
      <w:r>
        <w:rPr>
          <w:b w:val="0"/>
          <w:i w:val="0"/>
          <w:smallCaps w:val="0"/>
          <w:strike w:val="0"/>
          <w:sz w:val="22"/>
          <w:u w:val="single"/>
        </w:rPr>
        <w:t>used</w:t>
      </w:r>
      <w:r>
        <w:rPr>
          <w:b w:val="0"/>
          <w:i w:val="0"/>
          <w:smallCaps w:val="0"/>
          <w:strike w:val="0"/>
          <w:sz w:val="16"/>
          <w:u w:val="none"/>
        </w:rPr>
        <w:t xml:space="preserve"> </w:t>
      </w:r>
      <w:r>
        <w:rPr>
          <w:b w:val="0"/>
          <w:i w:val="0"/>
          <w:smallCaps w:val="0"/>
          <w:strike w:val="0"/>
          <w:sz w:val="22"/>
          <w:u w:val="single"/>
        </w:rPr>
        <w:t>to ingest</w:t>
      </w:r>
      <w:r>
        <w:rPr>
          <w:b w:val="0"/>
          <w:i w:val="0"/>
          <w:smallCaps w:val="0"/>
          <w:strike w:val="0"/>
          <w:sz w:val="16"/>
          <w:u w:val="none"/>
        </w:rPr>
        <w:t xml:space="preserve"> and fuse near real-time </w:t>
      </w:r>
      <w:r>
        <w:rPr>
          <w:b w:val="0"/>
          <w:i w:val="0"/>
          <w:smallCaps w:val="0"/>
          <w:strike w:val="0"/>
          <w:sz w:val="22"/>
          <w:u w:val="single"/>
        </w:rPr>
        <w:t>data from</w:t>
      </w:r>
      <w:r>
        <w:rPr>
          <w:b w:val="0"/>
          <w:i w:val="0"/>
          <w:smallCaps w:val="0"/>
          <w:strike w:val="0"/>
          <w:sz w:val="16"/>
          <w:u w:val="none"/>
        </w:rPr>
        <w:t xml:space="preserve"> varied sources––including </w:t>
      </w:r>
      <w:r>
        <w:rPr>
          <w:b w:val="0"/>
          <w:i w:val="0"/>
          <w:smallCaps w:val="0"/>
          <w:strike w:val="0"/>
          <w:sz w:val="22"/>
          <w:u w:val="single"/>
        </w:rPr>
        <w:t>news</w:t>
      </w:r>
      <w:r>
        <w:rPr>
          <w:b w:val="0"/>
          <w:i w:val="0"/>
          <w:smallCaps w:val="0"/>
          <w:strike w:val="0"/>
          <w:sz w:val="16"/>
          <w:u w:val="none"/>
        </w:rPr>
        <w:t xml:space="preserve"> feeds, </w:t>
      </w:r>
      <w:r>
        <w:rPr>
          <w:b w:val="0"/>
          <w:i w:val="0"/>
          <w:smallCaps w:val="0"/>
          <w:strike w:val="0"/>
          <w:sz w:val="22"/>
          <w:u w:val="single"/>
        </w:rPr>
        <w:t>social media</w:t>
      </w:r>
      <w:r>
        <w:rPr>
          <w:b w:val="0"/>
          <w:i w:val="0"/>
          <w:smallCaps w:val="0"/>
          <w:strike w:val="0"/>
          <w:sz w:val="16"/>
          <w:u w:val="none"/>
        </w:rPr>
        <w:t xml:space="preserve">, public </w:t>
      </w:r>
      <w:r>
        <w:rPr>
          <w:b w:val="0"/>
          <w:i w:val="0"/>
          <w:smallCaps w:val="0"/>
          <w:strike w:val="0"/>
          <w:sz w:val="22"/>
          <w:u w:val="single"/>
        </w:rPr>
        <w:t>health data</w:t>
      </w:r>
      <w:r>
        <w:rPr>
          <w:b w:val="0"/>
          <w:i w:val="0"/>
          <w:smallCaps w:val="0"/>
          <w:strike w:val="0"/>
          <w:sz w:val="16"/>
          <w:u w:val="none"/>
        </w:rPr>
        <w:t>, clinical health data, and digital health tools––</w:t>
      </w:r>
      <w:r>
        <w:rPr>
          <w:b/>
          <w:i w:val="0"/>
          <w:smallCaps w:val="0"/>
          <w:strike w:val="0"/>
          <w:sz w:val="22"/>
          <w:u w:val="single"/>
        </w:rPr>
        <w:t>to monitor for outbreaks</w:t>
      </w:r>
      <w:r>
        <w:rPr>
          <w:b w:val="0"/>
          <w:i w:val="0"/>
          <w:smallCaps w:val="0"/>
          <w:strike w:val="0"/>
          <w:sz w:val="16"/>
          <w:u w:val="none"/>
        </w:rPr>
        <w:t xml:space="preserve">, gauge new hot spots, and measure the progress and severity of the virus. Canadian company </w:t>
      </w:r>
      <w:r>
        <w:rPr>
          <w:b w:val="0"/>
          <w:i w:val="0"/>
          <w:smallCaps w:val="0"/>
          <w:strike w:val="0"/>
          <w:sz w:val="16"/>
          <w:u w:val="none"/>
        </w:rPr>
        <w:t>BlueDot</w:t>
      </w:r>
      <w:r>
        <w:rPr>
          <w:b w:val="0"/>
          <w:i w:val="0"/>
          <w:smallCaps w:val="0"/>
          <w:strike w:val="0"/>
          <w:sz w:val="16"/>
          <w:u w:val="none"/>
        </w:rPr>
        <w:t xml:space="preserve"> used an AI-driven tool to detect the COVID-19 13 outbreak in Wuhan, China, doing so before widespread recognition of the disease’s emergence. Boston-based enterprise AI provider </w:t>
      </w:r>
      <w:r>
        <w:rPr>
          <w:b w:val="0"/>
          <w:i w:val="0"/>
          <w:smallCaps w:val="0"/>
          <w:strike w:val="0"/>
          <w:sz w:val="16"/>
          <w:u w:val="none"/>
        </w:rPr>
        <w:t>DataRobot</w:t>
      </w:r>
      <w:r>
        <w:rPr>
          <w:b w:val="0"/>
          <w:i w:val="0"/>
          <w:smallCaps w:val="0"/>
          <w:strike w:val="0"/>
          <w:sz w:val="16"/>
          <w:u w:val="none"/>
        </w:rPr>
        <w:t xml:space="preserve"> has </w:t>
      </w:r>
      <w:r>
        <w:rPr>
          <w:b w:val="0"/>
          <w:i w:val="0"/>
          <w:smallCaps w:val="0"/>
          <w:strike w:val="0"/>
          <w:sz w:val="16"/>
          <w:u w:val="none"/>
        </w:rPr>
        <w:t>builtAI</w:t>
      </w:r>
      <w:r>
        <w:rPr>
          <w:b w:val="0"/>
          <w:i w:val="0"/>
          <w:smallCaps w:val="0"/>
          <w:strike w:val="0"/>
          <w:sz w:val="16"/>
          <w:u w:val="none"/>
        </w:rPr>
        <w:t xml:space="preserve">-based models that predict COVID-19 spread down to the county level, creating a tool that can help inform local policy decisions. </w:t>
      </w:r>
      <w:r>
        <w:rPr>
          <w:b w:val="0"/>
          <w:i w:val="0"/>
          <w:smallCaps w:val="0"/>
          <w:strike w:val="0"/>
          <w:sz w:val="22"/>
          <w:u w:val="single"/>
        </w:rPr>
        <w:t>AI</w:t>
      </w:r>
      <w:r>
        <w:rPr>
          <w:b w:val="0"/>
          <w:i w:val="0"/>
          <w:smallCaps w:val="0"/>
          <w:strike w:val="0"/>
          <w:sz w:val="16"/>
          <w:u w:val="none"/>
        </w:rPr>
        <w:t xml:space="preserve">-driven </w:t>
      </w:r>
      <w:r>
        <w:rPr>
          <w:b w:val="0"/>
          <w:i w:val="0"/>
          <w:smallCaps w:val="0"/>
          <w:strike w:val="0"/>
          <w:sz w:val="22"/>
          <w:u w:val="single"/>
        </w:rPr>
        <w:t>platforms</w:t>
      </w:r>
      <w:r>
        <w:rPr>
          <w:b w:val="0"/>
          <w:i w:val="0"/>
          <w:smallCaps w:val="0"/>
          <w:strike w:val="0"/>
          <w:sz w:val="16"/>
          <w:u w:val="none"/>
        </w:rPr>
        <w:t xml:space="preserve"> </w:t>
      </w:r>
      <w:r>
        <w:rPr>
          <w:b w:val="0"/>
          <w:i w:val="0"/>
          <w:smallCaps w:val="0"/>
          <w:strike w:val="0"/>
          <w:sz w:val="22"/>
          <w:u w:val="single"/>
        </w:rPr>
        <w:t>will</w:t>
      </w:r>
      <w:r>
        <w:rPr>
          <w:b w:val="0"/>
          <w:i w:val="0"/>
          <w:smallCaps w:val="0"/>
          <w:strike w:val="0"/>
          <w:sz w:val="16"/>
          <w:u w:val="none"/>
        </w:rPr>
        <w:t xml:space="preserve"> </w:t>
      </w:r>
      <w:r>
        <w:rPr>
          <w:b w:val="0"/>
          <w:i w:val="0"/>
          <w:smallCaps w:val="0"/>
          <w:strike w:val="0"/>
          <w:sz w:val="22"/>
          <w:u w:val="single"/>
        </w:rPr>
        <w:t>be</w:t>
      </w:r>
      <w:r>
        <w:rPr>
          <w:b w:val="0"/>
          <w:i w:val="0"/>
          <w:smallCaps w:val="0"/>
          <w:strike w:val="0"/>
          <w:sz w:val="16"/>
          <w:u w:val="none"/>
        </w:rPr>
        <w:t xml:space="preserve"> 15 </w:t>
      </w:r>
      <w:r>
        <w:rPr>
          <w:b/>
          <w:i w:val="0"/>
          <w:smallCaps w:val="0"/>
          <w:strike w:val="0"/>
          <w:sz w:val="22"/>
          <w:u w:val="single"/>
        </w:rPr>
        <w:t xml:space="preserve">increasingly </w:t>
      </w:r>
      <w:r>
        <w:rPr>
          <w:b/>
          <w:i w:val="0"/>
          <w:smallCaps w:val="0"/>
          <w:strike w:val="0"/>
          <w:sz w:val="22"/>
          <w:highlight w:val="green"/>
          <w:u w:val="single"/>
        </w:rPr>
        <w:t xml:space="preserve">capable of </w:t>
      </w:r>
      <w:r>
        <w:rPr>
          <w:b/>
          <w:i w:val="0"/>
          <w:smallCaps w:val="0"/>
          <w:strike w:val="0"/>
          <w:sz w:val="22"/>
          <w:u w:val="single"/>
        </w:rPr>
        <w:t>universal</w:t>
      </w:r>
      <w:r>
        <w:rPr>
          <w:b/>
          <w:i w:val="0"/>
          <w:smallCaps w:val="0"/>
          <w:strike w:val="0"/>
          <w:sz w:val="22"/>
          <w:u w:val="single"/>
        </w:rPr>
        <w:t xml:space="preserve"> </w:t>
      </w:r>
      <w:r>
        <w:rPr>
          <w:b/>
          <w:i w:val="0"/>
          <w:smallCaps w:val="0"/>
          <w:strike w:val="0"/>
          <w:sz w:val="22"/>
          <w:highlight w:val="green"/>
          <w:u w:val="single"/>
        </w:rPr>
        <w:t>data ingestion</w:t>
      </w:r>
      <w:r>
        <w:rPr>
          <w:b w:val="0"/>
          <w:i w:val="0"/>
          <w:smallCaps w:val="0"/>
          <w:strike w:val="0"/>
          <w:sz w:val="16"/>
          <w:u w:val="none"/>
        </w:rPr>
        <w:t xml:space="preserve"> of unstructured multi-domain data sources. These </w:t>
      </w:r>
      <w:r>
        <w:rPr>
          <w:b w:val="0"/>
          <w:i w:val="0"/>
          <w:smallCaps w:val="0"/>
          <w:strike w:val="0"/>
          <w:sz w:val="22"/>
          <w:u w:val="single"/>
        </w:rPr>
        <w:t>platforms</w:t>
      </w:r>
      <w:r>
        <w:rPr>
          <w:b w:val="0"/>
          <w:i w:val="0"/>
          <w:smallCaps w:val="0"/>
          <w:strike w:val="0"/>
          <w:sz w:val="16"/>
          <w:u w:val="none"/>
        </w:rPr>
        <w:t xml:space="preserve"> will </w:t>
      </w:r>
      <w:r>
        <w:rPr>
          <w:b w:val="0"/>
          <w:i w:val="0"/>
          <w:smallCaps w:val="0"/>
          <w:strike w:val="0"/>
          <w:sz w:val="22"/>
          <w:u w:val="single"/>
        </w:rPr>
        <w:t>provide leaders and public health officials with tailored alerts</w:t>
      </w:r>
      <w:r>
        <w:rPr>
          <w:b w:val="0"/>
          <w:i w:val="0"/>
          <w:smallCaps w:val="0"/>
          <w:strike w:val="0"/>
          <w:sz w:val="16"/>
          <w:u w:val="none"/>
        </w:rPr>
        <w:t xml:space="preserve"> and real-time situational awareness of emerging threats. </w:t>
      </w:r>
      <w:r>
        <w:rPr>
          <w:b/>
          <w:i w:val="0"/>
          <w:smallCaps w:val="0"/>
          <w:strike w:val="0"/>
          <w:sz w:val="22"/>
          <w:highlight w:val="green"/>
          <w:u w:val="single"/>
        </w:rPr>
        <w:t>Monitor and prevent</w:t>
      </w:r>
      <w:r>
        <w:rPr>
          <w:b/>
          <w:i w:val="0"/>
          <w:smallCaps w:val="0"/>
          <w:strike w:val="0"/>
          <w:sz w:val="22"/>
          <w:u w:val="single"/>
        </w:rPr>
        <w:t xml:space="preserve"> </w:t>
      </w:r>
      <w:r>
        <w:rPr>
          <w:b/>
          <w:i w:val="0"/>
          <w:smallCaps w:val="0"/>
          <w:strike w:val="0"/>
          <w:sz w:val="22"/>
          <w:highlight w:val="green"/>
          <w:u w:val="single"/>
        </w:rPr>
        <w:t>zoonotic spillovers</w:t>
      </w:r>
      <w:r>
        <w:rPr>
          <w:b w:val="0"/>
          <w:i w:val="0"/>
          <w:smallCaps w:val="0"/>
          <w:strike w:val="0"/>
          <w:sz w:val="16"/>
          <w:highlight w:val="green"/>
          <w:u w:val="none"/>
        </w:rPr>
        <w:t xml:space="preserve">. </w:t>
      </w:r>
      <w:r>
        <w:rPr>
          <w:b w:val="0"/>
          <w:i w:val="0"/>
          <w:smallCaps w:val="0"/>
          <w:strike w:val="0"/>
          <w:sz w:val="22"/>
          <w:u w:val="single"/>
        </w:rPr>
        <w:t>AI</w:t>
      </w:r>
      <w:r>
        <w:rPr>
          <w:b w:val="0"/>
          <w:i w:val="0"/>
          <w:smallCaps w:val="0"/>
          <w:strike w:val="0"/>
          <w:sz w:val="16"/>
          <w:u w:val="none"/>
        </w:rPr>
        <w:t xml:space="preserve">-enabled </w:t>
      </w:r>
      <w:r>
        <w:rPr>
          <w:b w:val="0"/>
          <w:i w:val="0"/>
          <w:smallCaps w:val="0"/>
          <w:strike w:val="0"/>
          <w:sz w:val="22"/>
          <w:highlight w:val="green"/>
          <w:u w:val="single"/>
        </w:rPr>
        <w:t>predictive</w:t>
      </w:r>
      <w:r>
        <w:rPr>
          <w:b w:val="0"/>
          <w:i w:val="0"/>
          <w:smallCaps w:val="0"/>
          <w:strike w:val="0"/>
          <w:sz w:val="16"/>
          <w:highlight w:val="green"/>
          <w:u w:val="none"/>
        </w:rPr>
        <w:t xml:space="preserve"> </w:t>
      </w:r>
      <w:r>
        <w:rPr>
          <w:b w:val="0"/>
          <w:i w:val="0"/>
          <w:smallCaps w:val="0"/>
          <w:strike w:val="0"/>
          <w:sz w:val="22"/>
          <w:highlight w:val="green"/>
          <w:u w:val="single"/>
        </w:rPr>
        <w:t>tools</w:t>
      </w:r>
      <w:r>
        <w:rPr>
          <w:b w:val="0"/>
          <w:i w:val="0"/>
          <w:smallCaps w:val="0"/>
          <w:strike w:val="0"/>
          <w:sz w:val="16"/>
          <w:highlight w:val="green"/>
          <w:u w:val="none"/>
        </w:rPr>
        <w:t xml:space="preserve"> </w:t>
      </w:r>
      <w:r>
        <w:rPr>
          <w:b w:val="0"/>
          <w:i w:val="0"/>
          <w:smallCaps w:val="0"/>
          <w:strike w:val="0"/>
          <w:sz w:val="16"/>
          <w:u w:val="none"/>
        </w:rPr>
        <w:t xml:space="preserve">can help </w:t>
      </w:r>
      <w:r>
        <w:rPr>
          <w:b/>
          <w:i w:val="0"/>
          <w:smallCaps w:val="0"/>
          <w:strike w:val="0"/>
          <w:sz w:val="22"/>
          <w:u w:val="single"/>
        </w:rPr>
        <w:t>monitor for zoonotic spillovers</w:t>
      </w:r>
      <w:r>
        <w:rPr>
          <w:b w:val="0"/>
          <w:i w:val="0"/>
          <w:smallCaps w:val="0"/>
          <w:strike w:val="0"/>
          <w:sz w:val="16"/>
          <w:u w:val="none"/>
        </w:rPr>
        <w:t xml:space="preserve">, </w:t>
      </w:r>
      <w:r>
        <w:rPr>
          <w:b w:val="0"/>
          <w:i w:val="0"/>
          <w:smallCaps w:val="0"/>
          <w:strike w:val="0"/>
          <w:sz w:val="22"/>
          <w:highlight w:val="green"/>
          <w:u w:val="single"/>
        </w:rPr>
        <w:t>identify at-risk</w:t>
      </w:r>
      <w:r>
        <w:rPr>
          <w:b w:val="0"/>
          <w:i w:val="0"/>
          <w:smallCaps w:val="0"/>
          <w:strike w:val="0"/>
          <w:sz w:val="16"/>
          <w:u w:val="none"/>
        </w:rPr>
        <w:t xml:space="preserve"> environmental </w:t>
      </w:r>
      <w:r>
        <w:rPr>
          <w:b w:val="0"/>
          <w:i w:val="0"/>
          <w:smallCaps w:val="0"/>
          <w:strike w:val="0"/>
          <w:sz w:val="22"/>
          <w:highlight w:val="green"/>
          <w:u w:val="single"/>
        </w:rPr>
        <w:t>areas</w:t>
      </w:r>
      <w:r>
        <w:rPr>
          <w:b w:val="0"/>
          <w:i w:val="0"/>
          <w:smallCaps w:val="0"/>
          <w:strike w:val="0"/>
          <w:sz w:val="16"/>
          <w:u w:val="none"/>
        </w:rPr>
        <w:t xml:space="preserve"> and inform where, 16 when, </w:t>
      </w:r>
      <w:r>
        <w:rPr>
          <w:b w:val="0"/>
          <w:i w:val="0"/>
          <w:smallCaps w:val="0"/>
          <w:strike w:val="0"/>
          <w:sz w:val="22"/>
          <w:highlight w:val="green"/>
          <w:u w:val="single"/>
        </w:rPr>
        <w:t>and</w:t>
      </w:r>
      <w:r>
        <w:rPr>
          <w:b w:val="0"/>
          <w:i w:val="0"/>
          <w:smallCaps w:val="0"/>
          <w:strike w:val="0"/>
          <w:sz w:val="22"/>
          <w:u w:val="single"/>
        </w:rPr>
        <w:t xml:space="preserve"> </w:t>
      </w:r>
      <w:r>
        <w:rPr>
          <w:b w:val="0"/>
          <w:i w:val="0"/>
          <w:smallCaps w:val="0"/>
          <w:strike w:val="0"/>
          <w:sz w:val="22"/>
          <w:highlight w:val="green"/>
          <w:u w:val="single"/>
        </w:rPr>
        <w:t>what data to collect</w:t>
      </w:r>
      <w:r>
        <w:rPr>
          <w:b w:val="0"/>
          <w:i w:val="0"/>
          <w:smallCaps w:val="0"/>
          <w:strike w:val="0"/>
          <w:sz w:val="16"/>
          <w:u w:val="none"/>
        </w:rPr>
        <w:t>;</w:t>
      </w:r>
      <w:r>
        <w:rPr>
          <w:b w:val="0"/>
          <w:i w:val="0"/>
          <w:smallCaps w:val="0"/>
          <w:strike w:val="0"/>
          <w:sz w:val="16"/>
          <w:u w:val="none"/>
        </w:rPr>
        <w:t xml:space="preserve"> thereby contributing to both research and critical early warning systems. AI has been used to identify new species of virus, as well as animal 17 species that may carry pathogens that could jump to humans. Today’s AI capabilities 18 can already be used to sift through molecular, epidemiological, ecological, and climate data to identify vulnerabilities for such zoonotic spillovers. </w:t>
      </w:r>
      <w:r>
        <w:rPr>
          <w:b w:val="0"/>
          <w:i w:val="0"/>
          <w:smallCaps w:val="0"/>
          <w:strike w:val="0"/>
          <w:sz w:val="22"/>
          <w:u w:val="single"/>
        </w:rPr>
        <w:t>As more data is generated</w:t>
      </w:r>
      <w:r>
        <w:rPr>
          <w:b w:val="0"/>
          <w:i w:val="0"/>
          <w:smallCaps w:val="0"/>
          <w:strike w:val="0"/>
          <w:sz w:val="16"/>
          <w:u w:val="none"/>
        </w:rPr>
        <w:t xml:space="preserve"> 19 through this work </w:t>
      </w:r>
      <w:r>
        <w:rPr>
          <w:b w:val="0"/>
          <w:i w:val="0"/>
          <w:smallCaps w:val="0"/>
          <w:strike w:val="0"/>
          <w:sz w:val="22"/>
          <w:u w:val="single"/>
        </w:rPr>
        <w:t>and as the technology progresses</w:t>
      </w:r>
      <w:r>
        <w:rPr>
          <w:b w:val="0"/>
          <w:i w:val="0"/>
          <w:smallCaps w:val="0"/>
          <w:strike w:val="0"/>
          <w:sz w:val="16"/>
          <w:u w:val="none"/>
        </w:rPr>
        <w:t xml:space="preserve"> for merging multi-source data and models, </w:t>
      </w:r>
      <w:r>
        <w:rPr>
          <w:b w:val="0"/>
          <w:i w:val="0"/>
          <w:smallCaps w:val="0"/>
          <w:strike w:val="0"/>
          <w:sz w:val="22"/>
          <w:u w:val="single"/>
        </w:rPr>
        <w:t xml:space="preserve">zoonotic </w:t>
      </w:r>
      <w:r>
        <w:rPr>
          <w:b w:val="0"/>
          <w:i w:val="0"/>
          <w:smallCaps w:val="0"/>
          <w:strike w:val="0"/>
          <w:sz w:val="22"/>
          <w:highlight w:val="green"/>
          <w:u w:val="single"/>
        </w:rPr>
        <w:t>warning systems</w:t>
      </w:r>
      <w:r>
        <w:rPr>
          <w:b w:val="0"/>
          <w:i w:val="0"/>
          <w:smallCaps w:val="0"/>
          <w:strike w:val="0"/>
          <w:sz w:val="22"/>
          <w:u w:val="single"/>
        </w:rPr>
        <w:t xml:space="preserve"> could </w:t>
      </w:r>
      <w:r>
        <w:rPr>
          <w:b w:val="0"/>
          <w:i w:val="0"/>
          <w:smallCaps w:val="0"/>
          <w:strike w:val="0"/>
          <w:sz w:val="22"/>
          <w:highlight w:val="green"/>
          <w:u w:val="single"/>
        </w:rPr>
        <w:t>combine with</w:t>
      </w:r>
      <w:r>
        <w:rPr>
          <w:b w:val="0"/>
          <w:i w:val="0"/>
          <w:smallCaps w:val="0"/>
          <w:strike w:val="0"/>
          <w:sz w:val="16"/>
          <w:u w:val="none"/>
        </w:rPr>
        <w:t xml:space="preserve"> the </w:t>
      </w:r>
      <w:r>
        <w:rPr>
          <w:b w:val="0"/>
          <w:i w:val="0"/>
          <w:smallCaps w:val="0"/>
          <w:strike w:val="0"/>
          <w:sz w:val="22"/>
          <w:highlight w:val="green"/>
          <w:u w:val="single"/>
        </w:rPr>
        <w:t>outbreak detection</w:t>
      </w:r>
      <w:r>
        <w:rPr>
          <w:b w:val="0"/>
          <w:i w:val="0"/>
          <w:smallCaps w:val="0"/>
          <w:strike w:val="0"/>
          <w:sz w:val="16"/>
          <w:u w:val="none"/>
        </w:rPr>
        <w:t xml:space="preserve"> platforms described above </w:t>
      </w:r>
      <w:r>
        <w:rPr>
          <w:b w:val="0"/>
          <w:i w:val="0"/>
          <w:smallCaps w:val="0"/>
          <w:strike w:val="0"/>
          <w:sz w:val="22"/>
          <w:highlight w:val="green"/>
          <w:u w:val="single"/>
        </w:rPr>
        <w:t>for earlier</w:t>
      </w:r>
      <w:r>
        <w:rPr>
          <w:b w:val="0"/>
          <w:i w:val="0"/>
          <w:smallCaps w:val="0"/>
          <w:strike w:val="0"/>
          <w:sz w:val="22"/>
          <w:u w:val="single"/>
        </w:rPr>
        <w:t xml:space="preserve"> and </w:t>
      </w:r>
      <w:r>
        <w:rPr>
          <w:b w:val="0"/>
          <w:i w:val="0"/>
          <w:smallCaps w:val="0"/>
          <w:strike w:val="0"/>
          <w:sz w:val="22"/>
          <w:highlight w:val="green"/>
          <w:u w:val="single"/>
        </w:rPr>
        <w:t>more accurate</w:t>
      </w:r>
      <w:r>
        <w:rPr>
          <w:b w:val="0"/>
          <w:i w:val="0"/>
          <w:smallCaps w:val="0"/>
          <w:strike w:val="0"/>
          <w:sz w:val="16"/>
          <w:u w:val="none"/>
        </w:rPr>
        <w:t xml:space="preserve"> disease </w:t>
      </w:r>
      <w:r>
        <w:rPr>
          <w:b w:val="0"/>
          <w:i w:val="0"/>
          <w:smallCaps w:val="0"/>
          <w:strike w:val="0"/>
          <w:sz w:val="22"/>
          <w:highlight w:val="green"/>
          <w:u w:val="single"/>
        </w:rPr>
        <w:t>detection</w:t>
      </w:r>
      <w:r>
        <w:rPr>
          <w:b w:val="0"/>
          <w:i w:val="0"/>
          <w:smallCaps w:val="0"/>
          <w:strike w:val="0"/>
          <w:sz w:val="16"/>
          <w:u w:val="none"/>
        </w:rPr>
        <w:t xml:space="preserve">. </w:t>
      </w:r>
      <w:r>
        <w:rPr>
          <w:b/>
          <w:i w:val="0"/>
          <w:smallCaps w:val="0"/>
          <w:strike w:val="0"/>
          <w:sz w:val="22"/>
          <w:highlight w:val="green"/>
          <w:u w:val="single"/>
        </w:rPr>
        <w:t xml:space="preserve">Advance </w:t>
      </w:r>
      <w:r>
        <w:rPr>
          <w:b/>
          <w:i w:val="0"/>
          <w:smallCaps w:val="0"/>
          <w:strike w:val="0"/>
          <w:sz w:val="22"/>
          <w:highlight w:val="green"/>
          <w:u w:val="single"/>
        </w:rPr>
        <w:t>bioforensics</w:t>
      </w:r>
      <w:r>
        <w:rPr>
          <w:b/>
          <w:i w:val="0"/>
          <w:smallCaps w:val="0"/>
          <w:strike w:val="0"/>
          <w:sz w:val="22"/>
          <w:highlight w:val="green"/>
          <w:u w:val="single"/>
        </w:rPr>
        <w:t xml:space="preserve"> for threat analysi</w:t>
      </w:r>
      <w:r>
        <w:rPr>
          <w:b/>
          <w:i w:val="0"/>
          <w:smallCaps w:val="0"/>
          <w:strike w:val="0"/>
          <w:sz w:val="22"/>
          <w:u w:val="single"/>
        </w:rPr>
        <w:t>s</w:t>
      </w:r>
      <w:r>
        <w:rPr>
          <w:b w:val="0"/>
          <w:i w:val="0"/>
          <w:smallCaps w:val="0"/>
          <w:strike w:val="0"/>
          <w:sz w:val="16"/>
          <w:u w:val="none"/>
        </w:rPr>
        <w:t xml:space="preserve">. When an outbreak occurs, </w:t>
      </w:r>
      <w:r>
        <w:rPr>
          <w:b w:val="0"/>
          <w:i w:val="0"/>
          <w:smallCaps w:val="0"/>
          <w:strike w:val="0"/>
          <w:sz w:val="22"/>
          <w:u w:val="single"/>
        </w:rPr>
        <w:t>bioforensic</w:t>
      </w:r>
      <w:r>
        <w:rPr>
          <w:b w:val="0"/>
          <w:i w:val="0"/>
          <w:smallCaps w:val="0"/>
          <w:strike w:val="0"/>
          <w:sz w:val="22"/>
          <w:u w:val="single"/>
        </w:rPr>
        <w:t xml:space="preserve"> analysis plays a key role in determining the cause</w:t>
      </w:r>
      <w:r>
        <w:rPr>
          <w:b w:val="0"/>
          <w:i w:val="0"/>
          <w:smallCaps w:val="0"/>
          <w:strike w:val="0"/>
          <w:sz w:val="16"/>
          <w:u w:val="none"/>
        </w:rPr>
        <w:t xml:space="preserve"> </w:t>
      </w:r>
      <w:r>
        <w:rPr>
          <w:b w:val="0"/>
          <w:i w:val="0"/>
          <w:smallCaps w:val="0"/>
          <w:strike w:val="0"/>
          <w:sz w:val="22"/>
          <w:u w:val="single"/>
        </w:rPr>
        <w:t>as</w:t>
      </w:r>
      <w:r>
        <w:rPr>
          <w:b w:val="0"/>
          <w:i w:val="0"/>
          <w:smallCaps w:val="0"/>
          <w:strike w:val="0"/>
          <w:sz w:val="16"/>
          <w:u w:val="none"/>
        </w:rPr>
        <w:t xml:space="preserve"> natural, </w:t>
      </w:r>
      <w:r>
        <w:rPr>
          <w:b w:val="0"/>
          <w:i w:val="0"/>
          <w:smallCaps w:val="0"/>
          <w:strike w:val="0"/>
          <w:sz w:val="22"/>
          <w:u w:val="single"/>
        </w:rPr>
        <w:t>intentional</w:t>
      </w:r>
      <w:r>
        <w:rPr>
          <w:b w:val="0"/>
          <w:i w:val="0"/>
          <w:smallCaps w:val="0"/>
          <w:strike w:val="0"/>
          <w:sz w:val="16"/>
          <w:u w:val="none"/>
        </w:rPr>
        <w:t xml:space="preserve">, or accidental.20 COVID-19 has highlighted the inherent complexity in identifying the origin of a disease outbreak. </w:t>
      </w:r>
      <w:r>
        <w:rPr>
          <w:b w:val="0"/>
          <w:i w:val="0"/>
          <w:smallCaps w:val="0"/>
          <w:strike w:val="0"/>
          <w:sz w:val="22"/>
          <w:highlight w:val="green"/>
          <w:u w:val="single"/>
        </w:rPr>
        <w:t>Bioforensic</w:t>
      </w:r>
      <w:r>
        <w:rPr>
          <w:b w:val="0"/>
          <w:i w:val="0"/>
          <w:smallCaps w:val="0"/>
          <w:strike w:val="0"/>
          <w:sz w:val="22"/>
          <w:u w:val="single"/>
        </w:rPr>
        <w:t xml:space="preserve"> capabilities</w:t>
      </w:r>
      <w:r>
        <w:rPr>
          <w:b w:val="0"/>
          <w:i w:val="0"/>
          <w:smallCaps w:val="0"/>
          <w:strike w:val="0"/>
          <w:sz w:val="16"/>
          <w:u w:val="none"/>
        </w:rPr>
        <w:t xml:space="preserve"> seek to </w:t>
      </w:r>
      <w:r>
        <w:rPr>
          <w:b w:val="0"/>
          <w:i w:val="0"/>
          <w:smallCaps w:val="0"/>
          <w:strike w:val="0"/>
          <w:sz w:val="22"/>
          <w:highlight w:val="green"/>
          <w:u w:val="single"/>
        </w:rPr>
        <w:t>detect</w:t>
      </w:r>
      <w:r>
        <w:rPr>
          <w:b w:val="0"/>
          <w:i w:val="0"/>
          <w:smallCaps w:val="0"/>
          <w:strike w:val="0"/>
          <w:sz w:val="16"/>
          <w:u w:val="none"/>
        </w:rPr>
        <w:t xml:space="preserve"> high-consequence </w:t>
      </w:r>
      <w:r>
        <w:rPr>
          <w:b/>
          <w:i w:val="0"/>
          <w:smallCaps w:val="0"/>
          <w:strike w:val="0"/>
          <w:sz w:val="22"/>
          <w:highlight w:val="green"/>
          <w:u w:val="single"/>
        </w:rPr>
        <w:t>biothreats</w:t>
      </w:r>
      <w:r>
        <w:rPr>
          <w:b w:val="0"/>
          <w:i w:val="0"/>
          <w:smallCaps w:val="0"/>
          <w:strike w:val="0"/>
          <w:sz w:val="16"/>
          <w:u w:val="none"/>
        </w:rPr>
        <w:t xml:space="preserve"> </w:t>
      </w:r>
      <w:r>
        <w:rPr>
          <w:b w:val="0"/>
          <w:i w:val="0"/>
          <w:smallCaps w:val="0"/>
          <w:strike w:val="0"/>
          <w:sz w:val="22"/>
          <w:u w:val="single"/>
        </w:rPr>
        <w:t>and profile pathogen samples</w:t>
      </w:r>
      <w:r>
        <w:rPr>
          <w:b w:val="0"/>
          <w:i w:val="0"/>
          <w:smallCaps w:val="0"/>
          <w:strike w:val="0"/>
          <w:sz w:val="16"/>
          <w:u w:val="none"/>
        </w:rPr>
        <w:t xml:space="preserve"> during an incident for unique signatures </w:t>
      </w:r>
      <w:r>
        <w:rPr>
          <w:b/>
          <w:i w:val="0"/>
          <w:smallCaps w:val="0"/>
          <w:strike w:val="0"/>
          <w:sz w:val="22"/>
          <w:highlight w:val="green"/>
          <w:u w:val="single"/>
        </w:rPr>
        <w:t>that can aid attribution</w:t>
      </w:r>
      <w:r>
        <w:rPr>
          <w:b/>
          <w:i w:val="0"/>
          <w:smallCaps w:val="0"/>
          <w:strike w:val="0"/>
          <w:sz w:val="22"/>
          <w:u w:val="single"/>
        </w:rPr>
        <w:t xml:space="preserve">. </w:t>
      </w:r>
      <w:r>
        <w:rPr>
          <w:b w:val="0"/>
          <w:i w:val="0"/>
          <w:smallCaps w:val="0"/>
          <w:strike w:val="0"/>
          <w:sz w:val="22"/>
          <w:u w:val="single"/>
        </w:rPr>
        <w:t>AI</w:t>
      </w:r>
      <w:r>
        <w:rPr>
          <w:b w:val="0"/>
          <w:i w:val="0"/>
          <w:smallCaps w:val="0"/>
          <w:strike w:val="0"/>
          <w:sz w:val="16"/>
          <w:u w:val="none"/>
        </w:rPr>
        <w:t xml:space="preserve"> 21 </w:t>
      </w:r>
      <w:r>
        <w:rPr>
          <w:b w:val="0"/>
          <w:i w:val="0"/>
          <w:smallCaps w:val="0"/>
          <w:strike w:val="0"/>
          <w:sz w:val="22"/>
          <w:u w:val="single"/>
        </w:rPr>
        <w:t>is enabling advances</w:t>
      </w:r>
      <w:r>
        <w:rPr>
          <w:b w:val="0"/>
          <w:i w:val="0"/>
          <w:smallCaps w:val="0"/>
          <w:strike w:val="0"/>
          <w:sz w:val="16"/>
          <w:u w:val="none"/>
        </w:rPr>
        <w:t xml:space="preserve"> in key sciences </w:t>
      </w:r>
      <w:r>
        <w:rPr>
          <w:b/>
          <w:i w:val="0"/>
          <w:smallCaps w:val="0"/>
          <w:strike w:val="0"/>
          <w:sz w:val="22"/>
          <w:u w:val="single"/>
        </w:rPr>
        <w:t xml:space="preserve">for next generation </w:t>
      </w:r>
      <w:r>
        <w:rPr>
          <w:b/>
          <w:i w:val="0"/>
          <w:smallCaps w:val="0"/>
          <w:strike w:val="0"/>
          <w:sz w:val="22"/>
          <w:u w:val="single"/>
        </w:rPr>
        <w:t>bioforensics</w:t>
      </w:r>
      <w:r>
        <w:rPr>
          <w:b w:val="0"/>
          <w:i w:val="0"/>
          <w:smallCaps w:val="0"/>
          <w:strike w:val="0"/>
          <w:sz w:val="16"/>
          <w:u w:val="none"/>
        </w:rPr>
        <w:t>—including genomics, proteomics, and metabolomics —</w:t>
      </w:r>
      <w:r>
        <w:rPr>
          <w:b w:val="0"/>
          <w:i w:val="0"/>
          <w:smallCaps w:val="0"/>
          <w:strike w:val="0"/>
          <w:sz w:val="22"/>
          <w:u w:val="single"/>
        </w:rPr>
        <w:t>that</w:t>
      </w:r>
      <w:r>
        <w:rPr>
          <w:b w:val="0"/>
          <w:i w:val="0"/>
          <w:smallCaps w:val="0"/>
          <w:strike w:val="0"/>
          <w:sz w:val="16"/>
          <w:u w:val="none"/>
        </w:rPr>
        <w:t xml:space="preserve"> seek to </w:t>
      </w:r>
      <w:r>
        <w:rPr>
          <w:b w:val="0"/>
          <w:i w:val="0"/>
          <w:smallCaps w:val="0"/>
          <w:strike w:val="0"/>
          <w:sz w:val="22"/>
          <w:u w:val="single"/>
        </w:rPr>
        <w:t>answer</w:t>
      </w:r>
      <w:r>
        <w:rPr>
          <w:b w:val="0"/>
          <w:i w:val="0"/>
          <w:smallCaps w:val="0"/>
          <w:strike w:val="0"/>
          <w:sz w:val="16"/>
          <w:u w:val="none"/>
        </w:rPr>
        <w:t xml:space="preserve"> both </w:t>
      </w:r>
      <w:r>
        <w:rPr>
          <w:b/>
          <w:i w:val="0"/>
          <w:smallCaps w:val="0"/>
          <w:strike w:val="0"/>
          <w:sz w:val="22"/>
          <w:u w:val="single"/>
        </w:rPr>
        <w:t>agent-specific 22 and threat-agnostic questions</w:t>
      </w:r>
      <w:r>
        <w:rPr>
          <w:b w:val="0"/>
          <w:i w:val="0"/>
          <w:smallCaps w:val="0"/>
          <w:strike w:val="0"/>
          <w:sz w:val="16"/>
          <w:u w:val="none"/>
        </w:rPr>
        <w:t xml:space="preserve">. </w:t>
      </w:r>
      <w:r>
        <w:rPr>
          <w:b w:val="0"/>
          <w:i w:val="0"/>
          <w:smallCaps w:val="0"/>
          <w:strike w:val="0"/>
          <w:sz w:val="22"/>
          <w:u w:val="single"/>
        </w:rPr>
        <w:t>AI will further progress</w:t>
      </w:r>
      <w:r>
        <w:rPr>
          <w:b w:val="0"/>
          <w:i w:val="0"/>
          <w:smallCaps w:val="0"/>
          <w:strike w:val="0"/>
          <w:sz w:val="16"/>
          <w:u w:val="none"/>
        </w:rPr>
        <w:t xml:space="preserve"> </w:t>
      </w:r>
      <w:r>
        <w:rPr>
          <w:b w:val="0"/>
          <w:i w:val="0"/>
          <w:smallCaps w:val="0"/>
          <w:strike w:val="0"/>
          <w:sz w:val="22"/>
          <w:u w:val="single"/>
        </w:rPr>
        <w:t>bioforensics</w:t>
      </w:r>
      <w:r>
        <w:rPr>
          <w:b w:val="0"/>
          <w:i w:val="0"/>
          <w:smallCaps w:val="0"/>
          <w:strike w:val="0"/>
          <w:sz w:val="16"/>
          <w:u w:val="none"/>
        </w:rPr>
        <w:t xml:space="preserve"> by </w:t>
      </w:r>
      <w:r>
        <w:rPr>
          <w:b w:val="0"/>
          <w:i w:val="0"/>
          <w:smallCaps w:val="0"/>
          <w:strike w:val="0"/>
          <w:sz w:val="22"/>
          <w:u w:val="single"/>
        </w:rPr>
        <w:t>enabling</w:t>
      </w:r>
      <w:r>
        <w:rPr>
          <w:b w:val="0"/>
          <w:i w:val="0"/>
          <w:smallCaps w:val="0"/>
          <w:strike w:val="0"/>
          <w:sz w:val="16"/>
          <w:u w:val="none"/>
        </w:rPr>
        <w:t xml:space="preserve"> 23 inferential and </w:t>
      </w:r>
      <w:r>
        <w:rPr>
          <w:b w:val="0"/>
          <w:i w:val="0"/>
          <w:smallCaps w:val="0"/>
          <w:strike w:val="0"/>
          <w:sz w:val="22"/>
          <w:u w:val="single"/>
        </w:rPr>
        <w:t>predictive methods for interpreting data and identifying</w:t>
      </w:r>
      <w:r>
        <w:rPr>
          <w:b w:val="0"/>
          <w:i w:val="0"/>
          <w:smallCaps w:val="0"/>
          <w:strike w:val="0"/>
          <w:sz w:val="16"/>
          <w:u w:val="none"/>
        </w:rPr>
        <w:t xml:space="preserve"> key </w:t>
      </w:r>
      <w:r>
        <w:rPr>
          <w:b w:val="0"/>
          <w:i w:val="0"/>
          <w:smallCaps w:val="0"/>
          <w:strike w:val="0"/>
          <w:sz w:val="22"/>
          <w:u w:val="single"/>
        </w:rPr>
        <w:t>indicators</w:t>
      </w:r>
      <w:r>
        <w:rPr>
          <w:b w:val="0"/>
          <w:i w:val="0"/>
          <w:smallCaps w:val="0"/>
          <w:strike w:val="0"/>
          <w:sz w:val="16"/>
          <w:u w:val="none"/>
        </w:rPr>
        <w:t xml:space="preserve">.24 Detect pathogens with advanced sensing. </w:t>
      </w:r>
      <w:r>
        <w:rPr>
          <w:b w:val="0"/>
          <w:i w:val="0"/>
          <w:smallCaps w:val="0"/>
          <w:strike w:val="0"/>
          <w:sz w:val="22"/>
          <w:highlight w:val="green"/>
          <w:u w:val="single"/>
        </w:rPr>
        <w:t>New</w:t>
      </w:r>
      <w:r>
        <w:rPr>
          <w:b w:val="0"/>
          <w:i w:val="0"/>
          <w:smallCaps w:val="0"/>
          <w:strike w:val="0"/>
          <w:sz w:val="22"/>
          <w:u w:val="single"/>
        </w:rPr>
        <w:t xml:space="preserve"> intelligent </w:t>
      </w:r>
      <w:r>
        <w:rPr>
          <w:b w:val="0"/>
          <w:i w:val="0"/>
          <w:smallCaps w:val="0"/>
          <w:strike w:val="0"/>
          <w:sz w:val="22"/>
          <w:u w:val="single"/>
        </w:rPr>
        <w:t>sensor</w:t>
      </w:r>
      <w:r>
        <w:rPr>
          <w:b w:val="0"/>
          <w:i w:val="0"/>
          <w:smallCaps w:val="0"/>
          <w:strike w:val="0"/>
          <w:sz w:val="16"/>
          <w:u w:val="none"/>
        </w:rPr>
        <w:t xml:space="preserve"> </w:t>
      </w:r>
      <w:r>
        <w:rPr>
          <w:b/>
          <w:i w:val="0"/>
          <w:smallCaps w:val="0"/>
          <w:strike w:val="0"/>
          <w:sz w:val="22"/>
          <w:highlight w:val="green"/>
          <w:u w:val="single"/>
        </w:rPr>
        <w:t>tech</w:t>
      </w:r>
      <w:r>
        <w:rPr>
          <w:b/>
          <w:i w:val="0"/>
          <w:smallCaps w:val="0"/>
          <w:strike w:val="0"/>
          <w:sz w:val="22"/>
          <w:u w:val="single"/>
        </w:rPr>
        <w:t>nologies</w:t>
      </w:r>
      <w:r>
        <w:rPr>
          <w:b w:val="0"/>
          <w:i w:val="0"/>
          <w:smallCaps w:val="0"/>
          <w:strike w:val="0"/>
          <w:sz w:val="16"/>
          <w:u w:val="none"/>
        </w:rPr>
        <w:t xml:space="preserve"> </w:t>
      </w:r>
      <w:r>
        <w:rPr>
          <w:b w:val="0"/>
          <w:i w:val="0"/>
          <w:smallCaps w:val="0"/>
          <w:strike w:val="0"/>
          <w:sz w:val="22"/>
          <w:u w:val="single"/>
        </w:rPr>
        <w:t>could</w:t>
      </w:r>
      <w:r>
        <w:rPr>
          <w:b w:val="0"/>
          <w:i w:val="0"/>
          <w:smallCaps w:val="0"/>
          <w:strike w:val="0"/>
          <w:sz w:val="16"/>
          <w:u w:val="none"/>
        </w:rPr>
        <w:t xml:space="preserve"> </w:t>
      </w:r>
      <w:r>
        <w:rPr>
          <w:b w:val="0"/>
          <w:i w:val="0"/>
          <w:smallCaps w:val="0"/>
          <w:strike w:val="0"/>
          <w:sz w:val="22"/>
          <w:highlight w:val="green"/>
          <w:u w:val="single"/>
        </w:rPr>
        <w:t>compile data</w:t>
      </w:r>
      <w:r>
        <w:rPr>
          <w:b w:val="0"/>
          <w:i w:val="0"/>
          <w:smallCaps w:val="0"/>
          <w:strike w:val="0"/>
          <w:sz w:val="22"/>
          <w:u w:val="single"/>
        </w:rPr>
        <w:t xml:space="preserve"> on new pathogens</w:t>
      </w:r>
      <w:r>
        <w:rPr>
          <w:b w:val="0"/>
          <w:i w:val="0"/>
          <w:smallCaps w:val="0"/>
          <w:strike w:val="0"/>
          <w:sz w:val="16"/>
          <w:u w:val="none"/>
        </w:rPr>
        <w:t xml:space="preserve"> (</w:t>
      </w:r>
      <w:r>
        <w:rPr>
          <w:b/>
          <w:i w:val="0"/>
          <w:smallCaps w:val="0"/>
          <w:strike w:val="0"/>
          <w:sz w:val="22"/>
          <w:highlight w:val="green"/>
          <w:u w:val="single"/>
        </w:rPr>
        <w:t>including</w:t>
      </w:r>
      <w:r>
        <w:rPr>
          <w:b/>
          <w:i w:val="0"/>
          <w:smallCaps w:val="0"/>
          <w:strike w:val="0"/>
          <w:sz w:val="22"/>
          <w:u w:val="single"/>
        </w:rPr>
        <w:t xml:space="preserve"> instances of </w:t>
      </w:r>
      <w:r>
        <w:rPr>
          <w:b/>
          <w:i w:val="0"/>
          <w:smallCaps w:val="0"/>
          <w:strike w:val="0"/>
          <w:sz w:val="22"/>
          <w:highlight w:val="green"/>
          <w:u w:val="single"/>
        </w:rPr>
        <w:t>weaponized pathogens</w:t>
      </w:r>
      <w:r>
        <w:rPr>
          <w:b/>
          <w:i w:val="0"/>
          <w:smallCaps w:val="0"/>
          <w:strike w:val="0"/>
          <w:sz w:val="22"/>
          <w:u w:val="single"/>
        </w:rPr>
        <w:t>)</w:t>
      </w:r>
      <w:r>
        <w:rPr>
          <w:b w:val="0"/>
          <w:i w:val="0"/>
          <w:smallCaps w:val="0"/>
          <w:strike w:val="0"/>
          <w:sz w:val="16"/>
          <w:u w:val="none"/>
        </w:rPr>
        <w:t xml:space="preserve">, </w:t>
      </w:r>
      <w:r>
        <w:rPr>
          <w:b w:val="0"/>
          <w:i w:val="0"/>
          <w:smallCaps w:val="0"/>
          <w:strike w:val="0"/>
          <w:sz w:val="22"/>
          <w:highlight w:val="green"/>
          <w:u w:val="single"/>
        </w:rPr>
        <w:t>trace</w:t>
      </w:r>
      <w:r>
        <w:rPr>
          <w:b w:val="0"/>
          <w:i w:val="0"/>
          <w:smallCaps w:val="0"/>
          <w:strike w:val="0"/>
          <w:sz w:val="16"/>
          <w:u w:val="none"/>
        </w:rPr>
        <w:t xml:space="preserve"> exhaled </w:t>
      </w:r>
      <w:r>
        <w:rPr>
          <w:b w:val="0"/>
          <w:i w:val="0"/>
          <w:smallCaps w:val="0"/>
          <w:strike w:val="0"/>
          <w:sz w:val="22"/>
          <w:highlight w:val="green"/>
          <w:u w:val="single"/>
        </w:rPr>
        <w:t>droplets</w:t>
      </w:r>
      <w:r>
        <w:rPr>
          <w:b w:val="0"/>
          <w:i w:val="0"/>
          <w:smallCaps w:val="0"/>
          <w:strike w:val="0"/>
          <w:sz w:val="16"/>
          <w:u w:val="none"/>
        </w:rPr>
        <w:t xml:space="preserve"> dispersed through the air and </w:t>
      </w:r>
      <w:r>
        <w:rPr>
          <w:b w:val="0"/>
          <w:i w:val="0"/>
          <w:smallCaps w:val="0"/>
          <w:strike w:val="0"/>
          <w:sz w:val="22"/>
          <w:u w:val="single"/>
        </w:rPr>
        <w:t xml:space="preserve">deposited on surfaces, </w:t>
      </w:r>
      <w:r>
        <w:rPr>
          <w:b w:val="0"/>
          <w:i w:val="0"/>
          <w:smallCaps w:val="0"/>
          <w:strike w:val="0"/>
          <w:sz w:val="22"/>
          <w:highlight w:val="green"/>
          <w:u w:val="single"/>
        </w:rPr>
        <w:t>detect early</w:t>
      </w:r>
      <w:r>
        <w:rPr>
          <w:b w:val="0"/>
          <w:i w:val="0"/>
          <w:smallCaps w:val="0"/>
          <w:strike w:val="0"/>
          <w:sz w:val="22"/>
          <w:u w:val="single"/>
        </w:rPr>
        <w:t xml:space="preserve"> 25 </w:t>
      </w:r>
      <w:r>
        <w:rPr>
          <w:b w:val="0"/>
          <w:i w:val="0"/>
          <w:smallCaps w:val="0"/>
          <w:strike w:val="0"/>
          <w:sz w:val="22"/>
          <w:highlight w:val="green"/>
          <w:u w:val="single"/>
        </w:rPr>
        <w:t>onset of infection</w:t>
      </w:r>
      <w:r>
        <w:rPr>
          <w:b w:val="0"/>
          <w:i w:val="0"/>
          <w:smallCaps w:val="0"/>
          <w:strike w:val="0"/>
          <w:sz w:val="16"/>
          <w:u w:val="none"/>
        </w:rPr>
        <w:t xml:space="preserve"> through wearable sensors, </w:t>
      </w:r>
      <w:r>
        <w:rPr>
          <w:b w:val="0"/>
          <w:i w:val="0"/>
          <w:smallCaps w:val="0"/>
          <w:strike w:val="0"/>
          <w:sz w:val="22"/>
          <w:u w:val="single"/>
        </w:rPr>
        <w:t xml:space="preserve">and encourage social distancing </w:t>
      </w:r>
      <w:r>
        <w:rPr>
          <w:b w:val="0"/>
          <w:i w:val="0"/>
          <w:smallCaps w:val="0"/>
          <w:strike w:val="0"/>
          <w:sz w:val="16"/>
          <w:u w:val="none"/>
        </w:rPr>
        <w:t xml:space="preserve">through 26 mobile proximity detection. Going forward, AI will likely play an increasing role in identifying novel sensing materials and ways to build new capabilities, as well as serve a functional role within certain </w:t>
      </w:r>
      <w:r>
        <w:rPr>
          <w:b w:val="0"/>
          <w:i w:val="0"/>
          <w:smallCaps w:val="0"/>
          <w:strike w:val="0"/>
          <w:sz w:val="16"/>
          <w:u w:val="none"/>
        </w:rPr>
        <w:t>sensors.B</w:t>
      </w:r>
      <w:r>
        <w:rPr>
          <w:b w:val="0"/>
          <w:i w:val="0"/>
          <w:smallCaps w:val="0"/>
          <w:strike w:val="0"/>
          <w:sz w:val="16"/>
          <w:u w:val="none"/>
        </w:rPr>
        <w:t xml:space="preserve">. Diagnostics Diagnose patients and triage care. </w:t>
      </w:r>
      <w:r>
        <w:rPr>
          <w:b w:val="0"/>
          <w:i w:val="0"/>
          <w:smallCaps w:val="0"/>
          <w:strike w:val="0"/>
          <w:sz w:val="22"/>
          <w:u w:val="single"/>
        </w:rPr>
        <w:t xml:space="preserve">AI is </w:t>
      </w:r>
      <w:r>
        <w:rPr>
          <w:b w:val="0"/>
          <w:i w:val="0"/>
          <w:smallCaps w:val="0"/>
          <w:strike w:val="0"/>
          <w:sz w:val="22"/>
          <w:highlight w:val="green"/>
          <w:u w:val="single"/>
        </w:rPr>
        <w:t>helping</w:t>
      </w:r>
      <w:r>
        <w:rPr>
          <w:b w:val="0"/>
          <w:i w:val="0"/>
          <w:smallCaps w:val="0"/>
          <w:strike w:val="0"/>
          <w:sz w:val="22"/>
          <w:u w:val="single"/>
        </w:rPr>
        <w:t xml:space="preserve"> scientists</w:t>
      </w:r>
      <w:r>
        <w:rPr>
          <w:b w:val="0"/>
          <w:i w:val="0"/>
          <w:smallCaps w:val="0"/>
          <w:strike w:val="0"/>
          <w:sz w:val="16"/>
          <w:u w:val="none"/>
        </w:rPr>
        <w:t xml:space="preserve"> </w:t>
      </w:r>
      <w:r>
        <w:rPr>
          <w:b/>
          <w:i w:val="0"/>
          <w:smallCaps w:val="0"/>
          <w:strike w:val="0"/>
          <w:sz w:val="22"/>
          <w:highlight w:val="green"/>
          <w:u w:val="single"/>
        </w:rPr>
        <w:t>develop more effective tests</w:t>
      </w:r>
      <w:r>
        <w:rPr>
          <w:b/>
          <w:i w:val="0"/>
          <w:smallCaps w:val="0"/>
          <w:strike w:val="0"/>
          <w:sz w:val="22"/>
          <w:u w:val="single"/>
        </w:rPr>
        <w:t xml:space="preserve"> for COVID</w:t>
      </w:r>
      <w:r>
        <w:rPr>
          <w:b w:val="0"/>
          <w:i w:val="0"/>
          <w:smallCaps w:val="0"/>
          <w:strike w:val="0"/>
          <w:sz w:val="16"/>
          <w:u w:val="none"/>
        </w:rPr>
        <w:t xml:space="preserve">-19 by allowing them to more rapidly and comprehensively infer biological insights that contribute to test design, as well as model and design the 27 antibodies and enzymes that are the components of immunoassay diagnostic tests. 28 AI-enabled tools are also being directly used in diagnostics to assist and inform expert assessments. Tools that analyze chest scans have assisted radiologists in detecting diseases like breast cancer and tuberculosis. Some hospitals have applied similar 29 technology to detect COVID-19 and to assess disease severity and care needs. Others 30 have built novel AI-based tools that aid diagnosis based on clinical symptoms and routine laboratory tests. However, </w:t>
      </w:r>
      <w:r>
        <w:rPr>
          <w:b w:val="0"/>
          <w:i w:val="0"/>
          <w:smallCaps w:val="0"/>
          <w:strike w:val="0"/>
          <w:sz w:val="22"/>
          <w:u w:val="single"/>
        </w:rPr>
        <w:t xml:space="preserve">the </w:t>
      </w:r>
      <w:r>
        <w:rPr>
          <w:b w:val="0"/>
          <w:i w:val="0"/>
          <w:smallCaps w:val="0"/>
          <w:strike w:val="0"/>
          <w:sz w:val="22"/>
          <w:highlight w:val="green"/>
          <w:u w:val="single"/>
        </w:rPr>
        <w:t>success</w:t>
      </w:r>
      <w:r>
        <w:rPr>
          <w:b w:val="0"/>
          <w:i w:val="0"/>
          <w:smallCaps w:val="0"/>
          <w:strike w:val="0"/>
          <w:sz w:val="22"/>
          <w:u w:val="single"/>
        </w:rPr>
        <w:t xml:space="preserve"> of these tools </w:t>
      </w:r>
      <w:r>
        <w:rPr>
          <w:b w:val="0"/>
          <w:i w:val="0"/>
          <w:smallCaps w:val="0"/>
          <w:strike w:val="0"/>
          <w:sz w:val="22"/>
          <w:highlight w:val="green"/>
          <w:u w:val="single"/>
        </w:rPr>
        <w:t>is highly dependent</w:t>
      </w:r>
      <w:r>
        <w:rPr>
          <w:b w:val="0"/>
          <w:i w:val="0"/>
          <w:smallCaps w:val="0"/>
          <w:strike w:val="0"/>
          <w:sz w:val="16"/>
          <w:highlight w:val="green"/>
          <w:u w:val="none"/>
        </w:rPr>
        <w:t xml:space="preserve"> </w:t>
      </w:r>
      <w:r>
        <w:rPr>
          <w:b w:val="0"/>
          <w:i w:val="0"/>
          <w:smallCaps w:val="0"/>
          <w:strike w:val="0"/>
          <w:sz w:val="22"/>
          <w:highlight w:val="green"/>
          <w:u w:val="single"/>
        </w:rPr>
        <w:t>on</w:t>
      </w:r>
      <w:r>
        <w:rPr>
          <w:b w:val="0"/>
          <w:i w:val="0"/>
          <w:smallCaps w:val="0"/>
          <w:strike w:val="0"/>
          <w:sz w:val="16"/>
          <w:u w:val="none"/>
        </w:rPr>
        <w:t xml:space="preserve"> 31 large amounts of disease-specific training data, making it difficult to rapidly transition </w:t>
      </w:r>
      <w:r>
        <w:rPr>
          <w:b/>
          <w:i w:val="0"/>
          <w:smallCaps w:val="0"/>
          <w:strike w:val="0"/>
          <w:sz w:val="22"/>
          <w:highlight w:val="green"/>
          <w:u w:val="single"/>
        </w:rPr>
        <w:t>AI tools</w:t>
      </w:r>
      <w:r>
        <w:rPr>
          <w:b w:val="0"/>
          <w:i w:val="0"/>
          <w:smallCaps w:val="0"/>
          <w:strike w:val="0"/>
          <w:sz w:val="16"/>
          <w:highlight w:val="green"/>
          <w:u w:val="none"/>
        </w:rPr>
        <w:t xml:space="preserve"> </w:t>
      </w:r>
      <w:r>
        <w:rPr>
          <w:b w:val="0"/>
          <w:i w:val="0"/>
          <w:smallCaps w:val="0"/>
          <w:strike w:val="0"/>
          <w:sz w:val="16"/>
          <w:u w:val="none"/>
        </w:rPr>
        <w:t>designed</w:t>
      </w:r>
      <w:r>
        <w:rPr>
          <w:b w:val="0"/>
          <w:i w:val="0"/>
          <w:smallCaps w:val="0"/>
          <w:strike w:val="0"/>
          <w:sz w:val="16"/>
          <w:u w:val="none"/>
        </w:rPr>
        <w:t xml:space="preserve"> for other diseases to help healthcare professionals detect and assess COVID-19. As more data and clinical training enhance diagnostic algorithms, AI will 32 be able to contribute in additional ways to diagnostic test development, and will more reliably support radiologists and emergency care teams in rapidly identifying disease indicators and informing patient care.33 C. </w:t>
      </w:r>
      <w:r>
        <w:rPr>
          <w:b w:val="0"/>
          <w:i w:val="0"/>
          <w:smallCaps w:val="0"/>
          <w:strike w:val="0"/>
          <w:sz w:val="22"/>
          <w:u w:val="single"/>
        </w:rPr>
        <w:t>Development of Vaccines</w:t>
      </w:r>
      <w:r>
        <w:rPr>
          <w:b w:val="0"/>
          <w:i w:val="0"/>
          <w:smallCaps w:val="0"/>
          <w:strike w:val="0"/>
          <w:sz w:val="16"/>
          <w:u w:val="none"/>
        </w:rPr>
        <w:t xml:space="preserve">, Therapeutics, and Medical Equipment Rapidly discover and design vaccines and therapeutics. </w:t>
      </w:r>
      <w:r>
        <w:rPr>
          <w:b w:val="0"/>
          <w:i w:val="0"/>
          <w:smallCaps w:val="0"/>
          <w:strike w:val="0"/>
          <w:sz w:val="22"/>
          <w:u w:val="single"/>
        </w:rPr>
        <w:t>Researchers</w:t>
      </w:r>
      <w:r>
        <w:rPr>
          <w:b w:val="0"/>
          <w:i w:val="0"/>
          <w:smallCaps w:val="0"/>
          <w:strike w:val="0"/>
          <w:sz w:val="16"/>
          <w:u w:val="none"/>
        </w:rPr>
        <w:t xml:space="preserve"> </w:t>
      </w:r>
      <w:r>
        <w:rPr>
          <w:b w:val="0"/>
          <w:i w:val="0"/>
          <w:smallCaps w:val="0"/>
          <w:strike w:val="0"/>
          <w:sz w:val="22"/>
          <w:u w:val="single"/>
        </w:rPr>
        <w:t>are leveraging AI to create</w:t>
      </w:r>
      <w:r>
        <w:rPr>
          <w:b w:val="0"/>
          <w:i w:val="0"/>
          <w:smallCaps w:val="0"/>
          <w:strike w:val="0"/>
          <w:sz w:val="16"/>
          <w:u w:val="none"/>
        </w:rPr>
        <w:t xml:space="preserve"> </w:t>
      </w:r>
      <w:r>
        <w:rPr>
          <w:b w:val="0"/>
          <w:i w:val="0"/>
          <w:smallCaps w:val="0"/>
          <w:strike w:val="0"/>
          <w:sz w:val="22"/>
          <w:u w:val="single"/>
        </w:rPr>
        <w:t>simulations</w:t>
      </w:r>
      <w:r>
        <w:rPr>
          <w:b w:val="0"/>
          <w:i w:val="0"/>
          <w:smallCaps w:val="0"/>
          <w:strike w:val="0"/>
          <w:sz w:val="16"/>
          <w:u w:val="none"/>
        </w:rPr>
        <w:t xml:space="preserve"> </w:t>
      </w:r>
      <w:r>
        <w:rPr>
          <w:b w:val="0"/>
          <w:i w:val="0"/>
          <w:smallCaps w:val="0"/>
          <w:strike w:val="0"/>
          <w:sz w:val="22"/>
          <w:u w:val="single"/>
        </w:rPr>
        <w:t>of how the coronavirus might interact with</w:t>
      </w:r>
      <w:r>
        <w:rPr>
          <w:b w:val="0"/>
          <w:i w:val="0"/>
          <w:smallCaps w:val="0"/>
          <w:strike w:val="0"/>
          <w:sz w:val="16"/>
          <w:u w:val="none"/>
        </w:rPr>
        <w:t xml:space="preserve"> different </w:t>
      </w:r>
      <w:r>
        <w:rPr>
          <w:b w:val="0"/>
          <w:i w:val="0"/>
          <w:smallCaps w:val="0"/>
          <w:strike w:val="0"/>
          <w:sz w:val="22"/>
          <w:u w:val="single"/>
        </w:rPr>
        <w:t>therapeutics</w:t>
      </w:r>
      <w:r>
        <w:rPr>
          <w:b w:val="0"/>
          <w:i w:val="0"/>
          <w:smallCaps w:val="0"/>
          <w:strike w:val="0"/>
          <w:sz w:val="16"/>
          <w:u w:val="none"/>
        </w:rPr>
        <w:t xml:space="preserve"> and vaccines, vastly accelerating the discovery process by exploring a great number of possibilities and narrowing the field of viable candidates. Others are using 34 </w:t>
      </w:r>
      <w:r>
        <w:rPr>
          <w:b w:val="0"/>
          <w:i w:val="0"/>
          <w:smallCaps w:val="0"/>
          <w:strike w:val="0"/>
          <w:sz w:val="22"/>
          <w:u w:val="single"/>
        </w:rPr>
        <w:t>AI</w:t>
      </w:r>
      <w:r>
        <w:rPr>
          <w:b w:val="0"/>
          <w:i w:val="0"/>
          <w:smallCaps w:val="0"/>
          <w:strike w:val="0"/>
          <w:sz w:val="16"/>
          <w:u w:val="none"/>
        </w:rPr>
        <w:t xml:space="preserve">-driven </w:t>
      </w:r>
      <w:r>
        <w:rPr>
          <w:b w:val="0"/>
          <w:i w:val="0"/>
          <w:smallCaps w:val="0"/>
          <w:strike w:val="0"/>
          <w:sz w:val="22"/>
          <w:highlight w:val="green"/>
          <w:u w:val="single"/>
        </w:rPr>
        <w:t>simulations</w:t>
      </w:r>
      <w:r>
        <w:rPr>
          <w:b w:val="0"/>
          <w:i w:val="0"/>
          <w:smallCaps w:val="0"/>
          <w:strike w:val="0"/>
          <w:sz w:val="16"/>
          <w:u w:val="none"/>
        </w:rPr>
        <w:t xml:space="preserve"> to </w:t>
      </w:r>
      <w:r>
        <w:rPr>
          <w:b/>
          <w:i w:val="0"/>
          <w:smallCaps w:val="0"/>
          <w:strike w:val="0"/>
          <w:sz w:val="22"/>
          <w:highlight w:val="green"/>
          <w:u w:val="single"/>
        </w:rPr>
        <w:t>assess</w:t>
      </w:r>
      <w:r>
        <w:rPr>
          <w:b/>
          <w:i w:val="0"/>
          <w:smallCaps w:val="0"/>
          <w:strike w:val="0"/>
          <w:sz w:val="22"/>
          <w:u w:val="single"/>
        </w:rPr>
        <w:t xml:space="preserve"> </w:t>
      </w:r>
      <w:r>
        <w:rPr>
          <w:b/>
          <w:i w:val="0"/>
          <w:smallCaps w:val="0"/>
          <w:strike w:val="0"/>
          <w:sz w:val="22"/>
          <w:highlight w:val="green"/>
          <w:u w:val="single"/>
        </w:rPr>
        <w:t>feasibility of repurposing</w:t>
      </w:r>
      <w:r>
        <w:rPr>
          <w:b/>
          <w:i w:val="0"/>
          <w:smallCaps w:val="0"/>
          <w:strike w:val="0"/>
          <w:sz w:val="22"/>
          <w:u w:val="single"/>
        </w:rPr>
        <w:t xml:space="preserve"> existing </w:t>
      </w:r>
      <w:r>
        <w:rPr>
          <w:b/>
          <w:i w:val="0"/>
          <w:smallCaps w:val="0"/>
          <w:strike w:val="0"/>
          <w:sz w:val="22"/>
          <w:highlight w:val="green"/>
          <w:u w:val="single"/>
        </w:rPr>
        <w:t>drugs</w:t>
      </w:r>
      <w:r>
        <w:rPr>
          <w:b w:val="0"/>
          <w:i w:val="0"/>
          <w:smallCaps w:val="0"/>
          <w:strike w:val="0"/>
          <w:sz w:val="16"/>
          <w:u w:val="none"/>
        </w:rPr>
        <w:t xml:space="preserve"> as a first step toward treating COVID-19. Additionally, AI can help speed drug and vaccine 35 production by enabling continuous manufacturing processes and digital twins </w:t>
      </w:r>
      <w:r>
        <w:rPr>
          <w:b w:val="0"/>
          <w:i w:val="0"/>
          <w:smallCaps w:val="0"/>
          <w:strike w:val="0"/>
          <w:sz w:val="16"/>
          <w:u w:val="none"/>
        </w:rPr>
        <w:t>tosupport</w:t>
      </w:r>
      <w:r>
        <w:rPr>
          <w:b w:val="0"/>
          <w:i w:val="0"/>
          <w:smallCaps w:val="0"/>
          <w:strike w:val="0"/>
          <w:sz w:val="16"/>
          <w:u w:val="none"/>
        </w:rPr>
        <w:t xml:space="preserve"> clinical trials. As the technology develops, </w:t>
      </w:r>
      <w:r>
        <w:rPr>
          <w:b w:val="0"/>
          <w:i w:val="0"/>
          <w:smallCaps w:val="0"/>
          <w:strike w:val="0"/>
          <w:sz w:val="22"/>
          <w:u w:val="single"/>
        </w:rPr>
        <w:t xml:space="preserve">AI has the potential to </w:t>
      </w:r>
      <w:r>
        <w:rPr>
          <w:b w:val="0"/>
          <w:i w:val="0"/>
          <w:smallCaps w:val="0"/>
          <w:strike w:val="0"/>
          <w:sz w:val="22"/>
          <w:highlight w:val="green"/>
          <w:u w:val="single"/>
        </w:rPr>
        <w:t>support</w:t>
      </w:r>
      <w:r>
        <w:rPr>
          <w:b w:val="0"/>
          <w:i w:val="0"/>
          <w:smallCaps w:val="0"/>
          <w:strike w:val="0"/>
          <w:sz w:val="16"/>
          <w:u w:val="none"/>
        </w:rPr>
        <w:t xml:space="preserve"> 36 </w:t>
      </w:r>
      <w:r>
        <w:rPr>
          <w:b/>
          <w:i w:val="0"/>
          <w:smallCaps w:val="0"/>
          <w:strike w:val="0"/>
          <w:sz w:val="22"/>
          <w:highlight w:val="green"/>
          <w:u w:val="single"/>
        </w:rPr>
        <w:t>automated pipelines for</w:t>
      </w:r>
      <w:r>
        <w:rPr>
          <w:b/>
          <w:i w:val="0"/>
          <w:smallCaps w:val="0"/>
          <w:strike w:val="0"/>
          <w:sz w:val="22"/>
          <w:u w:val="single"/>
        </w:rPr>
        <w:t xml:space="preserve"> building </w:t>
      </w:r>
      <w:r>
        <w:rPr>
          <w:b/>
          <w:i w:val="0"/>
          <w:smallCaps w:val="0"/>
          <w:strike w:val="0"/>
          <w:sz w:val="22"/>
          <w:highlight w:val="green"/>
          <w:u w:val="single"/>
        </w:rPr>
        <w:t>models</w:t>
      </w:r>
      <w:r>
        <w:rPr>
          <w:b/>
          <w:i w:val="0"/>
          <w:smallCaps w:val="0"/>
          <w:strike w:val="0"/>
          <w:sz w:val="22"/>
          <w:u w:val="single"/>
        </w:rPr>
        <w:t xml:space="preserve"> that simulate possibilities</w:t>
      </w:r>
      <w:r>
        <w:rPr>
          <w:b w:val="0"/>
          <w:i w:val="0"/>
          <w:smallCaps w:val="0"/>
          <w:strike w:val="0"/>
          <w:sz w:val="16"/>
          <w:u w:val="none"/>
        </w:rPr>
        <w:t>, and synthesize and validate solutions, allo</w:t>
      </w:r>
      <w:r>
        <w:rPr>
          <w:b w:val="0"/>
          <w:i w:val="0"/>
          <w:smallCaps w:val="0"/>
          <w:strike w:val="0"/>
          <w:sz w:val="22"/>
          <w:u w:val="single"/>
        </w:rPr>
        <w:t>wing researchers to respond to emerging viral threats</w:t>
      </w:r>
      <w:r>
        <w:rPr>
          <w:b w:val="0"/>
          <w:i w:val="0"/>
          <w:smallCaps w:val="0"/>
          <w:strike w:val="0"/>
          <w:sz w:val="16"/>
          <w:u w:val="none"/>
        </w:rPr>
        <w:t xml:space="preserve"> more </w:t>
      </w:r>
      <w:r>
        <w:rPr>
          <w:b/>
          <w:i w:val="0"/>
          <w:smallCaps w:val="0"/>
          <w:strike w:val="0"/>
          <w:sz w:val="22"/>
          <w:u w:val="single"/>
        </w:rPr>
        <w:t>rapidly</w:t>
      </w:r>
      <w:r>
        <w:rPr>
          <w:b w:val="0"/>
          <w:i w:val="0"/>
          <w:smallCaps w:val="0"/>
          <w:strike w:val="0"/>
          <w:sz w:val="16"/>
          <w:u w:val="none"/>
        </w:rPr>
        <w:t xml:space="preserve"> with efficiently designed therapeutics and vaccines.37 Manage supply chains. Today’s supply chains are complex, and in the private sector, </w:t>
      </w:r>
      <w:r>
        <w:rPr>
          <w:b w:val="0"/>
          <w:i w:val="0"/>
          <w:smallCaps w:val="0"/>
          <w:strike w:val="0"/>
          <w:sz w:val="22"/>
          <w:u w:val="single"/>
        </w:rPr>
        <w:t>AI is being used to create self-correcting, smart supply chains</w:t>
      </w:r>
      <w:r>
        <w:rPr>
          <w:b w:val="0"/>
          <w:i w:val="0"/>
          <w:smallCaps w:val="0"/>
          <w:strike w:val="0"/>
          <w:sz w:val="16"/>
          <w:u w:val="none"/>
        </w:rPr>
        <w:t xml:space="preserve">. </w:t>
      </w:r>
      <w:r>
        <w:rPr>
          <w:b w:val="0"/>
          <w:i w:val="0"/>
          <w:smallCaps w:val="0"/>
          <w:strike w:val="0"/>
          <w:sz w:val="22"/>
          <w:u w:val="single"/>
        </w:rPr>
        <w:t>AI can</w:t>
      </w:r>
      <w:r>
        <w:rPr>
          <w:b w:val="0"/>
          <w:i w:val="0"/>
          <w:smallCaps w:val="0"/>
          <w:strike w:val="0"/>
          <w:sz w:val="16"/>
          <w:u w:val="none"/>
        </w:rPr>
        <w:t xml:space="preserve"> predict 38 disruptions and vulnerabilities, monitor and </w:t>
      </w:r>
      <w:r>
        <w:rPr>
          <w:b w:val="0"/>
          <w:i w:val="0"/>
          <w:smallCaps w:val="0"/>
          <w:strike w:val="0"/>
          <w:sz w:val="22"/>
          <w:u w:val="single"/>
        </w:rPr>
        <w:t>prioritize inventory, prompt</w:t>
      </w:r>
      <w:r>
        <w:rPr>
          <w:b w:val="0"/>
          <w:i w:val="0"/>
          <w:smallCaps w:val="0"/>
          <w:strike w:val="0"/>
          <w:sz w:val="16"/>
          <w:u w:val="none"/>
        </w:rPr>
        <w:t xml:space="preserve"> on-demand </w:t>
      </w:r>
      <w:r>
        <w:rPr>
          <w:b w:val="0"/>
          <w:i w:val="0"/>
          <w:smallCaps w:val="0"/>
          <w:strike w:val="0"/>
          <w:sz w:val="22"/>
          <w:u w:val="single"/>
        </w:rPr>
        <w:t>manufacturing, order orchestration and fulfillment, and recommend corrective actions.</w:t>
      </w:r>
      <w:r>
        <w:rPr>
          <w:b w:val="0"/>
          <w:i w:val="0"/>
          <w:smallCaps w:val="0"/>
          <w:strike w:val="0"/>
          <w:sz w:val="16"/>
          <w:u w:val="none"/>
        </w:rPr>
        <w:t xml:space="preserve"> We foresee a future in which AI enables intelligent workflows to manage complex and global supply chains for pandemic response, dynamically managing surges and failures.39 Drive advanced manufacturing. AI has enabled the manufacturing industry to speed production and enable innovative manufacturing techniques for medical equipment, including ventilator components, face shields, and personal protective equipment. </w:t>
      </w:r>
      <w:r>
        <w:rPr>
          <w:b w:val="0"/>
          <w:i w:val="0"/>
          <w:smallCaps w:val="0"/>
          <w:strike w:val="0"/>
          <w:sz w:val="22"/>
          <w:highlight w:val="green"/>
          <w:u w:val="single"/>
        </w:rPr>
        <w:t>AI advances</w:t>
      </w:r>
      <w:r>
        <w:rPr>
          <w:b w:val="0"/>
          <w:i w:val="0"/>
          <w:smallCaps w:val="0"/>
          <w:strike w:val="0"/>
          <w:sz w:val="16"/>
          <w:u w:val="none"/>
        </w:rPr>
        <w:t xml:space="preserve"> manufacturing capabilities, productivity, and quality by </w:t>
      </w:r>
      <w:r>
        <w:rPr>
          <w:b w:val="0"/>
          <w:i w:val="0"/>
          <w:smallCaps w:val="0"/>
          <w:strike w:val="0"/>
          <w:sz w:val="22"/>
          <w:u w:val="single"/>
        </w:rPr>
        <w:t>help</w:t>
      </w:r>
      <w:r>
        <w:rPr>
          <w:b w:val="0"/>
          <w:i w:val="0"/>
          <w:smallCaps w:val="0"/>
          <w:strike w:val="0"/>
          <w:sz w:val="16"/>
          <w:u w:val="none"/>
        </w:rPr>
        <w:t xml:space="preserve">ing </w:t>
      </w:r>
      <w:r>
        <w:rPr>
          <w:b/>
          <w:i w:val="0"/>
          <w:smallCaps w:val="0"/>
          <w:strike w:val="0"/>
          <w:sz w:val="22"/>
          <w:u w:val="single"/>
        </w:rPr>
        <w:t>manage supply chains</w:t>
      </w:r>
      <w:r>
        <w:rPr>
          <w:b w:val="0"/>
          <w:i w:val="0"/>
          <w:smallCaps w:val="0"/>
          <w:strike w:val="0"/>
          <w:sz w:val="16"/>
          <w:u w:val="none"/>
        </w:rPr>
        <w:t xml:space="preserve"> for raw materials, predict the need for maintenance (thereby reducing production downtime), facilitate human-machine collaboration, and enable generative design. AI further optimizes 3D-printing, </w:t>
      </w:r>
      <w:r>
        <w:rPr>
          <w:b w:val="0"/>
          <w:i w:val="0"/>
          <w:smallCaps w:val="0"/>
          <w:strike w:val="0"/>
          <w:sz w:val="22"/>
          <w:u w:val="single"/>
        </w:rPr>
        <w:t xml:space="preserve">which proves </w:t>
      </w:r>
      <w:r>
        <w:rPr>
          <w:b w:val="0"/>
          <w:i w:val="0"/>
          <w:smallCaps w:val="0"/>
          <w:strike w:val="0"/>
          <w:sz w:val="22"/>
          <w:highlight w:val="green"/>
          <w:u w:val="single"/>
        </w:rPr>
        <w:t>useful in adapting to demands</w:t>
      </w:r>
      <w:r>
        <w:rPr>
          <w:b w:val="0"/>
          <w:i w:val="0"/>
          <w:smallCaps w:val="0"/>
          <w:strike w:val="0"/>
          <w:sz w:val="16"/>
          <w:u w:val="none"/>
        </w:rPr>
        <w:t xml:space="preserve"> 40 </w:t>
      </w:r>
      <w:r>
        <w:rPr>
          <w:b/>
          <w:i w:val="0"/>
          <w:smallCaps w:val="0"/>
          <w:strike w:val="0"/>
          <w:sz w:val="22"/>
          <w:highlight w:val="green"/>
          <w:u w:val="single"/>
        </w:rPr>
        <w:t>for pandemic</w:t>
      </w:r>
      <w:r>
        <w:rPr>
          <w:b/>
          <w:i w:val="0"/>
          <w:smallCaps w:val="0"/>
          <w:strike w:val="0"/>
          <w:sz w:val="22"/>
          <w:u w:val="single"/>
        </w:rPr>
        <w:t xml:space="preserve">-related </w:t>
      </w:r>
      <w:r>
        <w:rPr>
          <w:b/>
          <w:i w:val="0"/>
          <w:smallCaps w:val="0"/>
          <w:strike w:val="0"/>
          <w:sz w:val="22"/>
          <w:highlight w:val="green"/>
          <w:u w:val="single"/>
        </w:rPr>
        <w:t>supplies</w:t>
      </w:r>
      <w:r>
        <w:rPr>
          <w:b w:val="0"/>
          <w:i w:val="0"/>
          <w:smallCaps w:val="0"/>
          <w:strike w:val="0"/>
          <w:sz w:val="16"/>
          <w:u w:val="none"/>
        </w:rPr>
        <w:t xml:space="preserve">. In the near future, we believe AI-powered advanced 41 manufacturing can provide the agility needed to manage surges in demand for critical items needed during pandemics. In this new era, AI could be used to optimize manufacturing, optimize logistics and supply chains, drive autonomous equipment and vehicles, empower intelligent robots, and direct next-generation 3D-printing and on-demand manufacturing.42 D. Ongoing Healthcare - Protecting the Healthy and Treating the Sick Manage patient risk and mortality. An existing tool in use in 20 hospitals around the United States predicts which patients will experience cardiac arrest and require intensive care, helping physicians determine which patients to admit to the hospital. </w:t>
      </w:r>
      <w:r>
        <w:rPr>
          <w:b w:val="0"/>
          <w:i w:val="0"/>
          <w:smallCaps w:val="0"/>
          <w:strike w:val="0"/>
          <w:sz w:val="22"/>
          <w:u w:val="single"/>
        </w:rPr>
        <w:t>AI</w:t>
      </w:r>
      <w:r>
        <w:rPr>
          <w:b w:val="0"/>
          <w:i w:val="0"/>
          <w:smallCaps w:val="0"/>
          <w:strike w:val="0"/>
          <w:sz w:val="16"/>
          <w:u w:val="none"/>
        </w:rPr>
        <w:t xml:space="preserve">-driven 43 </w:t>
      </w:r>
      <w:r>
        <w:rPr>
          <w:b w:val="0"/>
          <w:i w:val="0"/>
          <w:smallCaps w:val="0"/>
          <w:strike w:val="0"/>
          <w:sz w:val="22"/>
          <w:u w:val="single"/>
        </w:rPr>
        <w:t>models</w:t>
      </w:r>
      <w:r>
        <w:rPr>
          <w:b w:val="0"/>
          <w:i w:val="0"/>
          <w:smallCaps w:val="0"/>
          <w:strike w:val="0"/>
          <w:sz w:val="16"/>
          <w:u w:val="none"/>
        </w:rPr>
        <w:t xml:space="preserve"> </w:t>
      </w:r>
      <w:r>
        <w:rPr>
          <w:b w:val="0"/>
          <w:i w:val="0"/>
          <w:smallCaps w:val="0"/>
          <w:strike w:val="0"/>
          <w:sz w:val="22"/>
          <w:u w:val="single"/>
        </w:rPr>
        <w:t>are being developed that can</w:t>
      </w:r>
      <w:r>
        <w:rPr>
          <w:b w:val="0"/>
          <w:i w:val="0"/>
          <w:smallCaps w:val="0"/>
          <w:strike w:val="0"/>
          <w:sz w:val="16"/>
          <w:u w:val="none"/>
        </w:rPr>
        <w:t xml:space="preserve"> help </w:t>
      </w:r>
      <w:r>
        <w:rPr>
          <w:b w:val="0"/>
          <w:i w:val="0"/>
          <w:smallCaps w:val="0"/>
          <w:strike w:val="0"/>
          <w:sz w:val="22"/>
          <w:u w:val="single"/>
        </w:rPr>
        <w:t>predict a patient’s severity of illness and risk of mortality.</w:t>
      </w:r>
      <w:r>
        <w:rPr>
          <w:b w:val="0"/>
          <w:i w:val="0"/>
          <w:smallCaps w:val="0"/>
          <w:strike w:val="0"/>
          <w:sz w:val="16"/>
          <w:u w:val="none"/>
        </w:rPr>
        <w:t xml:space="preserve"> Such a </w:t>
      </w:r>
      <w:r>
        <w:rPr>
          <w:b w:val="0"/>
          <w:i w:val="0"/>
          <w:smallCaps w:val="0"/>
          <w:strike w:val="0"/>
          <w:sz w:val="22"/>
          <w:u w:val="single"/>
        </w:rPr>
        <w:t>capability can inform crucial triage decisions</w:t>
      </w:r>
      <w:r>
        <w:rPr>
          <w:b w:val="0"/>
          <w:i w:val="0"/>
          <w:smallCaps w:val="0"/>
          <w:strike w:val="0"/>
          <w:sz w:val="16"/>
          <w:u w:val="none"/>
        </w:rPr>
        <w:t xml:space="preserve"> when hospitals 44 become overcrowded, providing decision support tools to inform allocation of limited resources. </w:t>
      </w:r>
      <w:r>
        <w:rPr>
          <w:b w:val="0"/>
          <w:i w:val="0"/>
          <w:smallCaps w:val="0"/>
          <w:strike w:val="0"/>
          <w:sz w:val="22"/>
          <w:u w:val="single"/>
        </w:rPr>
        <w:t xml:space="preserve">The </w:t>
      </w:r>
      <w:r>
        <w:rPr>
          <w:b w:val="0"/>
          <w:i w:val="0"/>
          <w:smallCaps w:val="0"/>
          <w:strike w:val="0"/>
          <w:sz w:val="22"/>
          <w:highlight w:val="green"/>
          <w:u w:val="single"/>
        </w:rPr>
        <w:t>reliability of</w:t>
      </w:r>
      <w:r>
        <w:rPr>
          <w:b w:val="0"/>
          <w:i w:val="0"/>
          <w:smallCaps w:val="0"/>
          <w:strike w:val="0"/>
          <w:sz w:val="22"/>
          <w:u w:val="single"/>
        </w:rPr>
        <w:t xml:space="preserve"> these </w:t>
      </w:r>
      <w:r>
        <w:rPr>
          <w:b w:val="0"/>
          <w:i w:val="0"/>
          <w:smallCaps w:val="0"/>
          <w:strike w:val="0"/>
          <w:sz w:val="22"/>
          <w:highlight w:val="green"/>
          <w:u w:val="single"/>
        </w:rPr>
        <w:t>tools</w:t>
      </w:r>
      <w:r>
        <w:rPr>
          <w:b w:val="0"/>
          <w:i w:val="0"/>
          <w:smallCaps w:val="0"/>
          <w:strike w:val="0"/>
          <w:sz w:val="16"/>
          <w:u w:val="none"/>
        </w:rPr>
        <w:t xml:space="preserve"> will </w:t>
      </w:r>
      <w:r>
        <w:rPr>
          <w:b w:val="0"/>
          <w:i w:val="0"/>
          <w:smallCaps w:val="0"/>
          <w:strike w:val="0"/>
          <w:sz w:val="22"/>
          <w:highlight w:val="green"/>
          <w:u w:val="single"/>
        </w:rPr>
        <w:t>increase as AI design</w:t>
      </w:r>
      <w:r>
        <w:rPr>
          <w:b w:val="0"/>
          <w:i w:val="0"/>
          <w:smallCaps w:val="0"/>
          <w:strike w:val="0"/>
          <w:sz w:val="22"/>
          <w:u w:val="single"/>
        </w:rPr>
        <w:t xml:space="preserve"> and engineering</w:t>
      </w:r>
      <w:r>
        <w:rPr>
          <w:b w:val="0"/>
          <w:i w:val="0"/>
          <w:smallCaps w:val="0"/>
          <w:strike w:val="0"/>
          <w:sz w:val="16"/>
          <w:u w:val="none"/>
        </w:rPr>
        <w:t xml:space="preserve"> 45 </w:t>
      </w:r>
      <w:r>
        <w:rPr>
          <w:b/>
          <w:i w:val="0"/>
          <w:smallCaps w:val="0"/>
          <w:strike w:val="0"/>
          <w:sz w:val="22"/>
          <w:highlight w:val="green"/>
          <w:u w:val="single"/>
        </w:rPr>
        <w:t>principles improve</w:t>
      </w:r>
      <w:r>
        <w:rPr>
          <w:b w:val="0"/>
          <w:i w:val="0"/>
          <w:smallCaps w:val="0"/>
          <w:strike w:val="0"/>
          <w:sz w:val="16"/>
          <w:u w:val="none"/>
        </w:rPr>
        <w:t xml:space="preserve">, allowing independent testing with comparable performance metrics.   Reduce transmission rates through use of autonomous robots. </w:t>
      </w:r>
      <w:r>
        <w:rPr>
          <w:b w:val="0"/>
          <w:i w:val="0"/>
          <w:smallCaps w:val="0"/>
          <w:strike w:val="0"/>
          <w:sz w:val="22"/>
          <w:u w:val="single"/>
        </w:rPr>
        <w:t>AI</w:t>
      </w:r>
      <w:r>
        <w:rPr>
          <w:b w:val="0"/>
          <w:i w:val="0"/>
          <w:smallCaps w:val="0"/>
          <w:strike w:val="0"/>
          <w:sz w:val="16"/>
          <w:u w:val="none"/>
        </w:rPr>
        <w:t xml:space="preserve"> </w:t>
      </w:r>
      <w:r>
        <w:rPr>
          <w:b w:val="0"/>
          <w:i w:val="0"/>
          <w:smallCaps w:val="0"/>
          <w:strike w:val="0"/>
          <w:sz w:val="22"/>
          <w:u w:val="single"/>
        </w:rPr>
        <w:t>is</w:t>
      </w:r>
      <w:r>
        <w:rPr>
          <w:b w:val="0"/>
          <w:i w:val="0"/>
          <w:smallCaps w:val="0"/>
          <w:strike w:val="0"/>
          <w:sz w:val="16"/>
          <w:u w:val="none"/>
        </w:rPr>
        <w:t xml:space="preserve"> being </w:t>
      </w:r>
      <w:r>
        <w:rPr>
          <w:b w:val="0"/>
          <w:i w:val="0"/>
          <w:smallCaps w:val="0"/>
          <w:strike w:val="0"/>
          <w:sz w:val="22"/>
          <w:u w:val="single"/>
        </w:rPr>
        <w:t>used to limit human interaction</w:t>
      </w:r>
      <w:r>
        <w:rPr>
          <w:b w:val="0"/>
          <w:i w:val="0"/>
          <w:smallCaps w:val="0"/>
          <w:strike w:val="0"/>
          <w:sz w:val="16"/>
          <w:u w:val="none"/>
        </w:rPr>
        <w:t xml:space="preserve"> by </w:t>
      </w:r>
      <w:r>
        <w:rPr>
          <w:b w:val="0"/>
          <w:i w:val="0"/>
          <w:smallCaps w:val="0"/>
          <w:strike w:val="0"/>
          <w:sz w:val="22"/>
          <w:u w:val="single"/>
        </w:rPr>
        <w:t>enabling new autonomous robotic capabilities</w:t>
      </w:r>
      <w:r>
        <w:rPr>
          <w:b w:val="0"/>
          <w:i w:val="0"/>
          <w:smallCaps w:val="0"/>
          <w:strike w:val="0"/>
          <w:sz w:val="16"/>
          <w:u w:val="none"/>
        </w:rPr>
        <w:t xml:space="preserve"> and services. These include assisting clinicians in hospitals, monitoring re-opened public spaces, enabling telehealth services, and processing test samples. A Danish company has 46 developed a line of ultraviolet light emitting robots that can travel through hallways and rooms disinfecting areas with no human intervention. Hospitals in Boston have used 47 AI-enabled robots to diagnose COVID-19 patients remotely, enabling informed allocation of in-person care, minimization of exposure, and preservation of protective equipment. Today’s robots are employed in a limited capacity to carry out a small set 48 of specialized tasks such as relaying communications, delivering supplies and meals, monitoring patients, and disinfecting. In the future, a robot may be able to oversee and complete complex, multi-phased tasks such as laboratory testing pipelines that involve teams of robots conducting sample collection, preparation, test administration, error recovery, results interpretation, and results delivery. Remotely monitor patients. With appropriate sensor data, </w:t>
      </w:r>
      <w:r>
        <w:rPr>
          <w:b w:val="0"/>
          <w:i w:val="0"/>
          <w:smallCaps w:val="0"/>
          <w:strike w:val="0"/>
          <w:sz w:val="22"/>
          <w:highlight w:val="green"/>
          <w:u w:val="single"/>
        </w:rPr>
        <w:t>AI is</w:t>
      </w:r>
      <w:r>
        <w:rPr>
          <w:b w:val="0"/>
          <w:i w:val="0"/>
          <w:smallCaps w:val="0"/>
          <w:strike w:val="0"/>
          <w:sz w:val="16"/>
          <w:u w:val="none"/>
        </w:rPr>
        <w:t xml:space="preserve"> being </w:t>
      </w:r>
      <w:r>
        <w:rPr>
          <w:b w:val="0"/>
          <w:i w:val="0"/>
          <w:smallCaps w:val="0"/>
          <w:strike w:val="0"/>
          <w:sz w:val="22"/>
          <w:u w:val="single"/>
        </w:rPr>
        <w:t xml:space="preserve">developed to </w:t>
      </w:r>
      <w:r>
        <w:rPr>
          <w:b w:val="0"/>
          <w:i w:val="0"/>
          <w:smallCaps w:val="0"/>
          <w:strike w:val="0"/>
          <w:sz w:val="22"/>
          <w:highlight w:val="green"/>
          <w:u w:val="single"/>
        </w:rPr>
        <w:t>help physicians</w:t>
      </w:r>
      <w:r>
        <w:rPr>
          <w:b w:val="0"/>
          <w:i w:val="0"/>
          <w:smallCaps w:val="0"/>
          <w:strike w:val="0"/>
          <w:sz w:val="16"/>
          <w:u w:val="none"/>
        </w:rPr>
        <w:t xml:space="preserve"> </w:t>
      </w:r>
      <w:r>
        <w:rPr>
          <w:b/>
          <w:i w:val="0"/>
          <w:smallCaps w:val="0"/>
          <w:strike w:val="0"/>
          <w:sz w:val="22"/>
          <w:highlight w:val="green"/>
          <w:u w:val="single"/>
        </w:rPr>
        <w:t>remotely monitor patients</w:t>
      </w:r>
      <w:r>
        <w:rPr>
          <w:b w:val="0"/>
          <w:i w:val="0"/>
          <w:smallCaps w:val="0"/>
          <w:strike w:val="0"/>
          <w:sz w:val="16"/>
          <w:u w:val="none"/>
        </w:rPr>
        <w:t xml:space="preserve">, both severe cases in intensive care units and moderately ill patients from their homes, as well as conduct remote medical trials. A 49 hospital in Houston has created a “clinical command center” using high-resolution cameras and an analytics platform that uses machine learning algorithms to assess the state of critical patients based on real-time ingested data feeds from ventilators, electrocardiogram machines and oxygen pumps as well as a patient’s electronic medical record and vital signs. A clinical team in Boston is testing an AI-driven device 50 developed by Massachusetts Institute of Technology’s Computer Science and Artificial Intelligence Laboratory that remotely monitors a COVID-19 patient’s breathing, movement, and sleep patterns using wireless signals. Meanwhile, the 51 Department of Defense (DoD) is working with company </w:t>
      </w:r>
      <w:r>
        <w:rPr>
          <w:b w:val="0"/>
          <w:i w:val="0"/>
          <w:smallCaps w:val="0"/>
          <w:strike w:val="0"/>
          <w:sz w:val="16"/>
          <w:u w:val="none"/>
        </w:rPr>
        <w:t>PhysIQ</w:t>
      </w:r>
      <w:r>
        <w:rPr>
          <w:b w:val="0"/>
          <w:i w:val="0"/>
          <w:smallCaps w:val="0"/>
          <w:strike w:val="0"/>
          <w:sz w:val="16"/>
          <w:u w:val="none"/>
        </w:rPr>
        <w:t xml:space="preserve"> to monitor COVID-19 patients and those at high risk using clinical-grade biosensors that share data with a Food and Drug Administration approved, AI-enabled platform. </w:t>
      </w:r>
      <w:r>
        <w:rPr>
          <w:b w:val="0"/>
          <w:i w:val="0"/>
          <w:smallCaps w:val="0"/>
          <w:strike w:val="0"/>
          <w:sz w:val="22"/>
          <w:u w:val="single"/>
        </w:rPr>
        <w:t>Remote</w:t>
      </w:r>
      <w:r>
        <w:rPr>
          <w:b w:val="0"/>
          <w:i w:val="0"/>
          <w:smallCaps w:val="0"/>
          <w:strike w:val="0"/>
          <w:sz w:val="16"/>
          <w:u w:val="none"/>
        </w:rPr>
        <w:t xml:space="preserve"> 52 monitoring </w:t>
      </w:r>
      <w:r>
        <w:rPr>
          <w:b w:val="0"/>
          <w:i w:val="0"/>
          <w:smallCaps w:val="0"/>
          <w:strike w:val="0"/>
          <w:sz w:val="22"/>
          <w:highlight w:val="green"/>
          <w:u w:val="single"/>
        </w:rPr>
        <w:t>capabilities will</w:t>
      </w:r>
      <w:r>
        <w:rPr>
          <w:b w:val="0"/>
          <w:i w:val="0"/>
          <w:smallCaps w:val="0"/>
          <w:strike w:val="0"/>
          <w:sz w:val="16"/>
          <w:u w:val="none"/>
        </w:rPr>
        <w:t xml:space="preserve"> likely </w:t>
      </w:r>
      <w:r>
        <w:rPr>
          <w:b w:val="0"/>
          <w:i w:val="0"/>
          <w:smallCaps w:val="0"/>
          <w:strike w:val="0"/>
          <w:sz w:val="22"/>
          <w:highlight w:val="green"/>
          <w:u w:val="single"/>
        </w:rPr>
        <w:t>become</w:t>
      </w:r>
      <w:r>
        <w:rPr>
          <w:b w:val="0"/>
          <w:i w:val="0"/>
          <w:smallCaps w:val="0"/>
          <w:strike w:val="0"/>
          <w:sz w:val="16"/>
          <w:u w:val="none"/>
        </w:rPr>
        <w:t xml:space="preserve"> increasingly </w:t>
      </w:r>
      <w:r>
        <w:rPr>
          <w:b w:val="0"/>
          <w:i w:val="0"/>
          <w:smallCaps w:val="0"/>
          <w:strike w:val="0"/>
          <w:sz w:val="22"/>
          <w:highlight w:val="green"/>
          <w:u w:val="single"/>
        </w:rPr>
        <w:t>integrated</w:t>
      </w:r>
      <w:r>
        <w:rPr>
          <w:b w:val="0"/>
          <w:i w:val="0"/>
          <w:smallCaps w:val="0"/>
          <w:strike w:val="0"/>
          <w:sz w:val="22"/>
          <w:u w:val="single"/>
        </w:rPr>
        <w:t xml:space="preserve"> into treatment programs</w:t>
      </w:r>
      <w:r>
        <w:rPr>
          <w:b w:val="0"/>
          <w:i w:val="0"/>
          <w:smallCaps w:val="0"/>
          <w:strike w:val="0"/>
          <w:sz w:val="16"/>
          <w:u w:val="none"/>
        </w:rPr>
        <w:t xml:space="preserve"> and medical trials </w:t>
      </w:r>
      <w:r>
        <w:rPr>
          <w:b/>
          <w:i w:val="0"/>
          <w:smallCaps w:val="0"/>
          <w:strike w:val="0"/>
          <w:sz w:val="22"/>
          <w:highlight w:val="green"/>
          <w:u w:val="single"/>
        </w:rPr>
        <w:t>as the tech</w:t>
      </w:r>
      <w:r>
        <w:rPr>
          <w:b/>
          <w:i w:val="0"/>
          <w:smallCaps w:val="0"/>
          <w:strike w:val="0"/>
          <w:sz w:val="22"/>
          <w:u w:val="single"/>
        </w:rPr>
        <w:t xml:space="preserve">nology </w:t>
      </w:r>
      <w:r>
        <w:rPr>
          <w:b/>
          <w:i w:val="0"/>
          <w:smallCaps w:val="0"/>
          <w:strike w:val="0"/>
          <w:sz w:val="22"/>
          <w:highlight w:val="green"/>
          <w:u w:val="single"/>
        </w:rPr>
        <w:t>develops</w:t>
      </w:r>
      <w:r>
        <w:rPr>
          <w:b w:val="0"/>
          <w:i w:val="0"/>
          <w:smallCaps w:val="0"/>
          <w:strike w:val="0"/>
          <w:sz w:val="16"/>
          <w:highlight w:val="green"/>
          <w:u w:val="none"/>
        </w:rPr>
        <w:t xml:space="preserve">, </w:t>
      </w:r>
      <w:r>
        <w:rPr>
          <w:b w:val="0"/>
          <w:i w:val="0"/>
          <w:smallCaps w:val="0"/>
          <w:strike w:val="0"/>
          <w:sz w:val="22"/>
          <w:highlight w:val="green"/>
          <w:u w:val="single"/>
        </w:rPr>
        <w:t>reducing</w:t>
      </w:r>
      <w:r>
        <w:rPr>
          <w:b w:val="0"/>
          <w:i w:val="0"/>
          <w:smallCaps w:val="0"/>
          <w:strike w:val="0"/>
          <w:sz w:val="22"/>
          <w:u w:val="single"/>
        </w:rPr>
        <w:t xml:space="preserve"> the </w:t>
      </w:r>
      <w:r>
        <w:rPr>
          <w:b w:val="0"/>
          <w:i w:val="0"/>
          <w:smallCaps w:val="0"/>
          <w:strike w:val="0"/>
          <w:sz w:val="22"/>
          <w:highlight w:val="green"/>
          <w:u w:val="single"/>
        </w:rPr>
        <w:t xml:space="preserve">risk of </w:t>
      </w:r>
      <w:r>
        <w:rPr>
          <w:b w:val="0"/>
          <w:i w:val="0"/>
          <w:smallCaps w:val="0"/>
          <w:strike w:val="0"/>
          <w:sz w:val="16"/>
          <w:highlight w:val="green"/>
          <w:u w:val="none"/>
        </w:rPr>
        <w:t xml:space="preserve">disease </w:t>
      </w:r>
      <w:r>
        <w:rPr>
          <w:b w:val="0"/>
          <w:i w:val="0"/>
          <w:smallCaps w:val="0"/>
          <w:strike w:val="0"/>
          <w:sz w:val="22"/>
          <w:highlight w:val="green"/>
          <w:u w:val="single"/>
        </w:rPr>
        <w:t>transmission</w:t>
      </w:r>
      <w:r>
        <w:rPr>
          <w:b w:val="0"/>
          <w:i w:val="0"/>
          <w:smallCaps w:val="0"/>
          <w:strike w:val="0"/>
          <w:sz w:val="22"/>
          <w:u w:val="single"/>
        </w:rPr>
        <w:t xml:space="preserve"> and the burden on hospitals</w:t>
      </w:r>
      <w:r>
        <w:rPr>
          <w:b w:val="0"/>
          <w:i w:val="0"/>
          <w:smallCaps w:val="0"/>
          <w:strike w:val="0"/>
          <w:sz w:val="16"/>
          <w:u w:val="none"/>
        </w:rPr>
        <w:t xml:space="preserve">, </w:t>
      </w:r>
      <w:r>
        <w:rPr>
          <w:b/>
          <w:i w:val="0"/>
          <w:smallCaps w:val="0"/>
          <w:strike w:val="0"/>
          <w:sz w:val="22"/>
          <w:u w:val="single"/>
        </w:rPr>
        <w:t>as well as accelerating robust clinical testing of new medicines.</w:t>
      </w:r>
    </w:p>
    <w:p>
      <w:pPr>
        <w:pStyle w:val="Caption"/>
      </w:pPr>
      <w:r>
        <w:t>Source: Patents Bad DA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