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u w:val="none"/>
        </w:rPr>
        <w:t xml:space="preserve">Deleting patents is </w:t>
      </w:r>
      <w:r>
        <w:rPr>
          <w:b/>
          <w:i w:val="0"/>
          <w:smallCaps w:val="0"/>
          <w:strike w:val="0"/>
          <w:u w:val="single"/>
        </w:rPr>
        <w:t>critical</w:t>
      </w:r>
      <w:r>
        <w:rPr>
          <w:b/>
          <w:i w:val="0"/>
          <w:smallCaps w:val="0"/>
          <w:strike w:val="0"/>
          <w:u w:val="none"/>
        </w:rPr>
        <w:t xml:space="preserve"> to solving the</w:t>
      </w:r>
      <w:r>
        <w:rPr>
          <w:b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u w:val="single"/>
        </w:rPr>
        <w:t>ineffective nature of patent law</w:t>
      </w:r>
      <w:r>
        <w:rPr>
          <w:b/>
          <w:i w:val="0"/>
          <w:smallCaps w:val="0"/>
          <w:strike w:val="0"/>
          <w:u w:val="single"/>
        </w:rPr>
        <w:t>.</w:t>
      </w:r>
      <w:r>
        <w:rPr>
          <w:b/>
          <w:i w:val="0"/>
          <w:smallCaps w:val="0"/>
          <w:strike w:val="0"/>
          <w:u w:val="none"/>
        </w:rPr>
        <w:t xml:space="preserve">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Jordan </w:t>
      </w:r>
      <w:r>
        <w:rPr>
          <w:b/>
          <w:i w:val="0"/>
          <w:smallCaps w:val="0"/>
          <w:strike w:val="0"/>
          <w:sz w:val="22"/>
          <w:u w:val="none"/>
        </w:rPr>
        <w:t>Weissmann, 12</w:t>
      </w:r>
      <w:r>
        <w:rPr>
          <w:b w:val="0"/>
          <w:i w:val="0"/>
          <w:smallCaps w:val="0"/>
          <w:strike w:val="0"/>
          <w:u w:val="none"/>
        </w:rPr>
        <w:t>. Associate Edito</w:t>
      </w:r>
      <w:r>
        <w:rPr>
          <w:b w:val="0"/>
          <w:i w:val="0"/>
          <w:smallCaps w:val="0"/>
          <w:strike w:val="0"/>
          <w:u w:val="none"/>
        </w:rPr>
        <w:t>r at</w:t>
      </w:r>
      <w:r>
        <w:rPr>
          <w:b w:val="0"/>
          <w:i w:val="0"/>
          <w:smallCaps w:val="0"/>
          <w:strike w:val="0"/>
          <w:u w:val="none"/>
        </w:rPr>
        <w:t xml:space="preserve"> The Atlantic</w:t>
      </w:r>
      <w:r>
        <w:rPr>
          <w:b w:val="0"/>
          <w:i w:val="0"/>
          <w:smallCaps w:val="0"/>
          <w:strike w:val="0"/>
          <w:u w:val="none"/>
        </w:rPr>
        <w:t>, 2-28-12, last updated 7-21-22.</w:t>
      </w:r>
      <w:r>
        <w:rPr>
          <w:b w:val="0"/>
          <w:i w:val="0"/>
          <w:smallCaps w:val="0"/>
          <w:strike w:val="0"/>
          <w:u w:val="none"/>
        </w:rPr>
        <w:t xml:space="preserve"> "The case for abolishing patents in the US. Yes, all of them," https://qz.com/9861/the-case-for-abolishing-patents-in-the-us-yes-all-of-them/.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Our patent system is a mess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It’s a fount of expensive litigation that allows aging companies to linger </w:t>
      </w:r>
      <w:r>
        <w:rPr>
          <w:b/>
          <w:i w:val="0"/>
          <w:smallCaps w:val="0"/>
          <w:strike w:val="0"/>
          <w:sz w:val="22"/>
          <w:u w:val="single"/>
        </w:rPr>
        <w:t xml:space="preserve">around by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bullying</w:t>
      </w:r>
      <w:r>
        <w:rPr>
          <w:b/>
          <w:i w:val="0"/>
          <w:smallCaps w:val="0"/>
          <w:strike w:val="0"/>
          <w:sz w:val="22"/>
          <w:u w:val="single"/>
        </w:rPr>
        <w:t xml:space="preserve"> their more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innovative competitors</w:t>
      </w:r>
      <w:r>
        <w:rPr>
          <w:b/>
          <w:i w:val="0"/>
          <w:smallCaps w:val="0"/>
          <w:strike w:val="0"/>
          <w:sz w:val="22"/>
          <w:u w:val="single"/>
        </w:rPr>
        <w:t xml:space="preserve"> in court.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Critics have suggested plenty of reasonable reforms, from eliminating software patents to clamping down on ”trolls” who buy up patent portfolios only so they can file lawsuits. But do </w:t>
      </w:r>
      <w:r>
        <w:rPr>
          <w:b w:val="0"/>
          <w:i w:val="0"/>
          <w:smallCaps w:val="0"/>
          <w:strike w:val="0"/>
          <w:sz w:val="22"/>
          <w:u w:val="single"/>
        </w:rPr>
        <w:t>we need a more radical solution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?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Would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 be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possibly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better off without any patents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at all</w:t>
      </w:r>
      <w:r>
        <w:rPr>
          <w:b/>
          <w:i w:val="0"/>
          <w:smallCaps w:val="0"/>
          <w:strike w:val="0"/>
          <w:sz w:val="22"/>
          <w:u w:val="single"/>
        </w:rPr>
        <w:t>?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That’s the striking suggestion from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eral Reserve Bank of St. Louis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working paper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Michele Boldrin and David Levine, professors at Washington University in St. Louis </w:t>
      </w:r>
      <w:r>
        <w:rPr>
          <w:b/>
          <w:i w:val="0"/>
          <w:smallCaps w:val="0"/>
          <w:strike w:val="0"/>
          <w:sz w:val="22"/>
          <w:u w:val="single"/>
        </w:rPr>
        <w:t xml:space="preserve">who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argue</w:t>
      </w:r>
      <w:r>
        <w:rPr>
          <w:b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any patent system, no matter how well conceived, is bound to devolve into </w:t>
      </w:r>
      <w:r>
        <w:rPr>
          <w:b/>
          <w:i w:val="0"/>
          <w:smallCaps w:val="0"/>
          <w:strike w:val="0"/>
          <w:sz w:val="22"/>
          <w:u w:val="single"/>
        </w:rPr>
        <w:t>the</w:t>
      </w:r>
      <w:r>
        <w:rPr>
          <w:b/>
          <w:i w:val="0"/>
          <w:smallCaps w:val="0"/>
          <w:strike w:val="0"/>
          <w:sz w:val="22"/>
          <w:u w:val="single"/>
        </w:rPr>
        <w:t xml:space="preserve"> kind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quagmire</w:t>
      </w:r>
      <w:r>
        <w:rPr>
          <w:b/>
          <w:i w:val="0"/>
          <w:smallCaps w:val="0"/>
          <w:strike w:val="0"/>
          <w:sz w:val="22"/>
          <w:u w:val="single"/>
        </w:rPr>
        <w:t xml:space="preserve"> we’re dealing with today.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Here’s the (slightly jargony) core of their argument, which we’ll unpack together in a moment: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 closer look at the historical and international evidence suggests that while weak patent systems may mildly increase innovation with limited side-effects, strong patent systems retard innovation with many negative side-effects. </w:t>
      </w:r>
      <w:r>
        <w:rPr>
          <w:b/>
          <w:i w:val="0"/>
          <w:smallCaps w:val="0"/>
          <w:strike w:val="0"/>
          <w:sz w:val="22"/>
          <w:u w:val="single"/>
        </w:rPr>
        <w:t xml:space="preserve">Both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theoretically and empirically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political economy of government operated patent systems indicates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weak legislation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will generally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evolve into a strong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that the political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demand for stronger patent protection comes from old and stagnant industries and firms</w:t>
      </w:r>
      <w:r>
        <w:rPr>
          <w:b w:val="0"/>
          <w:i w:val="0"/>
          <w:smallCaps w:val="0"/>
          <w:strike w:val="0"/>
          <w:sz w:val="22"/>
          <w:u w:val="single"/>
        </w:rPr>
        <w:t>, not from new and innovative ones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Hence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best solution is to abolish patents entirely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[emphasis mine] through strong constitutional measures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to find other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legislative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instruments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less open to lobbying and rent-seeking,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foster innovation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whenever there is clear evidence that laissez-faire under-supplies it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Patents Bad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