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The </w:t>
      </w:r>
      <w:r>
        <w:rPr>
          <w:b/>
          <w:i w:val="0"/>
          <w:smallCaps w:val="0"/>
          <w:strike w:val="0"/>
          <w:u w:val="single"/>
        </w:rPr>
        <w:t>overall</w:t>
      </w:r>
      <w:r>
        <w:rPr>
          <w:b/>
          <w:i w:val="0"/>
          <w:smallCaps w:val="0"/>
          <w:strike w:val="0"/>
          <w:u w:val="none"/>
        </w:rPr>
        <w:t xml:space="preserve"> incentive is </w:t>
      </w:r>
      <w:r>
        <w:rPr>
          <w:b/>
          <w:i w:val="0"/>
          <w:smallCaps w:val="0"/>
          <w:strike w:val="0"/>
          <w:u w:val="single"/>
        </w:rPr>
        <w:t>negative</w:t>
      </w:r>
      <w:r>
        <w:rPr>
          <w:b/>
          <w:i w:val="0"/>
          <w:smallCaps w:val="0"/>
          <w:strike w:val="0"/>
          <w:u w:val="none"/>
        </w:rPr>
        <w:t xml:space="preserve">, drowned out by </w:t>
      </w:r>
      <w:r>
        <w:rPr>
          <w:b/>
          <w:i w:val="0"/>
          <w:smallCaps w:val="0"/>
          <w:strike w:val="0"/>
          <w:u w:val="single"/>
        </w:rPr>
        <w:t>litigation</w:t>
      </w:r>
      <w:r>
        <w:rPr>
          <w:b/>
          <w:i w:val="0"/>
          <w:smallCaps w:val="0"/>
          <w:strike w:val="0"/>
          <w:u w:val="none"/>
        </w:rPr>
        <w:t xml:space="preserve">, </w:t>
      </w:r>
      <w:r>
        <w:rPr>
          <w:b/>
          <w:i w:val="0"/>
          <w:smallCaps w:val="0"/>
          <w:strike w:val="0"/>
          <w:u w:val="single"/>
        </w:rPr>
        <w:t>licensing fees</w:t>
      </w:r>
      <w:r>
        <w:rPr>
          <w:b/>
          <w:i w:val="0"/>
          <w:smallCaps w:val="0"/>
          <w:strike w:val="0"/>
          <w:u w:val="none"/>
        </w:rPr>
        <w:t xml:space="preserve">, and loss of </w:t>
      </w:r>
      <w:r>
        <w:rPr>
          <w:b/>
          <w:i w:val="0"/>
          <w:smallCaps w:val="0"/>
          <w:strike w:val="0"/>
          <w:u w:val="single"/>
        </w:rPr>
        <w:t>cumulative</w:t>
      </w:r>
      <w:r>
        <w:rPr>
          <w:b/>
          <w:i w:val="0"/>
          <w:smallCaps w:val="0"/>
          <w:strike w:val="0"/>
          <w:u w:val="none"/>
        </w:rPr>
        <w:t xml:space="preserve"> innovation.</w:t>
      </w:r>
    </w:p>
    <w:p>
      <w:pPr>
        <w:spacing w:after="80"/>
      </w:pPr>
      <w:r>
        <w:rPr>
          <w:b/>
          <w:i w:val="0"/>
          <w:smallCaps w:val="0"/>
          <w:strike w:val="0"/>
          <w:sz w:val="22"/>
          <w:u w:val="none"/>
        </w:rPr>
        <w:t xml:space="preserve">Meurer ’21 </w:t>
      </w:r>
      <w:r>
        <w:rPr>
          <w:b w:val="0"/>
          <w:i w:val="0"/>
          <w:smallCaps w:val="0"/>
          <w:strike w:val="0"/>
          <w:u w:val="none"/>
        </w:rPr>
        <w:t>[Michael and Janet Freilich; March 16; PhD</w:t>
      </w:r>
      <w:r>
        <w:rPr>
          <w:b w:val="0"/>
          <w:i w:val="0"/>
          <w:smallCaps w:val="0"/>
          <w:strike w:val="0"/>
          <w:u w:val="none"/>
        </w:rPr>
        <w:t xml:space="preserve"> and </w:t>
      </w:r>
      <w:r>
        <w:rPr>
          <w:b w:val="0"/>
          <w:i w:val="0"/>
          <w:smallCaps w:val="0"/>
          <w:strike w:val="0"/>
          <w:u w:val="none"/>
        </w:rPr>
        <w:t>Professor of Law at Boston University; Associate Professor of Law at Fordham University; The Conversation, “Patent System Often Stifles the Innovation It Was Designed to Encourage,” https://theconversation.com/patent-system-often-stifles-the-innovation-it-was-designed-to-encourage-148075]</w:t>
      </w:r>
    </w:p>
    <w:p>
      <w:pPr>
        <w:spacing w:after="60"/>
      </w:pPr>
      <w:r>
        <w:rPr>
          <w:b/>
          <w:i w:val="0"/>
          <w:smallCaps w:val="0"/>
          <w:strike w:val="0"/>
          <w:sz w:val="22"/>
          <w:highlight w:val="cyan"/>
          <w:u w:val="single"/>
        </w:rPr>
        <w:t>Most tech</w:t>
      </w:r>
      <w:r>
        <w:rPr>
          <w:b w:val="0"/>
          <w:i w:val="0"/>
          <w:smallCaps w:val="0"/>
          <w:strike w:val="0"/>
          <w:sz w:val="22"/>
          <w:u w:val="single"/>
        </w:rPr>
        <w:t xml:space="preserve">nologies </w:t>
      </w:r>
      <w:r>
        <w:rPr>
          <w:b w:val="0"/>
          <w:i w:val="0"/>
          <w:smallCaps w:val="0"/>
          <w:strike w:val="0"/>
          <w:sz w:val="22"/>
          <w:highlight w:val="cyan"/>
          <w:u w:val="single"/>
        </w:rPr>
        <w:t>are</w:t>
      </w:r>
      <w:r>
        <w:rPr>
          <w:b w:val="0"/>
          <w:i w:val="0"/>
          <w:smallCaps w:val="0"/>
          <w:strike w:val="0"/>
          <w:sz w:val="22"/>
          <w:u w:val="single"/>
        </w:rPr>
        <w:t xml:space="preserve"> developed by</w:t>
      </w:r>
      <w:r>
        <w:rPr>
          <w:b w:val="0"/>
          <w:i w:val="0"/>
          <w:smallCaps w:val="0"/>
          <w:strike w:val="0"/>
          <w:sz w:val="16"/>
          <w:u w:val="none"/>
        </w:rPr>
        <w:t xml:space="preserve"> many inventors over many years, a process called </w:t>
      </w:r>
      <w:r>
        <w:rPr>
          <w:b w:val="0"/>
          <w:i w:val="0"/>
          <w:smallCaps w:val="0"/>
          <w:strike w:val="0"/>
          <w:sz w:val="22"/>
          <w:highlight w:val="cyan"/>
          <w:u w:val="single"/>
        </w:rPr>
        <w:t>“</w:t>
      </w:r>
      <w:r>
        <w:rPr>
          <w:b/>
          <w:i w:val="0"/>
          <w:smallCaps w:val="0"/>
          <w:strike w:val="0"/>
          <w:sz w:val="22"/>
          <w:highlight w:val="cyan"/>
          <w:u w:val="single"/>
        </w:rPr>
        <w:t>cumulative</w:t>
      </w:r>
      <w:r>
        <w:rPr>
          <w:b w:val="0"/>
          <w:i w:val="0"/>
          <w:smallCaps w:val="0"/>
          <w:strike w:val="0"/>
          <w:sz w:val="22"/>
          <w:highlight w:val="cyan"/>
          <w:u w:val="single"/>
        </w:rPr>
        <w:t>”</w:t>
      </w:r>
      <w:r>
        <w:rPr>
          <w:b w:val="0"/>
          <w:i w:val="0"/>
          <w:smallCaps w:val="0"/>
          <w:strike w:val="0"/>
          <w:sz w:val="22"/>
          <w:u w:val="single"/>
        </w:rPr>
        <w:t xml:space="preserve"> innovation. Too often, </w:t>
      </w:r>
      <w:r>
        <w:rPr>
          <w:b w:val="0"/>
          <w:i w:val="0"/>
          <w:smallCaps w:val="0"/>
          <w:strike w:val="0"/>
          <w:sz w:val="22"/>
          <w:highlight w:val="cyan"/>
          <w:u w:val="single"/>
        </w:rPr>
        <w:t>however</w:t>
      </w:r>
      <w:r>
        <w:rPr>
          <w:b w:val="0"/>
          <w:i w:val="0"/>
          <w:smallCaps w:val="0"/>
          <w:strike w:val="0"/>
          <w:sz w:val="22"/>
          <w:u w:val="single"/>
        </w:rPr>
        <w:t xml:space="preserve">, </w:t>
      </w:r>
      <w:r>
        <w:rPr>
          <w:b/>
          <w:i w:val="0"/>
          <w:smallCaps w:val="0"/>
          <w:strike w:val="0"/>
          <w:sz w:val="22"/>
          <w:u w:val="single"/>
        </w:rPr>
        <w:t xml:space="preserve">early </w:t>
      </w:r>
      <w:r>
        <w:rPr>
          <w:b/>
          <w:i w:val="0"/>
          <w:smallCaps w:val="0"/>
          <w:strike w:val="0"/>
          <w:sz w:val="22"/>
          <w:highlight w:val="cyan"/>
          <w:u w:val="single"/>
        </w:rPr>
        <w:t>inventors</w:t>
      </w:r>
      <w:r>
        <w:rPr>
          <w:b w:val="0"/>
          <w:i w:val="0"/>
          <w:smallCaps w:val="0"/>
          <w:strike w:val="0"/>
          <w:sz w:val="22"/>
          <w:highlight w:val="cyan"/>
          <w:u w:val="single"/>
        </w:rPr>
        <w:t xml:space="preserve"> get a </w:t>
      </w:r>
      <w:r>
        <w:rPr>
          <w:b/>
          <w:i w:val="0"/>
          <w:smallCaps w:val="0"/>
          <w:strike w:val="0"/>
          <w:sz w:val="22"/>
          <w:highlight w:val="cyan"/>
          <w:u w:val="single"/>
        </w:rPr>
        <w:t>patent</w:t>
      </w:r>
      <w:r>
        <w:rPr>
          <w:b w:val="0"/>
          <w:i w:val="0"/>
          <w:smallCaps w:val="0"/>
          <w:strike w:val="0"/>
          <w:sz w:val="22"/>
          <w:highlight w:val="cyan"/>
          <w:u w:val="single"/>
        </w:rPr>
        <w:t xml:space="preserve"> on a </w:t>
      </w:r>
      <w:r>
        <w:rPr>
          <w:b/>
          <w:i w:val="0"/>
          <w:smallCaps w:val="0"/>
          <w:strike w:val="0"/>
          <w:sz w:val="22"/>
          <w:highlight w:val="cyan"/>
          <w:u w:val="single"/>
        </w:rPr>
        <w:t>small</w:t>
      </w:r>
      <w:r>
        <w:rPr>
          <w:b w:val="0"/>
          <w:i w:val="0"/>
          <w:smallCaps w:val="0"/>
          <w:strike w:val="0"/>
          <w:sz w:val="22"/>
          <w:u w:val="single"/>
        </w:rPr>
        <w:t xml:space="preserve"> and </w:t>
      </w:r>
      <w:r>
        <w:rPr>
          <w:b w:val="0"/>
          <w:i w:val="0"/>
          <w:smallCaps w:val="0"/>
          <w:strike w:val="0"/>
          <w:sz w:val="22"/>
          <w:u w:val="single"/>
        </w:rPr>
        <w:t xml:space="preserve">perhaps </w:t>
      </w:r>
      <w:r>
        <w:rPr>
          <w:b/>
          <w:i w:val="0"/>
          <w:smallCaps w:val="0"/>
          <w:strike w:val="0"/>
          <w:sz w:val="22"/>
          <w:u w:val="single"/>
        </w:rPr>
        <w:t xml:space="preserve">insignificant </w:t>
      </w:r>
      <w:r>
        <w:rPr>
          <w:b/>
          <w:i w:val="0"/>
          <w:smallCaps w:val="0"/>
          <w:strike w:val="0"/>
          <w:sz w:val="22"/>
          <w:highlight w:val="cyan"/>
          <w:u w:val="single"/>
        </w:rPr>
        <w:t>piece</w:t>
      </w:r>
      <w:r>
        <w:rPr>
          <w:b w:val="0"/>
          <w:i w:val="0"/>
          <w:smallCaps w:val="0"/>
          <w:strike w:val="0"/>
          <w:sz w:val="22"/>
          <w:u w:val="single"/>
        </w:rPr>
        <w:t xml:space="preserve"> of the technological puzzle, </w:t>
      </w:r>
      <w:r>
        <w:rPr>
          <w:b w:val="0"/>
          <w:i w:val="0"/>
          <w:smallCaps w:val="0"/>
          <w:strike w:val="0"/>
          <w:sz w:val="22"/>
          <w:highlight w:val="cyan"/>
          <w:u w:val="single"/>
        </w:rPr>
        <w:t>yet</w:t>
      </w:r>
      <w:r>
        <w:rPr>
          <w:b w:val="0"/>
          <w:i w:val="0"/>
          <w:smallCaps w:val="0"/>
          <w:strike w:val="0"/>
          <w:sz w:val="22"/>
          <w:u w:val="single"/>
        </w:rPr>
        <w:t xml:space="preserve"> their patent </w:t>
      </w:r>
      <w:r>
        <w:rPr>
          <w:b w:val="0"/>
          <w:i w:val="0"/>
          <w:smallCaps w:val="0"/>
          <w:strike w:val="0"/>
          <w:sz w:val="22"/>
          <w:highlight w:val="cyan"/>
          <w:u w:val="single"/>
        </w:rPr>
        <w:t xml:space="preserve">covers the </w:t>
      </w:r>
      <w:r>
        <w:rPr>
          <w:b/>
          <w:i w:val="0"/>
          <w:smallCaps w:val="0"/>
          <w:strike w:val="0"/>
          <w:sz w:val="22"/>
          <w:highlight w:val="cyan"/>
          <w:u w:val="single"/>
        </w:rPr>
        <w:t>entire puzzle</w:t>
      </w:r>
      <w:r>
        <w:rPr>
          <w:b w:val="0"/>
          <w:i w:val="0"/>
          <w:smallCaps w:val="0"/>
          <w:strike w:val="0"/>
          <w:sz w:val="22"/>
          <w:highlight w:val="cyan"/>
          <w:u w:val="single"/>
        </w:rPr>
        <w:t>. Inventors</w:t>
      </w:r>
      <w:r>
        <w:rPr>
          <w:b w:val="0"/>
          <w:i w:val="0"/>
          <w:smallCaps w:val="0"/>
          <w:strike w:val="0"/>
          <w:sz w:val="16"/>
          <w:u w:val="none"/>
        </w:rPr>
        <w:t xml:space="preserve"> who solve subsequent parts of the puzzle may </w:t>
      </w:r>
      <w:r>
        <w:rPr>
          <w:b w:val="0"/>
          <w:i w:val="0"/>
          <w:smallCaps w:val="0"/>
          <w:strike w:val="0"/>
          <w:sz w:val="22"/>
          <w:u w:val="single"/>
        </w:rPr>
        <w:t xml:space="preserve">need to </w:t>
      </w:r>
      <w:r>
        <w:rPr>
          <w:b w:val="0"/>
          <w:i w:val="0"/>
          <w:smallCaps w:val="0"/>
          <w:strike w:val="0"/>
          <w:sz w:val="22"/>
          <w:highlight w:val="cyan"/>
          <w:u w:val="single"/>
        </w:rPr>
        <w:t xml:space="preserve">pay </w:t>
      </w:r>
      <w:r>
        <w:rPr>
          <w:b/>
          <w:i w:val="0"/>
          <w:smallCaps w:val="0"/>
          <w:strike w:val="0"/>
          <w:sz w:val="22"/>
          <w:highlight w:val="cyan"/>
          <w:u w:val="single"/>
        </w:rPr>
        <w:t>royalties</w:t>
      </w:r>
      <w:r>
        <w:rPr>
          <w:b w:val="0"/>
          <w:i w:val="0"/>
          <w:smallCaps w:val="0"/>
          <w:strike w:val="0"/>
          <w:sz w:val="22"/>
          <w:u w:val="single"/>
        </w:rPr>
        <w:t xml:space="preserve"> to the patentee, </w:t>
      </w:r>
      <w:r>
        <w:rPr>
          <w:b/>
          <w:i w:val="0"/>
          <w:smallCaps w:val="0"/>
          <w:strike w:val="0"/>
          <w:sz w:val="22"/>
          <w:highlight w:val="cyan"/>
          <w:u w:val="single"/>
        </w:rPr>
        <w:t>even if</w:t>
      </w:r>
      <w:r>
        <w:rPr>
          <w:b w:val="0"/>
          <w:i w:val="0"/>
          <w:smallCaps w:val="0"/>
          <w:strike w:val="0"/>
          <w:sz w:val="22"/>
          <w:u w:val="single"/>
        </w:rPr>
        <w:t xml:space="preserve"> their </w:t>
      </w:r>
      <w:r>
        <w:rPr>
          <w:b w:val="0"/>
          <w:i w:val="0"/>
          <w:smallCaps w:val="0"/>
          <w:strike w:val="0"/>
          <w:sz w:val="22"/>
          <w:highlight w:val="cyan"/>
          <w:u w:val="single"/>
        </w:rPr>
        <w:t xml:space="preserve">contributions are </w:t>
      </w:r>
      <w:r>
        <w:rPr>
          <w:b/>
          <w:i w:val="0"/>
          <w:smallCaps w:val="0"/>
          <w:strike w:val="0"/>
          <w:sz w:val="22"/>
          <w:highlight w:val="cyan"/>
          <w:u w:val="single"/>
        </w:rPr>
        <w:t>larger</w:t>
      </w:r>
      <w:r>
        <w:rPr>
          <w:b w:val="0"/>
          <w:i w:val="0"/>
          <w:smallCaps w:val="0"/>
          <w:strike w:val="0"/>
          <w:sz w:val="16"/>
          <w:u w:val="none"/>
        </w:rPr>
        <w:t>.</w:t>
      </w:r>
    </w:p>
    <w:p>
      <w:pPr>
        <w:spacing w:after="60"/>
      </w:pPr>
      <w:r>
        <w:rPr>
          <w:b w:val="0"/>
          <w:i w:val="0"/>
          <w:smallCaps w:val="0"/>
          <w:strike w:val="0"/>
          <w:sz w:val="16"/>
          <w:u w:val="none"/>
        </w:rPr>
        <w:t>As legal experts who focus on technology law and policy, we suggest that the problem boils down to two issues: too many patents and too little accurate information about them.</w:t>
      </w:r>
    </w:p>
    <w:p>
      <w:pPr>
        <w:spacing w:after="60"/>
      </w:pPr>
      <w:r>
        <w:rPr>
          <w:b w:val="0"/>
          <w:i w:val="0"/>
          <w:smallCaps w:val="0"/>
          <w:strike w:val="0"/>
          <w:sz w:val="16"/>
          <w:u w:val="none"/>
        </w:rPr>
        <w:t>Too many patents</w:t>
      </w:r>
    </w:p>
    <w:p>
      <w:pPr>
        <w:spacing w:after="60"/>
      </w:pPr>
      <w:r>
        <w:rPr>
          <w:b w:val="0"/>
          <w:i w:val="0"/>
          <w:smallCaps w:val="0"/>
          <w:strike w:val="0"/>
          <w:sz w:val="22"/>
          <w:highlight w:val="cyan"/>
          <w:u w:val="single"/>
        </w:rPr>
        <w:t xml:space="preserve">The U.S. is </w:t>
      </w:r>
      <w:r>
        <w:rPr>
          <w:b/>
          <w:i w:val="0"/>
          <w:smallCaps w:val="0"/>
          <w:strike w:val="0"/>
          <w:sz w:val="22"/>
          <w:highlight w:val="cyan"/>
          <w:u w:val="single"/>
        </w:rPr>
        <w:t>awash</w:t>
      </w:r>
      <w:r>
        <w:rPr>
          <w:b w:val="0"/>
          <w:i w:val="0"/>
          <w:smallCaps w:val="0"/>
          <w:strike w:val="0"/>
          <w:sz w:val="22"/>
          <w:highlight w:val="cyan"/>
          <w:u w:val="single"/>
        </w:rPr>
        <w:t xml:space="preserve"> in patents. Over</w:t>
      </w:r>
      <w:r>
        <w:rPr>
          <w:b w:val="0"/>
          <w:i w:val="0"/>
          <w:smallCaps w:val="0"/>
          <w:strike w:val="0"/>
          <w:sz w:val="22"/>
          <w:u w:val="single"/>
        </w:rPr>
        <w:t xml:space="preserve"> </w:t>
      </w:r>
      <w:r>
        <w:rPr>
          <w:b/>
          <w:i w:val="0"/>
          <w:smallCaps w:val="0"/>
          <w:strike w:val="0"/>
          <w:sz w:val="22"/>
          <w:u w:val="single"/>
        </w:rPr>
        <w:t>350,000</w:t>
      </w:r>
      <w:r>
        <w:rPr>
          <w:b w:val="0"/>
          <w:i w:val="0"/>
          <w:smallCaps w:val="0"/>
          <w:strike w:val="0"/>
          <w:sz w:val="22"/>
          <w:u w:val="single"/>
        </w:rPr>
        <w:t xml:space="preserve"> U.S. patents were granted in 2019, </w:t>
      </w:r>
      <w:r>
        <w:rPr>
          <w:b/>
          <w:i w:val="0"/>
          <w:smallCaps w:val="0"/>
          <w:strike w:val="0"/>
          <w:sz w:val="22"/>
          <w:highlight w:val="cyan"/>
          <w:u w:val="single"/>
        </w:rPr>
        <w:t>four times</w:t>
      </w:r>
      <w:r>
        <w:rPr>
          <w:b w:val="0"/>
          <w:i w:val="0"/>
          <w:smallCaps w:val="0"/>
          <w:strike w:val="0"/>
          <w:sz w:val="22"/>
          <w:u w:val="single"/>
        </w:rPr>
        <w:t xml:space="preserve"> the per capita rate </w:t>
      </w:r>
      <w:r>
        <w:rPr>
          <w:b w:val="0"/>
          <w:i w:val="0"/>
          <w:smallCaps w:val="0"/>
          <w:strike w:val="0"/>
          <w:sz w:val="22"/>
          <w:highlight w:val="cyan"/>
          <w:u w:val="single"/>
        </w:rPr>
        <w:t xml:space="preserve">in </w:t>
      </w:r>
      <w:r>
        <w:rPr>
          <w:b/>
          <w:i w:val="0"/>
          <w:smallCaps w:val="0"/>
          <w:strike w:val="0"/>
          <w:sz w:val="22"/>
          <w:highlight w:val="cyan"/>
          <w:u w:val="single"/>
        </w:rPr>
        <w:t>1980</w:t>
      </w:r>
      <w:r>
        <w:rPr>
          <w:b w:val="0"/>
          <w:i w:val="0"/>
          <w:smallCaps w:val="0"/>
          <w:strike w:val="0"/>
          <w:sz w:val="22"/>
          <w:u w:val="single"/>
        </w:rPr>
        <w:t>. From the perspective of</w:t>
      </w:r>
      <w:r>
        <w:rPr>
          <w:b w:val="0"/>
          <w:i w:val="0"/>
          <w:smallCaps w:val="0"/>
          <w:strike w:val="0"/>
          <w:sz w:val="16"/>
          <w:u w:val="none"/>
        </w:rPr>
        <w:t xml:space="preserve"> research managers at </w:t>
      </w:r>
      <w:r>
        <w:rPr>
          <w:b w:val="0"/>
          <w:i w:val="0"/>
          <w:smallCaps w:val="0"/>
          <w:strike w:val="0"/>
          <w:sz w:val="22"/>
          <w:u w:val="single"/>
        </w:rPr>
        <w:t xml:space="preserve">big firms, </w:t>
      </w:r>
      <w:r>
        <w:rPr>
          <w:b w:val="0"/>
          <w:i w:val="0"/>
          <w:smallCaps w:val="0"/>
          <w:strike w:val="0"/>
          <w:sz w:val="22"/>
          <w:highlight w:val="cyan"/>
          <w:u w:val="single"/>
        </w:rPr>
        <w:t xml:space="preserve">patents are </w:t>
      </w:r>
      <w:r>
        <w:rPr>
          <w:b/>
          <w:i w:val="0"/>
          <w:smallCaps w:val="0"/>
          <w:strike w:val="0"/>
          <w:sz w:val="22"/>
          <w:highlight w:val="cyan"/>
          <w:u w:val="single"/>
        </w:rPr>
        <w:t>cheap</w:t>
      </w:r>
      <w:r>
        <w:rPr>
          <w:b w:val="0"/>
          <w:i w:val="0"/>
          <w:smallCaps w:val="0"/>
          <w:strike w:val="0"/>
          <w:sz w:val="22"/>
          <w:highlight w:val="cyan"/>
          <w:u w:val="single"/>
        </w:rPr>
        <w:t xml:space="preserve"> and</w:t>
      </w:r>
      <w:r>
        <w:rPr>
          <w:b w:val="0"/>
          <w:i w:val="0"/>
          <w:smallCaps w:val="0"/>
          <w:strike w:val="0"/>
          <w:sz w:val="22"/>
          <w:u w:val="single"/>
        </w:rPr>
        <w:t xml:space="preserve"> </w:t>
      </w:r>
      <w:r>
        <w:rPr>
          <w:b/>
          <w:i w:val="0"/>
          <w:smallCaps w:val="0"/>
          <w:strike w:val="0"/>
          <w:sz w:val="22"/>
          <w:u w:val="single"/>
        </w:rPr>
        <w:t>easy</w:t>
      </w:r>
      <w:r>
        <w:rPr>
          <w:b w:val="0"/>
          <w:i w:val="0"/>
          <w:smallCaps w:val="0"/>
          <w:strike w:val="0"/>
          <w:sz w:val="22"/>
          <w:u w:val="single"/>
        </w:rPr>
        <w:t xml:space="preserve"> to get</w:t>
      </w:r>
      <w:r>
        <w:rPr>
          <w:b w:val="0"/>
          <w:i w:val="0"/>
          <w:smallCaps w:val="0"/>
          <w:strike w:val="0"/>
          <w:sz w:val="16"/>
          <w:u w:val="none"/>
        </w:rPr>
        <w:t>. For example, in the early 2000s Bill Gates decided that Microsoft was patent-poor, and within a few years the company increased annual patent applications by 50%.</w:t>
      </w:r>
    </w:p>
    <w:p>
      <w:pPr>
        <w:spacing w:after="60"/>
      </w:pPr>
      <w:r>
        <w:rPr>
          <w:b w:val="0"/>
          <w:i w:val="0"/>
          <w:smallCaps w:val="0"/>
          <w:strike w:val="0"/>
          <w:sz w:val="22"/>
          <w:u w:val="single"/>
        </w:rPr>
        <w:t xml:space="preserve">Patents are </w:t>
      </w:r>
      <w:r>
        <w:rPr>
          <w:b/>
          <w:i w:val="0"/>
          <w:smallCaps w:val="0"/>
          <w:strike w:val="0"/>
          <w:sz w:val="22"/>
          <w:u w:val="single"/>
        </w:rPr>
        <w:t>easy to get</w:t>
      </w:r>
      <w:r>
        <w:rPr>
          <w:b w:val="0"/>
          <w:i w:val="0"/>
          <w:smallCaps w:val="0"/>
          <w:strike w:val="0"/>
          <w:sz w:val="22"/>
          <w:u w:val="single"/>
        </w:rPr>
        <w:t xml:space="preserve"> because the </w:t>
      </w:r>
      <w:r>
        <w:rPr>
          <w:b/>
          <w:i w:val="0"/>
          <w:smallCaps w:val="0"/>
          <w:strike w:val="0"/>
          <w:sz w:val="22"/>
          <w:u w:val="single"/>
        </w:rPr>
        <w:t>standards</w:t>
      </w:r>
      <w:r>
        <w:rPr>
          <w:b w:val="0"/>
          <w:i w:val="0"/>
          <w:smallCaps w:val="0"/>
          <w:strike w:val="0"/>
          <w:sz w:val="22"/>
          <w:u w:val="single"/>
        </w:rPr>
        <w:t xml:space="preserve"> of patentability are </w:t>
      </w:r>
      <w:r>
        <w:rPr>
          <w:b/>
          <w:i w:val="0"/>
          <w:smallCaps w:val="0"/>
          <w:strike w:val="0"/>
          <w:sz w:val="22"/>
          <w:u w:val="single"/>
        </w:rPr>
        <w:t>low</w:t>
      </w:r>
      <w:r>
        <w:rPr>
          <w:b w:val="0"/>
          <w:i w:val="0"/>
          <w:smallCaps w:val="0"/>
          <w:strike w:val="0"/>
          <w:sz w:val="16"/>
          <w:u w:val="none"/>
        </w:rPr>
        <w:t xml:space="preserve"> and because the burden is on the U.S. Patent and Trademark Office to prove an invention is not patentable. </w:t>
      </w:r>
      <w:r>
        <w:rPr>
          <w:b w:val="0"/>
          <w:i w:val="0"/>
          <w:smallCaps w:val="0"/>
          <w:strike w:val="0"/>
          <w:sz w:val="22"/>
          <w:u w:val="single"/>
        </w:rPr>
        <w:t xml:space="preserve">Patent examination is </w:t>
      </w:r>
      <w:r>
        <w:rPr>
          <w:b/>
          <w:i w:val="0"/>
          <w:smallCaps w:val="0"/>
          <w:strike w:val="0"/>
          <w:sz w:val="22"/>
          <w:highlight w:val="cyan"/>
          <w:u w:val="single"/>
        </w:rPr>
        <w:t>slow</w:t>
      </w:r>
      <w:r>
        <w:rPr>
          <w:b w:val="0"/>
          <w:i w:val="0"/>
          <w:smallCaps w:val="0"/>
          <w:strike w:val="0"/>
          <w:sz w:val="22"/>
          <w:highlight w:val="cyan"/>
          <w:u w:val="single"/>
        </w:rPr>
        <w:t>. It</w:t>
      </w:r>
      <w:r>
        <w:rPr>
          <w:b w:val="0"/>
          <w:i w:val="0"/>
          <w:smallCaps w:val="0"/>
          <w:strike w:val="0"/>
          <w:sz w:val="22"/>
          <w:u w:val="single"/>
        </w:rPr>
        <w:t xml:space="preserve"> often </w:t>
      </w:r>
      <w:r>
        <w:rPr>
          <w:b w:val="0"/>
          <w:i w:val="0"/>
          <w:smallCaps w:val="0"/>
          <w:strike w:val="0"/>
          <w:sz w:val="22"/>
          <w:highlight w:val="cyan"/>
          <w:u w:val="single"/>
        </w:rPr>
        <w:t xml:space="preserve">takes </w:t>
      </w:r>
      <w:r>
        <w:rPr>
          <w:b/>
          <w:i w:val="0"/>
          <w:smallCaps w:val="0"/>
          <w:strike w:val="0"/>
          <w:sz w:val="22"/>
          <w:highlight w:val="cyan"/>
          <w:u w:val="single"/>
        </w:rPr>
        <w:t>three years</w:t>
      </w:r>
      <w:r>
        <w:rPr>
          <w:b w:val="0"/>
          <w:i w:val="0"/>
          <w:smallCaps w:val="0"/>
          <w:strike w:val="0"/>
          <w:sz w:val="22"/>
          <w:u w:val="single"/>
        </w:rPr>
        <w:t xml:space="preserve"> or </w:t>
      </w:r>
      <w:r>
        <w:rPr>
          <w:b/>
          <w:i w:val="0"/>
          <w:smallCaps w:val="0"/>
          <w:strike w:val="0"/>
          <w:sz w:val="22"/>
          <w:u w:val="single"/>
        </w:rPr>
        <w:t>more</w:t>
      </w:r>
      <w:r>
        <w:rPr>
          <w:b w:val="0"/>
          <w:i w:val="0"/>
          <w:smallCaps w:val="0"/>
          <w:strike w:val="0"/>
          <w:sz w:val="22"/>
          <w:u w:val="single"/>
        </w:rPr>
        <w:t xml:space="preserve">. Despite increased staffing, </w:t>
      </w:r>
      <w:r>
        <w:rPr>
          <w:b w:val="0"/>
          <w:i w:val="0"/>
          <w:smallCaps w:val="0"/>
          <w:strike w:val="0"/>
          <w:sz w:val="22"/>
          <w:highlight w:val="cyan"/>
          <w:u w:val="single"/>
        </w:rPr>
        <w:t xml:space="preserve">the </w:t>
      </w:r>
      <w:r>
        <w:rPr>
          <w:b/>
          <w:i w:val="0"/>
          <w:smallCaps w:val="0"/>
          <w:strike w:val="0"/>
          <w:sz w:val="22"/>
          <w:highlight w:val="cyan"/>
          <w:u w:val="single"/>
        </w:rPr>
        <w:t>backlog</w:t>
      </w:r>
      <w:r>
        <w:rPr>
          <w:b w:val="0"/>
          <w:i w:val="0"/>
          <w:smallCaps w:val="0"/>
          <w:strike w:val="0"/>
          <w:sz w:val="22"/>
          <w:u w:val="single"/>
        </w:rPr>
        <w:t xml:space="preserve"> of </w:t>
      </w:r>
      <w:r>
        <w:rPr>
          <w:b/>
          <w:i w:val="0"/>
          <w:smallCaps w:val="0"/>
          <w:strike w:val="0"/>
          <w:sz w:val="22"/>
          <w:u w:val="single"/>
        </w:rPr>
        <w:t>patent</w:t>
      </w:r>
      <w:r>
        <w:rPr>
          <w:b w:val="0"/>
          <w:i w:val="0"/>
          <w:smallCaps w:val="0"/>
          <w:strike w:val="0"/>
          <w:sz w:val="22"/>
          <w:u w:val="single"/>
        </w:rPr>
        <w:t xml:space="preserve"> application</w:t>
      </w:r>
      <w:r>
        <w:rPr>
          <w:b/>
          <w:i w:val="0"/>
          <w:smallCaps w:val="0"/>
          <w:strike w:val="0"/>
          <w:sz w:val="22"/>
          <w:u w:val="single"/>
        </w:rPr>
        <w:t>s</w:t>
      </w:r>
      <w:r>
        <w:rPr>
          <w:b w:val="0"/>
          <w:i w:val="0"/>
          <w:smallCaps w:val="0"/>
          <w:strike w:val="0"/>
          <w:sz w:val="22"/>
          <w:u w:val="single"/>
        </w:rPr>
        <w:t xml:space="preserve"> has continued to grow</w:t>
      </w:r>
      <w:r>
        <w:rPr>
          <w:b w:val="0"/>
          <w:i w:val="0"/>
          <w:smallCaps w:val="0"/>
          <w:strike w:val="0"/>
          <w:sz w:val="16"/>
          <w:u w:val="none"/>
        </w:rPr>
        <w:t xml:space="preserve">, and examiners spend on average only 20 hours reviewing each application. The patent examiner </w:t>
      </w:r>
      <w:r>
        <w:rPr>
          <w:b w:val="0"/>
          <w:i w:val="0"/>
          <w:smallCaps w:val="0"/>
          <w:strike w:val="0"/>
          <w:sz w:val="16"/>
          <w:u w:val="none"/>
        </w:rPr>
        <w:t xml:space="preserve"> read and understand the invention in an application, determine whether the invention meets the claims of the application, search existing technology to see if the invention already exists and write a response to the application.</w:t>
      </w:r>
    </w:p>
    <w:p>
      <w:pPr>
        <w:spacing w:after="60"/>
      </w:pPr>
      <w:r>
        <w:rPr>
          <w:b w:val="0"/>
          <w:i w:val="0"/>
          <w:smallCaps w:val="0"/>
          <w:strike w:val="0"/>
          <w:sz w:val="22"/>
          <w:u w:val="single"/>
        </w:rPr>
        <w:t xml:space="preserve">Helter-skelter examination </w:t>
      </w:r>
      <w:r>
        <w:rPr>
          <w:b w:val="0"/>
          <w:i w:val="0"/>
          <w:smallCaps w:val="0"/>
          <w:strike w:val="0"/>
          <w:sz w:val="22"/>
          <w:highlight w:val="cyan"/>
          <w:u w:val="single"/>
        </w:rPr>
        <w:t xml:space="preserve">causes </w:t>
      </w:r>
      <w:r>
        <w:rPr>
          <w:b/>
          <w:i w:val="0"/>
          <w:smallCaps w:val="0"/>
          <w:strike w:val="0"/>
          <w:sz w:val="22"/>
          <w:highlight w:val="cyan"/>
          <w:u w:val="single"/>
        </w:rPr>
        <w:t>errors</w:t>
      </w:r>
      <w:r>
        <w:rPr>
          <w:b w:val="0"/>
          <w:i w:val="0"/>
          <w:smallCaps w:val="0"/>
          <w:strike w:val="0"/>
          <w:sz w:val="22"/>
          <w:highlight w:val="cyan"/>
          <w:u w:val="single"/>
        </w:rPr>
        <w:t xml:space="preserve"> – many</w:t>
      </w:r>
      <w:r>
        <w:rPr>
          <w:b w:val="0"/>
          <w:i w:val="0"/>
          <w:smallCaps w:val="0"/>
          <w:strike w:val="0"/>
          <w:sz w:val="22"/>
          <w:u w:val="single"/>
        </w:rPr>
        <w:t xml:space="preserve"> patents </w:t>
      </w:r>
      <w:r>
        <w:rPr>
          <w:b w:val="0"/>
          <w:i w:val="0"/>
          <w:smallCaps w:val="0"/>
          <w:strike w:val="0"/>
          <w:sz w:val="22"/>
          <w:highlight w:val="cyan"/>
          <w:u w:val="single"/>
        </w:rPr>
        <w:t xml:space="preserve">are </w:t>
      </w:r>
      <w:r>
        <w:rPr>
          <w:b/>
          <w:i w:val="0"/>
          <w:smallCaps w:val="0"/>
          <w:strike w:val="0"/>
          <w:sz w:val="22"/>
          <w:highlight w:val="cyan"/>
          <w:u w:val="single"/>
        </w:rPr>
        <w:t>too broad</w:t>
      </w:r>
      <w:r>
        <w:rPr>
          <w:b w:val="0"/>
          <w:i w:val="0"/>
          <w:smallCaps w:val="0"/>
          <w:strike w:val="0"/>
          <w:sz w:val="22"/>
          <w:highlight w:val="cyan"/>
          <w:u w:val="single"/>
        </w:rPr>
        <w:t>, or</w:t>
      </w:r>
      <w:r>
        <w:rPr>
          <w:b w:val="0"/>
          <w:i w:val="0"/>
          <w:smallCaps w:val="0"/>
          <w:strike w:val="0"/>
          <w:sz w:val="22"/>
          <w:u w:val="single"/>
        </w:rPr>
        <w:t xml:space="preserve"> they </w:t>
      </w:r>
      <w:r>
        <w:rPr>
          <w:b w:val="0"/>
          <w:i w:val="0"/>
          <w:smallCaps w:val="0"/>
          <w:strike w:val="0"/>
          <w:sz w:val="22"/>
          <w:highlight w:val="cyan"/>
          <w:u w:val="single"/>
        </w:rPr>
        <w:t xml:space="preserve">cover </w:t>
      </w:r>
      <w:r>
        <w:rPr>
          <w:b/>
          <w:i w:val="0"/>
          <w:smallCaps w:val="0"/>
          <w:strike w:val="0"/>
          <w:sz w:val="22"/>
          <w:highlight w:val="cyan"/>
          <w:u w:val="single"/>
        </w:rPr>
        <w:t>obvious</w:t>
      </w:r>
      <w:r>
        <w:rPr>
          <w:b w:val="0"/>
          <w:i w:val="0"/>
          <w:smallCaps w:val="0"/>
          <w:strike w:val="0"/>
          <w:sz w:val="22"/>
          <w:highlight w:val="cyan"/>
          <w:u w:val="single"/>
        </w:rPr>
        <w:t xml:space="preserve"> inventions</w:t>
      </w:r>
      <w:r>
        <w:rPr>
          <w:b w:val="0"/>
          <w:i w:val="0"/>
          <w:smallCaps w:val="0"/>
          <w:strike w:val="0"/>
          <w:sz w:val="16"/>
          <w:u w:val="none"/>
        </w:rPr>
        <w:t xml:space="preserve">. To draw attention to problems caused by the </w:t>
      </w:r>
      <w:r>
        <w:rPr>
          <w:b w:val="0"/>
          <w:i w:val="0"/>
          <w:smallCaps w:val="0"/>
          <w:strike w:val="0"/>
          <w:sz w:val="16"/>
          <w:u w:val="none"/>
        </w:rPr>
        <w:t xml:space="preserve">, billionaire entrepreneur Mark Cuban </w:t>
      </w:r>
      <w:r>
        <w:rPr>
          <w:b w:val="0"/>
          <w:i w:val="0"/>
          <w:smallCaps w:val="0"/>
          <w:strike w:val="0"/>
          <w:sz w:val="16"/>
          <w:u w:val="none"/>
        </w:rPr>
        <w:t xml:space="preserve"> at the Electronic Frontier Foundation dedicated to elimination of “stupid patents.”</w:t>
      </w:r>
    </w:p>
    <w:p>
      <w:pPr>
        <w:spacing w:after="60"/>
      </w:pPr>
      <w:r>
        <w:rPr>
          <w:b w:val="0"/>
          <w:i w:val="0"/>
          <w:smallCaps w:val="0"/>
          <w:strike w:val="0"/>
          <w:sz w:val="16"/>
          <w:u w:val="none"/>
        </w:rPr>
        <w:t>Innovative firms that succeed in assembling many pieces of a technology puzzle into a finished product must consult with a patent lawyer to learn whether their new technology is covered by one or more patents owned by others. Ideally an innovator will get permission to use patented technology, usually for a fee, or redesign its technology to steer clear of relevant patents.</w:t>
      </w:r>
    </w:p>
    <w:p>
      <w:pPr>
        <w:spacing w:after="60"/>
      </w:pPr>
      <w:r>
        <w:rPr>
          <w:b w:val="0"/>
          <w:i w:val="0"/>
          <w:smallCaps w:val="0"/>
          <w:strike w:val="0"/>
          <w:sz w:val="22"/>
          <w:u w:val="single"/>
        </w:rPr>
        <w:t xml:space="preserve">In practice this patent </w:t>
      </w:r>
      <w:r>
        <w:rPr>
          <w:b w:val="0"/>
          <w:i w:val="0"/>
          <w:smallCaps w:val="0"/>
          <w:strike w:val="0"/>
          <w:sz w:val="22"/>
          <w:highlight w:val="cyan"/>
          <w:u w:val="single"/>
        </w:rPr>
        <w:t>“</w:t>
      </w:r>
      <w:r>
        <w:rPr>
          <w:b/>
          <w:i w:val="0"/>
          <w:smallCaps w:val="0"/>
          <w:strike w:val="0"/>
          <w:sz w:val="22"/>
          <w:highlight w:val="cyan"/>
          <w:u w:val="single"/>
        </w:rPr>
        <w:t>clearance</w:t>
      </w:r>
      <w:r>
        <w:rPr>
          <w:b w:val="0"/>
          <w:i w:val="0"/>
          <w:smallCaps w:val="0"/>
          <w:strike w:val="0"/>
          <w:sz w:val="22"/>
          <w:highlight w:val="cyan"/>
          <w:u w:val="single"/>
        </w:rPr>
        <w:t>”</w:t>
      </w:r>
      <w:r>
        <w:rPr>
          <w:b w:val="0"/>
          <w:i w:val="0"/>
          <w:smallCaps w:val="0"/>
          <w:strike w:val="0"/>
          <w:sz w:val="22"/>
          <w:u w:val="single"/>
        </w:rPr>
        <w:t xml:space="preserve"> process </w:t>
      </w:r>
      <w:r>
        <w:rPr>
          <w:b w:val="0"/>
          <w:i w:val="0"/>
          <w:smallCaps w:val="0"/>
          <w:strike w:val="0"/>
          <w:sz w:val="22"/>
          <w:highlight w:val="cyan"/>
          <w:u w:val="single"/>
        </w:rPr>
        <w:t>is</w:t>
      </w:r>
      <w:r>
        <w:rPr>
          <w:b w:val="0"/>
          <w:i w:val="0"/>
          <w:smallCaps w:val="0"/>
          <w:strike w:val="0"/>
          <w:sz w:val="22"/>
          <w:u w:val="single"/>
        </w:rPr>
        <w:t xml:space="preserve"> </w:t>
      </w:r>
      <w:r>
        <w:rPr>
          <w:b/>
          <w:i w:val="0"/>
          <w:smallCaps w:val="0"/>
          <w:strike w:val="0"/>
          <w:sz w:val="22"/>
          <w:u w:val="single"/>
        </w:rPr>
        <w:t>difficult</w:t>
      </w:r>
      <w:r>
        <w:rPr>
          <w:b w:val="0"/>
          <w:i w:val="0"/>
          <w:smallCaps w:val="0"/>
          <w:strike w:val="0"/>
          <w:sz w:val="22"/>
          <w:u w:val="single"/>
        </w:rPr>
        <w:t xml:space="preserve">, </w:t>
      </w:r>
      <w:r>
        <w:rPr>
          <w:b/>
          <w:i w:val="0"/>
          <w:smallCaps w:val="0"/>
          <w:strike w:val="0"/>
          <w:sz w:val="22"/>
          <w:highlight w:val="cyan"/>
          <w:u w:val="single"/>
        </w:rPr>
        <w:t>costly</w:t>
      </w:r>
      <w:r>
        <w:rPr>
          <w:b w:val="0"/>
          <w:i w:val="0"/>
          <w:smallCaps w:val="0"/>
          <w:strike w:val="0"/>
          <w:sz w:val="22"/>
          <w:highlight w:val="cyan"/>
          <w:u w:val="single"/>
        </w:rPr>
        <w:t xml:space="preserve"> and</w:t>
      </w:r>
      <w:r>
        <w:rPr>
          <w:b w:val="0"/>
          <w:i w:val="0"/>
          <w:smallCaps w:val="0"/>
          <w:strike w:val="0"/>
          <w:sz w:val="22"/>
          <w:u w:val="single"/>
        </w:rPr>
        <w:t xml:space="preserve"> sometimes </w:t>
      </w:r>
      <w:r>
        <w:rPr>
          <w:b/>
          <w:i w:val="0"/>
          <w:smallCaps w:val="0"/>
          <w:strike w:val="0"/>
          <w:sz w:val="22"/>
          <w:highlight w:val="cyan"/>
          <w:u w:val="single"/>
        </w:rPr>
        <w:t>impossible</w:t>
      </w:r>
      <w:r>
        <w:rPr>
          <w:b w:val="0"/>
          <w:i w:val="0"/>
          <w:smallCaps w:val="0"/>
          <w:strike w:val="0"/>
          <w:sz w:val="22"/>
          <w:highlight w:val="cyan"/>
          <w:u w:val="single"/>
        </w:rPr>
        <w:t xml:space="preserve">. For </w:t>
      </w:r>
      <w:r>
        <w:rPr>
          <w:b/>
          <w:i w:val="0"/>
          <w:smallCaps w:val="0"/>
          <w:strike w:val="0"/>
          <w:sz w:val="22"/>
          <w:highlight w:val="cyan"/>
          <w:u w:val="single"/>
        </w:rPr>
        <w:t>tech</w:t>
      </w:r>
      <w:r>
        <w:rPr>
          <w:b w:val="0"/>
          <w:i w:val="0"/>
          <w:smallCaps w:val="0"/>
          <w:strike w:val="0"/>
          <w:sz w:val="22"/>
          <w:u w:val="single"/>
        </w:rPr>
        <w:t xml:space="preserve">nologies like </w:t>
      </w:r>
      <w:r>
        <w:rPr>
          <w:b/>
          <w:i w:val="0"/>
          <w:smallCaps w:val="0"/>
          <w:strike w:val="0"/>
          <w:sz w:val="22"/>
          <w:u w:val="single"/>
        </w:rPr>
        <w:t>smartphones</w:t>
      </w:r>
      <w:r>
        <w:rPr>
          <w:b w:val="0"/>
          <w:i w:val="0"/>
          <w:smallCaps w:val="0"/>
          <w:strike w:val="0"/>
          <w:sz w:val="22"/>
          <w:u w:val="single"/>
        </w:rPr>
        <w:t xml:space="preserve">, a patent </w:t>
      </w:r>
      <w:r>
        <w:rPr>
          <w:b w:val="0"/>
          <w:i w:val="0"/>
          <w:smallCaps w:val="0"/>
          <w:strike w:val="0"/>
          <w:sz w:val="22"/>
          <w:highlight w:val="cyan"/>
          <w:u w:val="single"/>
        </w:rPr>
        <w:t>attorney</w:t>
      </w:r>
      <w:r>
        <w:rPr>
          <w:b w:val="0"/>
          <w:i w:val="0"/>
          <w:smallCaps w:val="0"/>
          <w:strike w:val="0"/>
          <w:sz w:val="22"/>
          <w:u w:val="single"/>
        </w:rPr>
        <w:t xml:space="preserve"> likely would need to </w:t>
      </w:r>
      <w:r>
        <w:rPr>
          <w:b w:val="0"/>
          <w:i w:val="0"/>
          <w:smallCaps w:val="0"/>
          <w:strike w:val="0"/>
          <w:sz w:val="22"/>
          <w:highlight w:val="cyan"/>
          <w:u w:val="single"/>
        </w:rPr>
        <w:t xml:space="preserve">review </w:t>
      </w:r>
      <w:r>
        <w:rPr>
          <w:b/>
          <w:i w:val="0"/>
          <w:smallCaps w:val="0"/>
          <w:strike w:val="0"/>
          <w:sz w:val="22"/>
          <w:highlight w:val="cyan"/>
          <w:u w:val="single"/>
        </w:rPr>
        <w:t>hundreds</w:t>
      </w:r>
      <w:r>
        <w:rPr>
          <w:b w:val="0"/>
          <w:i w:val="0"/>
          <w:smallCaps w:val="0"/>
          <w:strike w:val="0"/>
          <w:sz w:val="22"/>
          <w:u w:val="single"/>
        </w:rPr>
        <w:t xml:space="preserve"> of </w:t>
      </w:r>
      <w:r>
        <w:rPr>
          <w:b/>
          <w:i w:val="0"/>
          <w:smallCaps w:val="0"/>
          <w:strike w:val="0"/>
          <w:sz w:val="22"/>
          <w:u w:val="single"/>
        </w:rPr>
        <w:t>patents</w:t>
      </w:r>
      <w:r>
        <w:rPr>
          <w:b w:val="0"/>
          <w:i w:val="0"/>
          <w:smallCaps w:val="0"/>
          <w:strike w:val="0"/>
          <w:sz w:val="22"/>
          <w:u w:val="single"/>
        </w:rPr>
        <w:t xml:space="preserve">, including many patents that are </w:t>
      </w:r>
      <w:r>
        <w:rPr>
          <w:b/>
          <w:i w:val="0"/>
          <w:smallCaps w:val="0"/>
          <w:strike w:val="0"/>
          <w:sz w:val="22"/>
          <w:u w:val="single"/>
        </w:rPr>
        <w:t>not granted</w:t>
      </w:r>
      <w:r>
        <w:rPr>
          <w:b w:val="0"/>
          <w:i w:val="0"/>
          <w:smallCaps w:val="0"/>
          <w:strike w:val="0"/>
          <w:sz w:val="22"/>
          <w:u w:val="single"/>
        </w:rPr>
        <w:t xml:space="preserve"> until long after</w:t>
      </w:r>
      <w:r>
        <w:rPr>
          <w:b w:val="0"/>
          <w:i w:val="0"/>
          <w:smallCaps w:val="0"/>
          <w:strike w:val="0"/>
          <w:sz w:val="16"/>
          <w:u w:val="none"/>
        </w:rPr>
        <w:t xml:space="preserve"> the new product is </w:t>
      </w:r>
      <w:r>
        <w:rPr>
          <w:b w:val="0"/>
          <w:i w:val="0"/>
          <w:smallCaps w:val="0"/>
          <w:strike w:val="0"/>
          <w:sz w:val="22"/>
          <w:u w:val="single"/>
        </w:rPr>
        <w:t xml:space="preserve">launched. </w:t>
      </w:r>
      <w:r>
        <w:rPr>
          <w:b/>
          <w:i w:val="0"/>
          <w:smallCaps w:val="0"/>
          <w:strike w:val="0"/>
          <w:sz w:val="22"/>
          <w:highlight w:val="cyan"/>
          <w:u w:val="single"/>
        </w:rPr>
        <w:t>Failure</w:t>
      </w:r>
      <w:r>
        <w:rPr>
          <w:b w:val="0"/>
          <w:i w:val="0"/>
          <w:smallCaps w:val="0"/>
          <w:strike w:val="0"/>
          <w:sz w:val="22"/>
          <w:highlight w:val="cyan"/>
          <w:u w:val="single"/>
        </w:rPr>
        <w:t xml:space="preserve"> to license</w:t>
      </w:r>
      <w:r>
        <w:rPr>
          <w:b w:val="0"/>
          <w:i w:val="0"/>
          <w:smallCaps w:val="0"/>
          <w:strike w:val="0"/>
          <w:sz w:val="22"/>
          <w:u w:val="single"/>
        </w:rPr>
        <w:t xml:space="preserve"> relevant patents </w:t>
      </w:r>
      <w:r>
        <w:rPr>
          <w:b w:val="0"/>
          <w:i w:val="0"/>
          <w:smallCaps w:val="0"/>
          <w:strike w:val="0"/>
          <w:sz w:val="22"/>
          <w:highlight w:val="cyan"/>
          <w:u w:val="single"/>
        </w:rPr>
        <w:t>creates</w:t>
      </w:r>
      <w:r>
        <w:rPr>
          <w:b w:val="0"/>
          <w:i w:val="0"/>
          <w:smallCaps w:val="0"/>
          <w:strike w:val="0"/>
          <w:sz w:val="22"/>
          <w:u w:val="single"/>
        </w:rPr>
        <w:t xml:space="preserve"> a </w:t>
      </w:r>
      <w:r>
        <w:rPr>
          <w:b/>
          <w:i w:val="0"/>
          <w:smallCaps w:val="0"/>
          <w:strike w:val="0"/>
          <w:sz w:val="22"/>
          <w:u w:val="single"/>
        </w:rPr>
        <w:t xml:space="preserve">risk of </w:t>
      </w:r>
      <w:r>
        <w:rPr>
          <w:b/>
          <w:i w:val="0"/>
          <w:smallCaps w:val="0"/>
          <w:strike w:val="0"/>
          <w:sz w:val="22"/>
          <w:highlight w:val="cyan"/>
          <w:u w:val="single"/>
        </w:rPr>
        <w:t>litigation</w:t>
      </w:r>
      <w:r>
        <w:rPr>
          <w:b w:val="0"/>
          <w:i w:val="0"/>
          <w:smallCaps w:val="0"/>
          <w:strike w:val="0"/>
          <w:sz w:val="22"/>
          <w:highlight w:val="cyan"/>
          <w:u w:val="single"/>
        </w:rPr>
        <w:t xml:space="preserve"> and</w:t>
      </w:r>
      <w:r>
        <w:rPr>
          <w:b w:val="0"/>
          <w:i w:val="0"/>
          <w:smallCaps w:val="0"/>
          <w:strike w:val="0"/>
          <w:sz w:val="22"/>
          <w:u w:val="single"/>
        </w:rPr>
        <w:t xml:space="preserve"> the </w:t>
      </w:r>
      <w:r>
        <w:rPr>
          <w:b/>
          <w:i w:val="0"/>
          <w:smallCaps w:val="0"/>
          <w:strike w:val="0"/>
          <w:sz w:val="22"/>
          <w:u w:val="single"/>
        </w:rPr>
        <w:t>threat</w:t>
      </w:r>
      <w:r>
        <w:rPr>
          <w:b w:val="0"/>
          <w:i w:val="0"/>
          <w:smallCaps w:val="0"/>
          <w:strike w:val="0"/>
          <w:sz w:val="22"/>
          <w:u w:val="single"/>
        </w:rPr>
        <w:t xml:space="preserve"> </w:t>
      </w:r>
      <w:r>
        <w:rPr>
          <w:b w:val="0"/>
          <w:i w:val="0"/>
          <w:smallCaps w:val="0"/>
          <w:strike w:val="0"/>
          <w:sz w:val="22"/>
          <w:highlight w:val="cyan"/>
          <w:u w:val="single"/>
        </w:rPr>
        <w:t>the</w:t>
      </w:r>
      <w:r>
        <w:rPr>
          <w:b w:val="0"/>
          <w:i w:val="0"/>
          <w:smallCaps w:val="0"/>
          <w:strike w:val="0"/>
          <w:sz w:val="22"/>
          <w:u w:val="single"/>
        </w:rPr>
        <w:t xml:space="preserve"> </w:t>
      </w:r>
      <w:r>
        <w:rPr>
          <w:b/>
          <w:i w:val="0"/>
          <w:smallCaps w:val="0"/>
          <w:strike w:val="0"/>
          <w:sz w:val="22"/>
          <w:u w:val="single"/>
        </w:rPr>
        <w:t xml:space="preserve">new </w:t>
      </w:r>
      <w:r>
        <w:rPr>
          <w:b/>
          <w:i w:val="0"/>
          <w:smallCaps w:val="0"/>
          <w:strike w:val="0"/>
          <w:sz w:val="22"/>
          <w:highlight w:val="cyan"/>
          <w:u w:val="single"/>
        </w:rPr>
        <w:t>tech</w:t>
      </w:r>
      <w:r>
        <w:rPr>
          <w:b w:val="0"/>
          <w:i w:val="0"/>
          <w:smallCaps w:val="0"/>
          <w:strike w:val="0"/>
          <w:sz w:val="22"/>
          <w:u w:val="single"/>
        </w:rPr>
        <w:t xml:space="preserve">nology could be </w:t>
      </w:r>
      <w:r>
        <w:rPr>
          <w:b/>
          <w:i w:val="0"/>
          <w:smallCaps w:val="0"/>
          <w:strike w:val="0"/>
          <w:sz w:val="22"/>
          <w:highlight w:val="cyan"/>
          <w:u w:val="single"/>
        </w:rPr>
        <w:t>forced out</w:t>
      </w:r>
      <w:r>
        <w:rPr>
          <w:b w:val="0"/>
          <w:i w:val="0"/>
          <w:smallCaps w:val="0"/>
          <w:strike w:val="0"/>
          <w:sz w:val="22"/>
          <w:u w:val="single"/>
        </w:rPr>
        <w:t xml:space="preserve"> of the marketplace</w:t>
      </w:r>
      <w:r>
        <w:rPr>
          <w:b w:val="0"/>
          <w:i w:val="0"/>
          <w:smallCaps w:val="0"/>
          <w:strike w:val="0"/>
          <w:sz w:val="16"/>
          <w:u w:val="none"/>
        </w:rPr>
        <w:t>.</w:t>
      </w:r>
    </w:p>
    <w:p>
      <w:pPr>
        <w:spacing w:after="60"/>
      </w:pPr>
      <w:r>
        <w:rPr>
          <w:b w:val="0"/>
          <w:i w:val="0"/>
          <w:smallCaps w:val="0"/>
          <w:strike w:val="0"/>
          <w:sz w:val="16"/>
          <w:u w:val="none"/>
        </w:rPr>
        <w:t>As a result, smartphone patent litigation is far too common. Apple – a smartphone pioneer – has participated in scores of lawsuits around the globe as both a defendant and plaintiff. As a plaintiff, Apple sometimes uses its patents opportunistically to hinder innovation by its rivals.</w:t>
      </w:r>
    </w:p>
    <w:p>
      <w:pPr>
        <w:spacing w:after="60"/>
      </w:pPr>
      <w:r>
        <w:rPr>
          <w:b w:val="0"/>
          <w:i w:val="0"/>
          <w:smallCaps w:val="0"/>
          <w:strike w:val="0"/>
          <w:sz w:val="16"/>
          <w:u w:val="none"/>
        </w:rPr>
        <w:t xml:space="preserve">For example, Apple sued Samsung using a patent that claimed the </w:t>
      </w:r>
      <w:r>
        <w:rPr>
          <w:b w:val="0"/>
          <w:i w:val="0"/>
          <w:smallCaps w:val="0"/>
          <w:strike w:val="0"/>
          <w:sz w:val="16"/>
          <w:u w:val="none"/>
        </w:rPr>
        <w:t xml:space="preserve"> feature on a phone as Apple’s invention. Despite strong evidence that inventors before Apple had already accomplished the key steps to implement this feature, Apple convinced the courts that their version of this feature was patentable, and after seven years Samsung agreed to pay license fees to Apple to </w:t>
      </w:r>
      <w:r>
        <w:rPr>
          <w:b w:val="0"/>
          <w:i w:val="0"/>
          <w:smallCaps w:val="0"/>
          <w:strike w:val="0"/>
          <w:sz w:val="16"/>
          <w:u w:val="none"/>
        </w:rPr>
        <w:t>.</w:t>
      </w:r>
    </w:p>
    <w:p>
      <w:pPr>
        <w:spacing w:after="60"/>
      </w:pPr>
      <w:r>
        <w:rPr>
          <w:b/>
          <w:i w:val="0"/>
          <w:smallCaps w:val="0"/>
          <w:strike w:val="0"/>
          <w:sz w:val="22"/>
          <w:u w:val="single"/>
        </w:rPr>
        <w:t xml:space="preserve">Economic </w:t>
      </w:r>
      <w:r>
        <w:rPr>
          <w:b/>
          <w:i w:val="0"/>
          <w:smallCaps w:val="0"/>
          <w:strike w:val="0"/>
          <w:sz w:val="22"/>
          <w:highlight w:val="cyan"/>
          <w:u w:val="single"/>
        </w:rPr>
        <w:t>research</w:t>
      </w:r>
      <w:r>
        <w:rPr>
          <w:b w:val="0"/>
          <w:i w:val="0"/>
          <w:smallCaps w:val="0"/>
          <w:strike w:val="0"/>
          <w:sz w:val="22"/>
          <w:highlight w:val="cyan"/>
          <w:u w:val="single"/>
        </w:rPr>
        <w:t xml:space="preserve"> suggests</w:t>
      </w:r>
      <w:r>
        <w:rPr>
          <w:b w:val="0"/>
          <w:i w:val="0"/>
          <w:smallCaps w:val="0"/>
          <w:strike w:val="0"/>
          <w:sz w:val="22"/>
          <w:u w:val="single"/>
        </w:rPr>
        <w:t xml:space="preserve"> that these </w:t>
      </w:r>
      <w:r>
        <w:rPr>
          <w:b/>
          <w:i w:val="0"/>
          <w:smallCaps w:val="0"/>
          <w:strike w:val="0"/>
          <w:sz w:val="22"/>
          <w:highlight w:val="cyan"/>
          <w:u w:val="single"/>
        </w:rPr>
        <w:t>litigation</w:t>
      </w:r>
      <w:r>
        <w:rPr>
          <w:b/>
          <w:i w:val="0"/>
          <w:smallCaps w:val="0"/>
          <w:strike w:val="0"/>
          <w:sz w:val="22"/>
          <w:u w:val="single"/>
        </w:rPr>
        <w:t xml:space="preserve"> costs</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w:t>
      </w:r>
      <w:r>
        <w:rPr>
          <w:b/>
          <w:i w:val="0"/>
          <w:smallCaps w:val="0"/>
          <w:strike w:val="0"/>
          <w:sz w:val="22"/>
          <w:u w:val="single"/>
        </w:rPr>
        <w:t xml:space="preserve">license </w:t>
      </w:r>
      <w:r>
        <w:rPr>
          <w:b/>
          <w:i w:val="0"/>
          <w:smallCaps w:val="0"/>
          <w:strike w:val="0"/>
          <w:sz w:val="22"/>
          <w:highlight w:val="cyan"/>
          <w:u w:val="single"/>
        </w:rPr>
        <w:t>fees</w:t>
      </w:r>
      <w:r>
        <w:rPr>
          <w:b w:val="0"/>
          <w:i w:val="0"/>
          <w:smallCaps w:val="0"/>
          <w:strike w:val="0"/>
          <w:sz w:val="22"/>
          <w:u w:val="single"/>
        </w:rPr>
        <w:t xml:space="preserve"> burden innovative firms to such a degree that </w:t>
      </w:r>
      <w:r>
        <w:rPr>
          <w:b/>
          <w:i w:val="0"/>
          <w:smallCaps w:val="0"/>
          <w:strike w:val="0"/>
          <w:sz w:val="22"/>
          <w:highlight w:val="cyan"/>
          <w:u w:val="single"/>
        </w:rPr>
        <w:t>on balance</w:t>
      </w:r>
      <w:r>
        <w:rPr>
          <w:b w:val="0"/>
          <w:i w:val="0"/>
          <w:smallCaps w:val="0"/>
          <w:strike w:val="0"/>
          <w:sz w:val="22"/>
          <w:u w:val="single"/>
        </w:rPr>
        <w:t xml:space="preserve"> the patent system </w:t>
      </w:r>
      <w:r>
        <w:rPr>
          <w:b/>
          <w:i w:val="0"/>
          <w:smallCaps w:val="0"/>
          <w:strike w:val="0"/>
          <w:sz w:val="22"/>
          <w:highlight w:val="cyan"/>
          <w:u w:val="single"/>
        </w:rPr>
        <w:t>discourages</w:t>
      </w:r>
      <w:r>
        <w:rPr>
          <w:b w:val="0"/>
          <w:i w:val="0"/>
          <w:smallCaps w:val="0"/>
          <w:strike w:val="0"/>
          <w:sz w:val="22"/>
          <w:highlight w:val="cyan"/>
          <w:u w:val="single"/>
        </w:rPr>
        <w:t xml:space="preserve"> innovation</w:t>
      </w:r>
      <w:r>
        <w:rPr>
          <w:b w:val="0"/>
          <w:i w:val="0"/>
          <w:smallCaps w:val="0"/>
          <w:strike w:val="0"/>
          <w:sz w:val="16"/>
          <w:u w:val="none"/>
        </w:rPr>
        <w:t xml:space="preserve">. In other words, innovative firms gain a benefit from their patents on their new technology, but that </w:t>
      </w:r>
      <w:r>
        <w:rPr>
          <w:b w:val="0"/>
          <w:i w:val="0"/>
          <w:smallCaps w:val="0"/>
          <w:strike w:val="0"/>
          <w:sz w:val="22"/>
          <w:highlight w:val="cyan"/>
          <w:u w:val="single"/>
        </w:rPr>
        <w:t>benefit is</w:t>
      </w:r>
      <w:r>
        <w:rPr>
          <w:b w:val="0"/>
          <w:i w:val="0"/>
          <w:smallCaps w:val="0"/>
          <w:strike w:val="0"/>
          <w:sz w:val="22"/>
          <w:u w:val="single"/>
        </w:rPr>
        <w:t xml:space="preserve"> </w:t>
      </w:r>
      <w:r>
        <w:rPr>
          <w:b/>
          <w:i w:val="0"/>
          <w:smallCaps w:val="0"/>
          <w:strike w:val="0"/>
          <w:sz w:val="22"/>
          <w:u w:val="single"/>
        </w:rPr>
        <w:t xml:space="preserve">more than </w:t>
      </w:r>
      <w:r>
        <w:rPr>
          <w:b/>
          <w:i w:val="0"/>
          <w:smallCaps w:val="0"/>
          <w:strike w:val="0"/>
          <w:sz w:val="22"/>
          <w:highlight w:val="cyan"/>
          <w:u w:val="single"/>
        </w:rPr>
        <w:t>offset</w:t>
      </w:r>
      <w:r>
        <w:rPr>
          <w:b w:val="0"/>
          <w:i w:val="0"/>
          <w:smallCaps w:val="0"/>
          <w:strike w:val="0"/>
          <w:sz w:val="22"/>
          <w:highlight w:val="cyan"/>
          <w:u w:val="single"/>
        </w:rPr>
        <w:t xml:space="preserve"> by</w:t>
      </w:r>
      <w:r>
        <w:rPr>
          <w:b w:val="0"/>
          <w:i w:val="0"/>
          <w:smallCaps w:val="0"/>
          <w:strike w:val="0"/>
          <w:sz w:val="22"/>
          <w:u w:val="single"/>
        </w:rPr>
        <w:t xml:space="preserve"> the </w:t>
      </w:r>
      <w:r>
        <w:rPr>
          <w:b/>
          <w:i w:val="0"/>
          <w:smallCaps w:val="0"/>
          <w:strike w:val="0"/>
          <w:sz w:val="22"/>
          <w:u w:val="single"/>
        </w:rPr>
        <w:t xml:space="preserve">many </w:t>
      </w:r>
      <w:r>
        <w:rPr>
          <w:b/>
          <w:i w:val="0"/>
          <w:smallCaps w:val="0"/>
          <w:strike w:val="0"/>
          <w:sz w:val="22"/>
          <w:highlight w:val="cyan"/>
          <w:u w:val="single"/>
        </w:rPr>
        <w:t>patents</w:t>
      </w:r>
      <w:r>
        <w:rPr>
          <w:b w:val="0"/>
          <w:i w:val="0"/>
          <w:smallCaps w:val="0"/>
          <w:strike w:val="0"/>
          <w:sz w:val="22"/>
          <w:u w:val="single"/>
        </w:rPr>
        <w:t xml:space="preserve"> owned by others that might be </w:t>
      </w:r>
      <w:r>
        <w:rPr>
          <w:b/>
          <w:i w:val="0"/>
          <w:smallCaps w:val="0"/>
          <w:strike w:val="0"/>
          <w:sz w:val="22"/>
          <w:highlight w:val="cyan"/>
          <w:u w:val="single"/>
        </w:rPr>
        <w:t>asserted</w:t>
      </w:r>
      <w:r>
        <w:rPr>
          <w:b w:val="0"/>
          <w:i w:val="0"/>
          <w:smallCaps w:val="0"/>
          <w:strike w:val="0"/>
          <w:sz w:val="22"/>
          <w:highlight w:val="cyan"/>
          <w:u w:val="single"/>
        </w:rPr>
        <w:t xml:space="preserve"> against</w:t>
      </w:r>
      <w:r>
        <w:rPr>
          <w:b w:val="0"/>
          <w:i w:val="0"/>
          <w:smallCaps w:val="0"/>
          <w:strike w:val="0"/>
          <w:sz w:val="22"/>
          <w:u w:val="single"/>
        </w:rPr>
        <w:t xml:space="preserve"> the </w:t>
      </w:r>
      <w:r>
        <w:rPr>
          <w:b/>
          <w:i w:val="0"/>
          <w:smallCaps w:val="0"/>
          <w:strike w:val="0"/>
          <w:sz w:val="22"/>
          <w:u w:val="single"/>
        </w:rPr>
        <w:t xml:space="preserve">new </w:t>
      </w:r>
      <w:r>
        <w:rPr>
          <w:b/>
          <w:i w:val="0"/>
          <w:smallCaps w:val="0"/>
          <w:strike w:val="0"/>
          <w:sz w:val="22"/>
          <w:highlight w:val="cyan"/>
          <w:u w:val="single"/>
        </w:rPr>
        <w:t>tech</w:t>
      </w:r>
      <w:r>
        <w:rPr>
          <w:b w:val="0"/>
          <w:i w:val="0"/>
          <w:smallCaps w:val="0"/>
          <w:strike w:val="0"/>
          <w:sz w:val="16"/>
          <w:u w:val="none"/>
        </w:rPr>
        <w:t>nology.</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