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A </w:t>
      </w:r>
      <w:r>
        <w:rPr>
          <w:b/>
          <w:i w:val="0"/>
          <w:smallCaps w:val="0"/>
          <w:strike w:val="0"/>
          <w:u w:val="single"/>
        </w:rPr>
        <w:t>massive wave</w:t>
      </w:r>
      <w:r>
        <w:rPr>
          <w:b/>
          <w:i w:val="0"/>
          <w:smallCaps w:val="0"/>
          <w:strike w:val="0"/>
          <w:u w:val="none"/>
        </w:rPr>
        <w:t xml:space="preserve"> of studies proves patents are </w:t>
      </w:r>
      <w:r>
        <w:rPr>
          <w:b/>
          <w:i w:val="0"/>
          <w:smallCaps w:val="0"/>
          <w:strike w:val="0"/>
          <w:u w:val="single"/>
        </w:rPr>
        <w:t>innovative</w:t>
      </w:r>
      <w:r>
        <w:rPr>
          <w:b/>
          <w:i w:val="0"/>
          <w:smallCaps w:val="0"/>
          <w:strike w:val="0"/>
          <w:u w:val="none"/>
        </w:rPr>
        <w:t xml:space="preserve">.  </w:t>
      </w:r>
    </w:p>
    <w:p>
      <w:pPr>
        <w:spacing w:after="80"/>
      </w:pPr>
      <w:r>
        <w:rPr>
          <w:b/>
          <w:i w:val="0"/>
          <w:smallCaps w:val="0"/>
          <w:strike w:val="0"/>
          <w:sz w:val="22"/>
          <w:u w:val="none"/>
        </w:rPr>
        <w:t xml:space="preserve">Kline ’14 </w:t>
      </w:r>
      <w:r>
        <w:rPr>
          <w:b w:val="0"/>
          <w:i w:val="0"/>
          <w:smallCaps w:val="0"/>
          <w:strike w:val="0"/>
          <w:u w:val="none"/>
        </w:rPr>
        <w:t>[David; April 15; Pulitzer Prize Winning Journalist and Strategic Communications Strategist; IP Watch Dog, “Do Patents Truly Promote Innovation?” http://www.ipwatchdog.com/2014/04/15/do-patents-truly-promote-innovation/id=48768/]</w:t>
      </w:r>
    </w:p>
    <w:p>
      <w:pPr>
        <w:spacing w:after="60"/>
      </w:pPr>
      <w:r>
        <w:rPr>
          <w:b w:val="0"/>
          <w:i w:val="0"/>
          <w:smallCaps w:val="0"/>
          <w:strike w:val="0"/>
          <w:sz w:val="16"/>
          <w:u w:val="none"/>
        </w:rPr>
        <w:t xml:space="preserve">In recent years, </w:t>
      </w:r>
      <w:r>
        <w:rPr>
          <w:b w:val="0"/>
          <w:i w:val="0"/>
          <w:smallCaps w:val="0"/>
          <w:strike w:val="0"/>
          <w:sz w:val="22"/>
          <w:u w:val="single"/>
        </w:rPr>
        <w:t xml:space="preserve">a great </w:t>
      </w:r>
      <w:r>
        <w:rPr>
          <w:b/>
          <w:i w:val="0"/>
          <w:smallCaps w:val="0"/>
          <w:strike w:val="0"/>
          <w:sz w:val="22"/>
          <w:u w:val="single"/>
        </w:rPr>
        <w:t xml:space="preserve">many </w:t>
      </w:r>
      <w:r>
        <w:rPr>
          <w:b/>
          <w:i w:val="0"/>
          <w:smallCaps w:val="0"/>
          <w:strike w:val="0"/>
          <w:sz w:val="22"/>
          <w:highlight w:val="cyan"/>
          <w:u w:val="single"/>
        </w:rPr>
        <w:t>studies</w:t>
      </w:r>
      <w:r>
        <w:rPr>
          <w:b w:val="0"/>
          <w:i w:val="0"/>
          <w:smallCaps w:val="0"/>
          <w:strike w:val="0"/>
          <w:sz w:val="22"/>
          <w:highlight w:val="cyan"/>
          <w:u w:val="single"/>
        </w:rPr>
        <w:t xml:space="preserve"> of</w:t>
      </w:r>
      <w:r>
        <w:rPr>
          <w:b w:val="0"/>
          <w:i w:val="0"/>
          <w:smallCaps w:val="0"/>
          <w:strike w:val="0"/>
          <w:sz w:val="22"/>
          <w:u w:val="single"/>
        </w:rPr>
        <w:t xml:space="preserve"> the real-world impact of </w:t>
      </w:r>
      <w:r>
        <w:rPr>
          <w:b/>
          <w:i w:val="0"/>
          <w:smallCaps w:val="0"/>
          <w:strike w:val="0"/>
          <w:sz w:val="22"/>
          <w:highlight w:val="cyan"/>
          <w:u w:val="single"/>
        </w:rPr>
        <w:t>patenting</w:t>
      </w:r>
      <w:r>
        <w:rPr>
          <w:b w:val="0"/>
          <w:i w:val="0"/>
          <w:smallCaps w:val="0"/>
          <w:strike w:val="0"/>
          <w:sz w:val="22"/>
          <w:highlight w:val="cyan"/>
          <w:u w:val="single"/>
        </w:rPr>
        <w:t xml:space="preserve"> on</w:t>
      </w:r>
      <w:r>
        <w:rPr>
          <w:b w:val="0"/>
          <w:i w:val="0"/>
          <w:smallCaps w:val="0"/>
          <w:strike w:val="0"/>
          <w:sz w:val="22"/>
          <w:u w:val="single"/>
        </w:rPr>
        <w:t xml:space="preserve"> </w:t>
      </w:r>
      <w:r>
        <w:rPr>
          <w:b/>
          <w:i w:val="0"/>
          <w:smallCaps w:val="0"/>
          <w:strike w:val="0"/>
          <w:sz w:val="22"/>
          <w:u w:val="single"/>
        </w:rPr>
        <w:t>innovation</w:t>
      </w:r>
      <w:r>
        <w:rPr>
          <w:b w:val="0"/>
          <w:i w:val="0"/>
          <w:smallCaps w:val="0"/>
          <w:strike w:val="0"/>
          <w:sz w:val="22"/>
          <w:u w:val="single"/>
        </w:rPr>
        <w:t xml:space="preserve"> and </w:t>
      </w:r>
      <w:r>
        <w:rPr>
          <w:b/>
          <w:i w:val="0"/>
          <w:smallCaps w:val="0"/>
          <w:strike w:val="0"/>
          <w:sz w:val="22"/>
          <w:u w:val="single"/>
        </w:rPr>
        <w:t xml:space="preserve">economic </w:t>
      </w:r>
      <w:r>
        <w:rPr>
          <w:b/>
          <w:i w:val="0"/>
          <w:smallCaps w:val="0"/>
          <w:strike w:val="0"/>
          <w:sz w:val="22"/>
          <w:highlight w:val="cyan"/>
          <w:u w:val="single"/>
        </w:rPr>
        <w:t>growth</w:t>
      </w:r>
      <w:r>
        <w:rPr>
          <w:b w:val="0"/>
          <w:i w:val="0"/>
          <w:smallCaps w:val="0"/>
          <w:strike w:val="0"/>
          <w:sz w:val="16"/>
          <w:u w:val="none"/>
        </w:rPr>
        <w:t xml:space="preserve"> (many available for free on ssrn.com) </w:t>
      </w:r>
      <w:r>
        <w:rPr>
          <w:b w:val="0"/>
          <w:i w:val="0"/>
          <w:smallCaps w:val="0"/>
          <w:strike w:val="0"/>
          <w:sz w:val="22"/>
          <w:highlight w:val="cyan"/>
          <w:u w:val="single"/>
        </w:rPr>
        <w:t xml:space="preserve">point to its </w:t>
      </w:r>
      <w:r>
        <w:rPr>
          <w:b/>
          <w:i w:val="0"/>
          <w:smallCaps w:val="0"/>
          <w:strike w:val="0"/>
          <w:sz w:val="22"/>
          <w:highlight w:val="cyan"/>
          <w:u w:val="single"/>
        </w:rPr>
        <w:t>benefi</w:t>
      </w:r>
      <w:r>
        <w:rPr>
          <w:b/>
          <w:i w:val="0"/>
          <w:smallCaps w:val="0"/>
          <w:strike w:val="0"/>
          <w:sz w:val="22"/>
          <w:u w:val="single"/>
        </w:rPr>
        <w:t>cial effec</w:t>
      </w:r>
      <w:r>
        <w:rPr>
          <w:b/>
          <w:i w:val="0"/>
          <w:smallCaps w:val="0"/>
          <w:strike w:val="0"/>
          <w:sz w:val="22"/>
          <w:highlight w:val="cyan"/>
          <w:u w:val="single"/>
        </w:rPr>
        <w:t>ts</w:t>
      </w:r>
      <w:r>
        <w:rPr>
          <w:b w:val="0"/>
          <w:i w:val="0"/>
          <w:smallCaps w:val="0"/>
          <w:strike w:val="0"/>
          <w:sz w:val="16"/>
          <w:u w:val="none"/>
        </w:rPr>
        <w:t xml:space="preserve">. Arrow (1962), </w:t>
      </w:r>
      <w:r>
        <w:rPr>
          <w:b w:val="0"/>
          <w:i w:val="0"/>
          <w:smallCaps w:val="0"/>
          <w:strike w:val="0"/>
          <w:sz w:val="16"/>
          <w:u w:val="none"/>
        </w:rPr>
        <w:t>Griliches</w:t>
      </w:r>
      <w:r>
        <w:rPr>
          <w:b w:val="0"/>
          <w:i w:val="0"/>
          <w:smallCaps w:val="0"/>
          <w:strike w:val="0"/>
          <w:sz w:val="16"/>
          <w:u w:val="none"/>
        </w:rPr>
        <w:t xml:space="preserve"> (1963), </w:t>
      </w:r>
      <w:r>
        <w:rPr>
          <w:b w:val="0"/>
          <w:i w:val="0"/>
          <w:smallCaps w:val="0"/>
          <w:strike w:val="0"/>
          <w:sz w:val="16"/>
          <w:u w:val="none"/>
        </w:rPr>
        <w:t>Schmookler</w:t>
      </w:r>
      <w:r>
        <w:rPr>
          <w:b w:val="0"/>
          <w:i w:val="0"/>
          <w:smallCaps w:val="0"/>
          <w:strike w:val="0"/>
          <w:sz w:val="16"/>
          <w:u w:val="none"/>
        </w:rPr>
        <w:t xml:space="preserve"> (1966), Kitch (1977), </w:t>
      </w:r>
      <w:r>
        <w:rPr>
          <w:b w:val="0"/>
          <w:i w:val="0"/>
          <w:smallCaps w:val="0"/>
          <w:strike w:val="0"/>
          <w:sz w:val="16"/>
          <w:u w:val="none"/>
        </w:rPr>
        <w:t>Reinganum</w:t>
      </w:r>
      <w:r>
        <w:rPr>
          <w:b w:val="0"/>
          <w:i w:val="0"/>
          <w:smallCaps w:val="0"/>
          <w:strike w:val="0"/>
          <w:sz w:val="16"/>
          <w:u w:val="none"/>
        </w:rPr>
        <w:t xml:space="preserve"> (1981), </w:t>
      </w:r>
      <w:r>
        <w:rPr>
          <w:b w:val="0"/>
          <w:i w:val="0"/>
          <w:smallCaps w:val="0"/>
          <w:strike w:val="0"/>
          <w:sz w:val="16"/>
          <w:u w:val="none"/>
        </w:rPr>
        <w:t>Tirole</w:t>
      </w:r>
      <w:r>
        <w:rPr>
          <w:b w:val="0"/>
          <w:i w:val="0"/>
          <w:smallCaps w:val="0"/>
          <w:strike w:val="0"/>
          <w:sz w:val="16"/>
          <w:u w:val="none"/>
        </w:rPr>
        <w:t xml:space="preserve"> (1988), Klemperer (1990), Romer (1990), Giulbert and Shapiro (1990), Grossman and </w:t>
      </w:r>
      <w:r>
        <w:rPr>
          <w:b w:val="0"/>
          <w:i w:val="0"/>
          <w:smallCaps w:val="0"/>
          <w:strike w:val="0"/>
          <w:sz w:val="16"/>
          <w:u w:val="none"/>
        </w:rPr>
        <w:t>Helpman</w:t>
      </w:r>
      <w:r>
        <w:rPr>
          <w:b w:val="0"/>
          <w:i w:val="0"/>
          <w:smallCaps w:val="0"/>
          <w:strike w:val="0"/>
          <w:sz w:val="16"/>
          <w:u w:val="none"/>
        </w:rPr>
        <w:t xml:space="preserve"> (1991), Aghion and Howitt (1992), </w:t>
      </w:r>
      <w:r>
        <w:rPr>
          <w:b w:val="0"/>
          <w:i w:val="0"/>
          <w:smallCaps w:val="0"/>
          <w:strike w:val="0"/>
          <w:sz w:val="16"/>
          <w:u w:val="none"/>
        </w:rPr>
        <w:t>Scotchmer</w:t>
      </w:r>
      <w:r>
        <w:rPr>
          <w:b w:val="0"/>
          <w:i w:val="0"/>
          <w:smallCaps w:val="0"/>
          <w:strike w:val="0"/>
          <w:sz w:val="16"/>
          <w:u w:val="none"/>
        </w:rPr>
        <w:t xml:space="preserve"> (1999), and Gallini (2002) </w:t>
      </w:r>
      <w:r>
        <w:rPr>
          <w:b/>
          <w:i w:val="0"/>
          <w:smallCaps w:val="0"/>
          <w:strike w:val="0"/>
          <w:sz w:val="22"/>
          <w:highlight w:val="cyan"/>
          <w:u w:val="single"/>
        </w:rPr>
        <w:t>all</w:t>
      </w:r>
      <w:r>
        <w:rPr>
          <w:b w:val="0"/>
          <w:i w:val="0"/>
          <w:smallCaps w:val="0"/>
          <w:strike w:val="0"/>
          <w:sz w:val="22"/>
          <w:highlight w:val="cyan"/>
          <w:u w:val="single"/>
        </w:rPr>
        <w:t xml:space="preserve"> found</w:t>
      </w:r>
      <w:r>
        <w:rPr>
          <w:b w:val="0"/>
          <w:i w:val="0"/>
          <w:smallCaps w:val="0"/>
          <w:strike w:val="0"/>
          <w:sz w:val="22"/>
          <w:u w:val="single"/>
        </w:rPr>
        <w:t xml:space="preserve"> that </w:t>
      </w:r>
      <w:r>
        <w:rPr>
          <w:b w:val="0"/>
          <w:i w:val="0"/>
          <w:smallCaps w:val="0"/>
          <w:strike w:val="0"/>
          <w:sz w:val="22"/>
          <w:highlight w:val="cyan"/>
          <w:u w:val="single"/>
        </w:rPr>
        <w:t>patents foster</w:t>
      </w:r>
      <w:r>
        <w:rPr>
          <w:b w:val="0"/>
          <w:i w:val="0"/>
          <w:smallCaps w:val="0"/>
          <w:strike w:val="0"/>
          <w:sz w:val="22"/>
          <w:u w:val="single"/>
        </w:rPr>
        <w:t xml:space="preserve"> </w:t>
      </w:r>
      <w:r>
        <w:rPr>
          <w:b/>
          <w:i w:val="0"/>
          <w:smallCaps w:val="0"/>
          <w:strike w:val="0"/>
          <w:sz w:val="22"/>
          <w:u w:val="single"/>
        </w:rPr>
        <w:t xml:space="preserve">ex ante </w:t>
      </w:r>
      <w:r>
        <w:rPr>
          <w:b/>
          <w:i w:val="0"/>
          <w:smallCaps w:val="0"/>
          <w:strike w:val="0"/>
          <w:sz w:val="22"/>
          <w:highlight w:val="cyan"/>
          <w:u w:val="single"/>
        </w:rPr>
        <w:t>innovation</w:t>
      </w:r>
      <w:r>
        <w:rPr>
          <w:b w:val="0"/>
          <w:i w:val="0"/>
          <w:smallCaps w:val="0"/>
          <w:strike w:val="0"/>
          <w:sz w:val="16"/>
          <w:u w:val="none"/>
        </w:rPr>
        <w:t xml:space="preserve"> — meaning, they induce people to invent </w:t>
      </w:r>
      <w:r>
        <w:rPr>
          <w:b w:val="0"/>
          <w:i w:val="0"/>
          <w:smallCaps w:val="0"/>
          <w:strike w:val="0"/>
          <w:sz w:val="22"/>
          <w:u w:val="single"/>
        </w:rPr>
        <w:t>because of the</w:t>
      </w:r>
      <w:r>
        <w:rPr>
          <w:b w:val="0"/>
          <w:i w:val="0"/>
          <w:smallCaps w:val="0"/>
          <w:strike w:val="0"/>
          <w:sz w:val="16"/>
          <w:u w:val="none"/>
        </w:rPr>
        <w:t xml:space="preserve"> prospect of </w:t>
      </w:r>
      <w:r>
        <w:rPr>
          <w:b w:val="0"/>
          <w:i w:val="0"/>
          <w:smallCaps w:val="0"/>
          <w:strike w:val="0"/>
          <w:sz w:val="22"/>
          <w:u w:val="single"/>
        </w:rPr>
        <w:t>reward</w:t>
      </w:r>
      <w:r>
        <w:rPr>
          <w:b w:val="0"/>
          <w:i w:val="0"/>
          <w:smallCaps w:val="0"/>
          <w:strike w:val="0"/>
          <w:sz w:val="16"/>
          <w:u w:val="none"/>
        </w:rPr>
        <w:t>.</w:t>
      </w:r>
    </w:p>
    <w:p>
      <w:pPr>
        <w:spacing w:after="60"/>
      </w:pPr>
      <w:r>
        <w:rPr>
          <w:b w:val="0"/>
          <w:i w:val="0"/>
          <w:smallCaps w:val="0"/>
          <w:strike w:val="0"/>
          <w:sz w:val="22"/>
          <w:highlight w:val="cyan"/>
          <w:u w:val="single"/>
        </w:rPr>
        <w:t>Invention</w:t>
      </w:r>
      <w:r>
        <w:rPr>
          <w:b w:val="0"/>
          <w:i w:val="0"/>
          <w:smallCaps w:val="0"/>
          <w:strike w:val="0"/>
          <w:sz w:val="16"/>
          <w:u w:val="none"/>
        </w:rPr>
        <w:t xml:space="preserve">, it has been shown, </w:t>
      </w:r>
      <w:r>
        <w:rPr>
          <w:b w:val="0"/>
          <w:i w:val="0"/>
          <w:smallCaps w:val="0"/>
          <w:strike w:val="0"/>
          <w:sz w:val="22"/>
          <w:highlight w:val="cyan"/>
          <w:u w:val="single"/>
        </w:rPr>
        <w:t>is driven</w:t>
      </w:r>
      <w:r>
        <w:rPr>
          <w:b w:val="0"/>
          <w:i w:val="0"/>
          <w:smallCaps w:val="0"/>
          <w:strike w:val="0"/>
          <w:sz w:val="22"/>
          <w:u w:val="single"/>
        </w:rPr>
        <w:t xml:space="preserve"> primarily</w:t>
      </w:r>
      <w:r>
        <w:rPr>
          <w:b w:val="0"/>
          <w:i w:val="0"/>
          <w:smallCaps w:val="0"/>
          <w:strike w:val="0"/>
          <w:sz w:val="16"/>
          <w:u w:val="none"/>
        </w:rPr>
        <w:t xml:space="preserve"> not by genius or happenstance but rather </w:t>
      </w:r>
      <w:r>
        <w:rPr>
          <w:b w:val="0"/>
          <w:i w:val="0"/>
          <w:smallCaps w:val="0"/>
          <w:strike w:val="0"/>
          <w:sz w:val="22"/>
          <w:highlight w:val="cyan"/>
          <w:u w:val="single"/>
        </w:rPr>
        <w:t>by</w:t>
      </w:r>
      <w:r>
        <w:rPr>
          <w:b w:val="0"/>
          <w:i w:val="0"/>
          <w:smallCaps w:val="0"/>
          <w:strike w:val="0"/>
          <w:sz w:val="22"/>
          <w:u w:val="single"/>
        </w:rPr>
        <w:t xml:space="preserve"> </w:t>
      </w:r>
      <w:r>
        <w:rPr>
          <w:b w:val="0"/>
          <w:i w:val="0"/>
          <w:smallCaps w:val="0"/>
          <w:strike w:val="0"/>
          <w:sz w:val="22"/>
          <w:u w:val="single"/>
        </w:rPr>
        <w:t>markets</w:t>
      </w:r>
      <w:r>
        <w:rPr>
          <w:b w:val="0"/>
          <w:i w:val="0"/>
          <w:smallCaps w:val="0"/>
          <w:strike w:val="0"/>
          <w:sz w:val="22"/>
          <w:u w:val="single"/>
        </w:rPr>
        <w:t xml:space="preserve"> and the </w:t>
      </w:r>
      <w:r>
        <w:rPr>
          <w:b/>
          <w:i w:val="0"/>
          <w:smallCaps w:val="0"/>
          <w:strike w:val="0"/>
          <w:sz w:val="22"/>
          <w:u w:val="single"/>
        </w:rPr>
        <w:t>expectation</w:t>
      </w:r>
      <w:r>
        <w:rPr>
          <w:b w:val="0"/>
          <w:i w:val="0"/>
          <w:smallCaps w:val="0"/>
          <w:strike w:val="0"/>
          <w:sz w:val="22"/>
          <w:u w:val="single"/>
        </w:rPr>
        <w:t xml:space="preserve"> of the </w:t>
      </w:r>
      <w:r>
        <w:rPr>
          <w:b/>
          <w:i w:val="0"/>
          <w:smallCaps w:val="0"/>
          <w:strike w:val="0"/>
          <w:sz w:val="22"/>
          <w:highlight w:val="cyan"/>
          <w:u w:val="single"/>
        </w:rPr>
        <w:t>profit</w:t>
      </w:r>
      <w:r>
        <w:rPr>
          <w:b w:val="0"/>
          <w:i w:val="0"/>
          <w:smallCaps w:val="0"/>
          <w:strike w:val="0"/>
          <w:sz w:val="16"/>
          <w:u w:val="none"/>
        </w:rPr>
        <w:t xml:space="preserve"> that can be </w:t>
      </w:r>
      <w:r>
        <w:rPr>
          <w:b w:val="0"/>
          <w:i w:val="0"/>
          <w:smallCaps w:val="0"/>
          <w:strike w:val="0"/>
          <w:sz w:val="22"/>
          <w:u w:val="single"/>
        </w:rPr>
        <w:t>gained by securing the patent rights to new technologies</w:t>
      </w:r>
      <w:r>
        <w:rPr>
          <w:b w:val="0"/>
          <w:i w:val="0"/>
          <w:smallCaps w:val="0"/>
          <w:strike w:val="0"/>
          <w:sz w:val="16"/>
          <w:u w:val="none"/>
        </w:rPr>
        <w:t xml:space="preserve">. Zorina Khan of Bowdoin College and the late Kenneth Sokoloff at UCLA found that among </w:t>
      </w:r>
      <w:r>
        <w:rPr>
          <w:b w:val="0"/>
          <w:i w:val="0"/>
          <w:smallCaps w:val="0"/>
          <w:strike w:val="0"/>
          <w:sz w:val="22"/>
          <w:u w:val="single"/>
        </w:rPr>
        <w:t>the “</w:t>
      </w:r>
      <w:r>
        <w:rPr>
          <w:b/>
          <w:i w:val="0"/>
          <w:smallCaps w:val="0"/>
          <w:strike w:val="0"/>
          <w:sz w:val="22"/>
          <w:u w:val="single"/>
        </w:rPr>
        <w:t>great inventors</w:t>
      </w:r>
      <w:r>
        <w:rPr>
          <w:b w:val="0"/>
          <w:i w:val="0"/>
          <w:smallCaps w:val="0"/>
          <w:strike w:val="0"/>
          <w:sz w:val="22"/>
          <w:u w:val="single"/>
        </w:rPr>
        <w:t>”</w:t>
      </w:r>
      <w:r>
        <w:rPr>
          <w:b w:val="0"/>
          <w:i w:val="0"/>
          <w:smallCaps w:val="0"/>
          <w:strike w:val="0"/>
          <w:sz w:val="16"/>
          <w:u w:val="none"/>
        </w:rPr>
        <w:t xml:space="preserve"> of the 19th century, “their patterns of patenting </w:t>
      </w:r>
      <w:r>
        <w:rPr>
          <w:b w:val="0"/>
          <w:i w:val="0"/>
          <w:smallCaps w:val="0"/>
          <w:strike w:val="0"/>
          <w:sz w:val="22"/>
          <w:u w:val="single"/>
        </w:rPr>
        <w:t xml:space="preserve">were procyclical [and] </w:t>
      </w:r>
      <w:r>
        <w:rPr>
          <w:b/>
          <w:i w:val="0"/>
          <w:smallCaps w:val="0"/>
          <w:strike w:val="0"/>
          <w:sz w:val="22"/>
          <w:u w:val="single"/>
        </w:rPr>
        <w:t>responded</w:t>
      </w:r>
      <w:r>
        <w:rPr>
          <w:b w:val="0"/>
          <w:i w:val="0"/>
          <w:smallCaps w:val="0"/>
          <w:strike w:val="0"/>
          <w:sz w:val="22"/>
          <w:u w:val="single"/>
        </w:rPr>
        <w:t xml:space="preserve"> to expected </w:t>
      </w:r>
      <w:r>
        <w:rPr>
          <w:b/>
          <w:i w:val="0"/>
          <w:smallCaps w:val="0"/>
          <w:strike w:val="0"/>
          <w:sz w:val="22"/>
          <w:u w:val="single"/>
        </w:rPr>
        <w:t>profit</w:t>
      </w:r>
      <w:r>
        <w:rPr>
          <w:b w:val="0"/>
          <w:i w:val="0"/>
          <w:smallCaps w:val="0"/>
          <w:strike w:val="0"/>
          <w:sz w:val="22"/>
          <w:u w:val="single"/>
        </w:rPr>
        <w:t xml:space="preserve"> opportunitie</w:t>
      </w:r>
      <w:r>
        <w:rPr>
          <w:b/>
          <w:i w:val="0"/>
          <w:smallCaps w:val="0"/>
          <w:strike w:val="0"/>
          <w:sz w:val="22"/>
          <w:u w:val="single"/>
        </w:rPr>
        <w:t>s</w:t>
      </w:r>
      <w:r>
        <w:rPr>
          <w:b w:val="0"/>
          <w:i w:val="0"/>
          <w:smallCaps w:val="0"/>
          <w:strike w:val="0"/>
          <w:sz w:val="22"/>
          <w:u w:val="single"/>
        </w:rPr>
        <w:t>.”</w:t>
      </w:r>
      <w:r>
        <w:rPr>
          <w:b w:val="0"/>
          <w:i w:val="0"/>
          <w:smallCaps w:val="0"/>
          <w:strike w:val="0"/>
          <w:sz w:val="16"/>
          <w:u w:val="none"/>
        </w:rPr>
        <w:t xml:space="preserve"> And as Khan noted elsewhere, “Ordinary people [are] stimulated by higher perceived returns or demand-side incentives to make long-term commitments to inventive activity.”</w:t>
      </w:r>
    </w:p>
    <w:p>
      <w:pPr>
        <w:spacing w:after="60"/>
      </w:pPr>
      <w:r>
        <w:rPr>
          <w:b w:val="0"/>
          <w:i w:val="0"/>
          <w:smallCaps w:val="0"/>
          <w:strike w:val="0"/>
          <w:sz w:val="16"/>
          <w:u w:val="none"/>
        </w:rPr>
        <w:t xml:space="preserve">By contrast, </w:t>
      </w:r>
      <w:r>
        <w:rPr>
          <w:b w:val="0"/>
          <w:i w:val="0"/>
          <w:smallCaps w:val="0"/>
          <w:strike w:val="0"/>
          <w:sz w:val="22"/>
          <w:u w:val="single"/>
        </w:rPr>
        <w:t xml:space="preserve">in countries </w:t>
      </w:r>
      <w:r>
        <w:rPr>
          <w:b/>
          <w:i w:val="0"/>
          <w:smallCaps w:val="0"/>
          <w:strike w:val="0"/>
          <w:sz w:val="22"/>
          <w:highlight w:val="cyan"/>
          <w:u w:val="single"/>
        </w:rPr>
        <w:t>without</w:t>
      </w:r>
      <w:r>
        <w:rPr>
          <w:b w:val="0"/>
          <w:i w:val="0"/>
          <w:smallCaps w:val="0"/>
          <w:strike w:val="0"/>
          <w:sz w:val="22"/>
          <w:highlight w:val="cyan"/>
          <w:u w:val="single"/>
        </w:rPr>
        <w:t xml:space="preserve"> patent</w:t>
      </w:r>
      <w:r>
        <w:rPr>
          <w:b w:val="0"/>
          <w:i w:val="0"/>
          <w:smallCaps w:val="0"/>
          <w:strike w:val="0"/>
          <w:sz w:val="22"/>
          <w:u w:val="single"/>
        </w:rPr>
        <w:t xml:space="preserve"> right</w:t>
      </w:r>
      <w:r>
        <w:rPr>
          <w:b w:val="0"/>
          <w:i w:val="0"/>
          <w:smallCaps w:val="0"/>
          <w:strike w:val="0"/>
          <w:sz w:val="22"/>
          <w:highlight w:val="cyan"/>
          <w:u w:val="single"/>
        </w:rPr>
        <w:t>s</w:t>
      </w:r>
      <w:r>
        <w:rPr>
          <w:b w:val="0"/>
          <w:i w:val="0"/>
          <w:smallCaps w:val="0"/>
          <w:strike w:val="0"/>
          <w:sz w:val="16"/>
          <w:u w:val="none"/>
        </w:rPr>
        <w:t xml:space="preserve">, Barro (1995) found that </w:t>
      </w:r>
      <w:r>
        <w:rPr>
          <w:b w:val="0"/>
          <w:i w:val="0"/>
          <w:smallCaps w:val="0"/>
          <w:strike w:val="0"/>
          <w:sz w:val="22"/>
          <w:highlight w:val="cyan"/>
          <w:u w:val="single"/>
        </w:rPr>
        <w:t>people</w:t>
      </w:r>
      <w:r>
        <w:rPr>
          <w:b w:val="0"/>
          <w:i w:val="0"/>
          <w:smallCaps w:val="0"/>
          <w:strike w:val="0"/>
          <w:sz w:val="22"/>
          <w:u w:val="single"/>
        </w:rPr>
        <w:t xml:space="preserve"> have an “</w:t>
      </w:r>
      <w:r>
        <w:rPr>
          <w:b/>
          <w:i w:val="0"/>
          <w:smallCaps w:val="0"/>
          <w:strike w:val="0"/>
          <w:sz w:val="22"/>
          <w:u w:val="single"/>
        </w:rPr>
        <w:t>excessive incentive</w:t>
      </w:r>
      <w:r>
        <w:rPr>
          <w:b w:val="0"/>
          <w:i w:val="0"/>
          <w:smallCaps w:val="0"/>
          <w:strike w:val="0"/>
          <w:sz w:val="22"/>
          <w:u w:val="single"/>
        </w:rPr>
        <w:t xml:space="preserve"> to </w:t>
      </w:r>
      <w:r>
        <w:rPr>
          <w:b/>
          <w:i w:val="0"/>
          <w:smallCaps w:val="0"/>
          <w:strike w:val="0"/>
          <w:sz w:val="22"/>
          <w:highlight w:val="cyan"/>
          <w:u w:val="single"/>
        </w:rPr>
        <w:t>copy</w:t>
      </w:r>
      <w:r>
        <w:rPr>
          <w:b w:val="0"/>
          <w:i w:val="0"/>
          <w:smallCaps w:val="0"/>
          <w:strike w:val="0"/>
          <w:sz w:val="22"/>
          <w:highlight w:val="cyan"/>
          <w:u w:val="single"/>
        </w:rPr>
        <w:t>”</w:t>
      </w:r>
      <w:r>
        <w:rPr>
          <w:b w:val="0"/>
          <w:i w:val="0"/>
          <w:smallCaps w:val="0"/>
          <w:strike w:val="0"/>
          <w:sz w:val="22"/>
          <w:u w:val="single"/>
        </w:rPr>
        <w:t xml:space="preserve"> and </w:t>
      </w:r>
      <w:r>
        <w:rPr>
          <w:b/>
          <w:i w:val="0"/>
          <w:smallCaps w:val="0"/>
          <w:strike w:val="0"/>
          <w:sz w:val="22"/>
          <w:u w:val="single"/>
        </w:rPr>
        <w:t>insufficient incentive</w:t>
      </w:r>
      <w:r>
        <w:rPr>
          <w:b w:val="0"/>
          <w:i w:val="0"/>
          <w:smallCaps w:val="0"/>
          <w:strike w:val="0"/>
          <w:sz w:val="22"/>
          <w:u w:val="single"/>
        </w:rPr>
        <w:t xml:space="preserve"> to invent for themselves</w:t>
      </w:r>
      <w:r>
        <w:rPr>
          <w:b w:val="0"/>
          <w:i w:val="0"/>
          <w:smallCaps w:val="0"/>
          <w:strike w:val="0"/>
          <w:sz w:val="16"/>
          <w:u w:val="none"/>
        </w:rPr>
        <w:t xml:space="preserve">. Moser (2004), meanwhile, reported that </w:t>
      </w:r>
      <w:r>
        <w:rPr>
          <w:b w:val="0"/>
          <w:i w:val="0"/>
          <w:smallCaps w:val="0"/>
          <w:strike w:val="0"/>
          <w:sz w:val="22"/>
          <w:highlight w:val="cyan"/>
          <w:u w:val="single"/>
        </w:rPr>
        <w:t>“inventors</w:t>
      </w:r>
      <w:r>
        <w:rPr>
          <w:b w:val="0"/>
          <w:i w:val="0"/>
          <w:smallCaps w:val="0"/>
          <w:strike w:val="0"/>
          <w:sz w:val="16"/>
          <w:u w:val="none"/>
        </w:rPr>
        <w:t xml:space="preserve"> in countries </w:t>
      </w:r>
      <w:r>
        <w:rPr>
          <w:b w:val="0"/>
          <w:i w:val="0"/>
          <w:smallCaps w:val="0"/>
          <w:strike w:val="0"/>
          <w:sz w:val="22"/>
          <w:u w:val="single"/>
        </w:rPr>
        <w:t xml:space="preserve">without patent laws </w:t>
      </w:r>
      <w:r>
        <w:rPr>
          <w:b w:val="0"/>
          <w:i w:val="0"/>
          <w:smallCaps w:val="0"/>
          <w:strike w:val="0"/>
          <w:sz w:val="22"/>
          <w:highlight w:val="cyan"/>
          <w:u w:val="single"/>
        </w:rPr>
        <w:t>focus on</w:t>
      </w:r>
      <w:r>
        <w:rPr>
          <w:b w:val="0"/>
          <w:i w:val="0"/>
          <w:smallCaps w:val="0"/>
          <w:strike w:val="0"/>
          <w:sz w:val="22"/>
          <w:u w:val="single"/>
        </w:rPr>
        <w:t xml:space="preserve"> a </w:t>
      </w:r>
      <w:r>
        <w:rPr>
          <w:b/>
          <w:i w:val="0"/>
          <w:smallCaps w:val="0"/>
          <w:strike w:val="0"/>
          <w:sz w:val="22"/>
          <w:highlight w:val="cyan"/>
          <w:u w:val="single"/>
        </w:rPr>
        <w:t>small</w:t>
      </w:r>
      <w:r>
        <w:rPr>
          <w:b/>
          <w:i w:val="0"/>
          <w:smallCaps w:val="0"/>
          <w:strike w:val="0"/>
          <w:sz w:val="22"/>
          <w:u w:val="single"/>
        </w:rPr>
        <w:t xml:space="preserve"> set</w:t>
      </w:r>
      <w:r>
        <w:rPr>
          <w:b w:val="0"/>
          <w:i w:val="0"/>
          <w:smallCaps w:val="0"/>
          <w:strike w:val="0"/>
          <w:sz w:val="22"/>
          <w:u w:val="single"/>
        </w:rPr>
        <w:t xml:space="preserve"> of </w:t>
      </w:r>
      <w:r>
        <w:rPr>
          <w:b/>
          <w:i w:val="0"/>
          <w:smallCaps w:val="0"/>
          <w:strike w:val="0"/>
          <w:sz w:val="22"/>
          <w:highlight w:val="cyan"/>
          <w:u w:val="single"/>
        </w:rPr>
        <w:t>industries</w:t>
      </w:r>
      <w:r>
        <w:rPr>
          <w:b w:val="0"/>
          <w:i w:val="0"/>
          <w:smallCaps w:val="0"/>
          <w:strike w:val="0"/>
          <w:sz w:val="22"/>
          <w:highlight w:val="cyan"/>
          <w:u w:val="single"/>
        </w:rPr>
        <w:t xml:space="preserve"> … while</w:t>
      </w:r>
      <w:r>
        <w:rPr>
          <w:b w:val="0"/>
          <w:i w:val="0"/>
          <w:smallCaps w:val="0"/>
          <w:strike w:val="0"/>
          <w:sz w:val="22"/>
          <w:u w:val="single"/>
        </w:rPr>
        <w:t xml:space="preserve"> </w:t>
      </w:r>
      <w:r>
        <w:rPr>
          <w:b/>
          <w:i w:val="0"/>
          <w:smallCaps w:val="0"/>
          <w:strike w:val="0"/>
          <w:sz w:val="22"/>
          <w:u w:val="single"/>
        </w:rPr>
        <w:t>innovation</w:t>
      </w:r>
      <w:r>
        <w:rPr>
          <w:b w:val="0"/>
          <w:i w:val="0"/>
          <w:smallCaps w:val="0"/>
          <w:strike w:val="0"/>
          <w:sz w:val="22"/>
          <w:u w:val="single"/>
        </w:rPr>
        <w:t xml:space="preserve"> in countries with </w:t>
      </w:r>
      <w:r>
        <w:rPr>
          <w:b/>
          <w:i w:val="0"/>
          <w:smallCaps w:val="0"/>
          <w:strike w:val="0"/>
          <w:sz w:val="22"/>
          <w:highlight w:val="cyan"/>
          <w:u w:val="single"/>
        </w:rPr>
        <w:t>patent</w:t>
      </w:r>
      <w:r>
        <w:rPr>
          <w:b w:val="0"/>
          <w:i w:val="0"/>
          <w:smallCaps w:val="0"/>
          <w:strike w:val="0"/>
          <w:sz w:val="22"/>
          <w:u w:val="single"/>
        </w:rPr>
        <w:t xml:space="preserve"> law</w:t>
      </w:r>
      <w:r>
        <w:rPr>
          <w:b/>
          <w:i w:val="0"/>
          <w:smallCaps w:val="0"/>
          <w:strike w:val="0"/>
          <w:sz w:val="22"/>
          <w:highlight w:val="cyan"/>
          <w:u w:val="single"/>
        </w:rPr>
        <w:t>s</w:t>
      </w:r>
      <w:r>
        <w:rPr>
          <w:b w:val="0"/>
          <w:i w:val="0"/>
          <w:smallCaps w:val="0"/>
          <w:strike w:val="0"/>
          <w:sz w:val="22"/>
          <w:highlight w:val="cyan"/>
          <w:u w:val="single"/>
        </w:rPr>
        <w:t xml:space="preserve"> [is]</w:t>
      </w:r>
      <w:r>
        <w:rPr>
          <w:b w:val="0"/>
          <w:i w:val="0"/>
          <w:smallCaps w:val="0"/>
          <w:strike w:val="0"/>
          <w:sz w:val="22"/>
          <w:u w:val="single"/>
        </w:rPr>
        <w:t xml:space="preserve"> much more </w:t>
      </w:r>
      <w:r>
        <w:rPr>
          <w:b/>
          <w:i w:val="0"/>
          <w:smallCaps w:val="0"/>
          <w:strike w:val="0"/>
          <w:sz w:val="22"/>
          <w:highlight w:val="cyan"/>
          <w:u w:val="single"/>
        </w:rPr>
        <w:t>diversified</w:t>
      </w:r>
      <w:r>
        <w:rPr>
          <w:b w:val="0"/>
          <w:i w:val="0"/>
          <w:smallCaps w:val="0"/>
          <w:strike w:val="0"/>
          <w:sz w:val="22"/>
          <w:highlight w:val="cyan"/>
          <w:u w:val="single"/>
        </w:rPr>
        <w:t>.”</w:t>
      </w:r>
    </w:p>
    <w:p>
      <w:pPr>
        <w:spacing w:after="60"/>
      </w:pPr>
      <w:r>
        <w:rPr>
          <w:b w:val="0"/>
          <w:i w:val="0"/>
          <w:smallCaps w:val="0"/>
          <w:strike w:val="0"/>
          <w:sz w:val="16"/>
          <w:u w:val="none"/>
        </w:rPr>
        <w:t xml:space="preserve">The evidence that patents foster innovation is not confined solely to the U.S. or even to developed countries. In 2008, a study by the Organization for Economic Co-operation and Development (OECD) found that </w:t>
      </w:r>
      <w:r>
        <w:rPr>
          <w:b w:val="0"/>
          <w:i w:val="0"/>
          <w:smallCaps w:val="0"/>
          <w:strike w:val="0"/>
          <w:sz w:val="22"/>
          <w:highlight w:val="cyan"/>
          <w:u w:val="single"/>
        </w:rPr>
        <w:t>“stronger</w:t>
      </w:r>
      <w:r>
        <w:rPr>
          <w:b w:val="0"/>
          <w:i w:val="0"/>
          <w:smallCaps w:val="0"/>
          <w:strike w:val="0"/>
          <w:sz w:val="22"/>
          <w:u w:val="single"/>
        </w:rPr>
        <w:t xml:space="preserve"> levels of patent </w:t>
      </w:r>
      <w:r>
        <w:rPr>
          <w:b w:val="0"/>
          <w:i w:val="0"/>
          <w:smallCaps w:val="0"/>
          <w:strike w:val="0"/>
          <w:sz w:val="22"/>
          <w:highlight w:val="cyan"/>
          <w:u w:val="single"/>
        </w:rPr>
        <w:t xml:space="preserve">protection are </w:t>
      </w:r>
      <w:r>
        <w:rPr>
          <w:b/>
          <w:i w:val="0"/>
          <w:smallCaps w:val="0"/>
          <w:strike w:val="0"/>
          <w:sz w:val="22"/>
          <w:highlight w:val="cyan"/>
          <w:u w:val="single"/>
        </w:rPr>
        <w:t>positively</w:t>
      </w:r>
      <w:r>
        <w:rPr>
          <w:b w:val="0"/>
          <w:i w:val="0"/>
          <w:smallCaps w:val="0"/>
          <w:strike w:val="0"/>
          <w:sz w:val="22"/>
          <w:highlight w:val="cyan"/>
          <w:u w:val="single"/>
        </w:rPr>
        <w:t xml:space="preserve"> and </w:t>
      </w:r>
      <w:r>
        <w:rPr>
          <w:b/>
          <w:i w:val="0"/>
          <w:smallCaps w:val="0"/>
          <w:strike w:val="0"/>
          <w:sz w:val="22"/>
          <w:highlight w:val="cyan"/>
          <w:u w:val="single"/>
        </w:rPr>
        <w:t>significantly associated</w:t>
      </w:r>
      <w:r>
        <w:rPr>
          <w:b w:val="0"/>
          <w:i w:val="0"/>
          <w:smallCaps w:val="0"/>
          <w:strike w:val="0"/>
          <w:sz w:val="22"/>
          <w:highlight w:val="cyan"/>
          <w:u w:val="single"/>
        </w:rPr>
        <w:t xml:space="preserve"> with</w:t>
      </w:r>
      <w:r>
        <w:rPr>
          <w:b w:val="0"/>
          <w:i w:val="0"/>
          <w:smallCaps w:val="0"/>
          <w:strike w:val="0"/>
          <w:sz w:val="22"/>
          <w:u w:val="single"/>
        </w:rPr>
        <w:t xml:space="preserve"> inflows of high-</w:t>
      </w:r>
      <w:r>
        <w:rPr>
          <w:b w:val="0"/>
          <w:i w:val="0"/>
          <w:smallCaps w:val="0"/>
          <w:strike w:val="0"/>
          <w:sz w:val="22"/>
          <w:highlight w:val="cyan"/>
          <w:u w:val="single"/>
        </w:rPr>
        <w:t>tech</w:t>
      </w:r>
      <w:r>
        <w:rPr>
          <w:b w:val="0"/>
          <w:i w:val="0"/>
          <w:smallCaps w:val="0"/>
          <w:strike w:val="0"/>
          <w:sz w:val="22"/>
          <w:u w:val="single"/>
        </w:rPr>
        <w:t xml:space="preserve"> product </w:t>
      </w:r>
      <w:r>
        <w:rPr>
          <w:b w:val="0"/>
          <w:i w:val="0"/>
          <w:smallCaps w:val="0"/>
          <w:strike w:val="0"/>
          <w:sz w:val="22"/>
          <w:highlight w:val="cyan"/>
          <w:u w:val="single"/>
        </w:rPr>
        <w:t>[and]</w:t>
      </w:r>
      <w:r>
        <w:rPr>
          <w:b w:val="0"/>
          <w:i w:val="0"/>
          <w:smallCaps w:val="0"/>
          <w:strike w:val="0"/>
          <w:sz w:val="22"/>
          <w:u w:val="single"/>
        </w:rPr>
        <w:t xml:space="preserve"> expenditures on </w:t>
      </w:r>
      <w:r>
        <w:rPr>
          <w:b/>
          <w:i w:val="0"/>
          <w:smallCaps w:val="0"/>
          <w:strike w:val="0"/>
          <w:sz w:val="22"/>
          <w:highlight w:val="cyan"/>
          <w:u w:val="single"/>
        </w:rPr>
        <w:t>R&amp;D</w:t>
      </w:r>
      <w:r>
        <w:rPr>
          <w:b w:val="0"/>
          <w:i w:val="0"/>
          <w:smallCaps w:val="0"/>
          <w:strike w:val="0"/>
          <w:sz w:val="22"/>
          <w:highlight w:val="cyan"/>
          <w:u w:val="single"/>
        </w:rPr>
        <w:t>.”</w:t>
      </w:r>
    </w:p>
    <w:p>
      <w:pPr>
        <w:spacing w:after="60"/>
      </w:pPr>
      <w:r>
        <w:rPr>
          <w:b w:val="0"/>
          <w:i w:val="0"/>
          <w:smallCaps w:val="0"/>
          <w:strike w:val="0"/>
          <w:sz w:val="16"/>
          <w:u w:val="none"/>
        </w:rPr>
        <w:t>And in a study that attracted wide attention, Shih-</w:t>
      </w:r>
      <w:r>
        <w:rPr>
          <w:b w:val="0"/>
          <w:i w:val="0"/>
          <w:smallCaps w:val="0"/>
          <w:strike w:val="0"/>
          <w:sz w:val="16"/>
          <w:u w:val="none"/>
        </w:rPr>
        <w:t>Tse</w:t>
      </w:r>
      <w:r>
        <w:rPr>
          <w:b w:val="0"/>
          <w:i w:val="0"/>
          <w:smallCaps w:val="0"/>
          <w:strike w:val="0"/>
          <w:sz w:val="16"/>
          <w:u w:val="none"/>
        </w:rPr>
        <w:t xml:space="preserve"> Lo of Concordia University in Montreal reported that the reforms </w:t>
      </w:r>
      <w:r>
        <w:rPr>
          <w:b w:val="0"/>
          <w:i w:val="0"/>
          <w:smallCaps w:val="0"/>
          <w:strike w:val="0"/>
          <w:sz w:val="22"/>
          <w:u w:val="single"/>
        </w:rPr>
        <w:t xml:space="preserve">strengthening </w:t>
      </w:r>
      <w:r>
        <w:rPr>
          <w:b w:val="0"/>
          <w:i w:val="0"/>
          <w:smallCaps w:val="0"/>
          <w:strike w:val="0"/>
          <w:sz w:val="22"/>
          <w:highlight w:val="cyan"/>
          <w:u w:val="single"/>
        </w:rPr>
        <w:t>the</w:t>
      </w:r>
      <w:r>
        <w:rPr>
          <w:b w:val="0"/>
          <w:i w:val="0"/>
          <w:smallCaps w:val="0"/>
          <w:strike w:val="0"/>
          <w:sz w:val="16"/>
          <w:u w:val="none"/>
        </w:rPr>
        <w:t xml:space="preserve"> Taiwanese </w:t>
      </w:r>
      <w:r>
        <w:rPr>
          <w:b w:val="0"/>
          <w:i w:val="0"/>
          <w:smallCaps w:val="0"/>
          <w:strike w:val="0"/>
          <w:sz w:val="22"/>
          <w:u w:val="single"/>
        </w:rPr>
        <w:t xml:space="preserve">patent </w:t>
      </w:r>
      <w:r>
        <w:rPr>
          <w:b w:val="0"/>
          <w:i w:val="0"/>
          <w:smallCaps w:val="0"/>
          <w:strike w:val="0"/>
          <w:sz w:val="22"/>
          <w:highlight w:val="cyan"/>
          <w:u w:val="single"/>
        </w:rPr>
        <w:t>system</w:t>
      </w:r>
      <w:r>
        <w:rPr>
          <w:b w:val="0"/>
          <w:i w:val="0"/>
          <w:smallCaps w:val="0"/>
          <w:strike w:val="0"/>
          <w:sz w:val="16"/>
          <w:u w:val="none"/>
        </w:rPr>
        <w:t xml:space="preserve"> in 1986 </w:t>
      </w:r>
      <w:r>
        <w:rPr>
          <w:b w:val="0"/>
          <w:i w:val="0"/>
          <w:smallCaps w:val="0"/>
          <w:strike w:val="0"/>
          <w:sz w:val="22"/>
          <w:highlight w:val="cyan"/>
          <w:u w:val="single"/>
        </w:rPr>
        <w:t>“</w:t>
      </w:r>
      <w:r>
        <w:rPr>
          <w:b/>
          <w:i w:val="0"/>
          <w:smallCaps w:val="0"/>
          <w:strike w:val="0"/>
          <w:sz w:val="22"/>
          <w:highlight w:val="cyan"/>
          <w:u w:val="single"/>
        </w:rPr>
        <w:t>stimulated</w:t>
      </w:r>
      <w:r>
        <w:rPr>
          <w:b w:val="0"/>
          <w:i w:val="0"/>
          <w:smallCaps w:val="0"/>
          <w:strike w:val="0"/>
          <w:sz w:val="22"/>
          <w:u w:val="single"/>
        </w:rPr>
        <w:t xml:space="preserve"> additional </w:t>
      </w:r>
      <w:r>
        <w:rPr>
          <w:b/>
          <w:i w:val="0"/>
          <w:smallCaps w:val="0"/>
          <w:strike w:val="0"/>
          <w:sz w:val="22"/>
          <w:u w:val="single"/>
        </w:rPr>
        <w:t xml:space="preserve">inventive </w:t>
      </w:r>
      <w:r>
        <w:rPr>
          <w:b/>
          <w:i w:val="0"/>
          <w:smallCaps w:val="0"/>
          <w:strike w:val="0"/>
          <w:sz w:val="22"/>
          <w:highlight w:val="cyan"/>
          <w:u w:val="single"/>
        </w:rPr>
        <w:t>activity</w:t>
      </w:r>
      <w:r>
        <w:rPr>
          <w:b w:val="0"/>
          <w:i w:val="0"/>
          <w:smallCaps w:val="0"/>
          <w:strike w:val="0"/>
          <w:sz w:val="22"/>
          <w:highlight w:val="cyan"/>
          <w:u w:val="single"/>
        </w:rPr>
        <w:t>, especially</w:t>
      </w:r>
      <w:r>
        <w:rPr>
          <w:b w:val="0"/>
          <w:i w:val="0"/>
          <w:smallCaps w:val="0"/>
          <w:strike w:val="0"/>
          <w:sz w:val="22"/>
          <w:u w:val="single"/>
        </w:rPr>
        <w:t xml:space="preserve"> in industries</w:t>
      </w:r>
      <w:r>
        <w:rPr>
          <w:b w:val="0"/>
          <w:i w:val="0"/>
          <w:smallCaps w:val="0"/>
          <w:strike w:val="0"/>
          <w:sz w:val="16"/>
          <w:u w:val="none"/>
        </w:rPr>
        <w:t xml:space="preserve"> where patent protection is generally regarded as an effective strategy for extracting returns, and in industries </w:t>
      </w:r>
      <w:r>
        <w:rPr>
          <w:b w:val="0"/>
          <w:i w:val="0"/>
          <w:smallCaps w:val="0"/>
          <w:strike w:val="0"/>
          <w:sz w:val="22"/>
          <w:u w:val="single"/>
        </w:rPr>
        <w:t xml:space="preserve">which are more </w:t>
      </w:r>
      <w:r>
        <w:rPr>
          <w:b/>
          <w:i w:val="0"/>
          <w:smallCaps w:val="0"/>
          <w:strike w:val="0"/>
          <w:sz w:val="22"/>
          <w:highlight w:val="cyan"/>
          <w:u w:val="single"/>
        </w:rPr>
        <w:t>R&amp;D</w:t>
      </w:r>
      <w:r>
        <w:rPr>
          <w:b/>
          <w:i w:val="0"/>
          <w:smallCaps w:val="0"/>
          <w:strike w:val="0"/>
          <w:sz w:val="22"/>
          <w:u w:val="single"/>
        </w:rPr>
        <w:t xml:space="preserve"> intensive</w:t>
      </w:r>
      <w:r>
        <w:rPr>
          <w:b w:val="0"/>
          <w:i w:val="0"/>
          <w:smallCaps w:val="0"/>
          <w:strike w:val="0"/>
          <w:sz w:val="22"/>
          <w:u w:val="single"/>
        </w:rPr>
        <w:t>. The reforms</w:t>
      </w:r>
      <w:r>
        <w:rPr>
          <w:b w:val="0"/>
          <w:i w:val="0"/>
          <w:smallCaps w:val="0"/>
          <w:strike w:val="0"/>
          <w:sz w:val="16"/>
          <w:u w:val="none"/>
        </w:rPr>
        <w:t xml:space="preserve"> also seemed to </w:t>
      </w:r>
      <w:r>
        <w:rPr>
          <w:b w:val="0"/>
          <w:i w:val="0"/>
          <w:smallCaps w:val="0"/>
          <w:strike w:val="0"/>
          <w:sz w:val="22"/>
          <w:u w:val="single"/>
        </w:rPr>
        <w:t>induce</w:t>
      </w:r>
      <w:r>
        <w:rPr>
          <w:b w:val="0"/>
          <w:i w:val="0"/>
          <w:smallCaps w:val="0"/>
          <w:strike w:val="0"/>
          <w:sz w:val="16"/>
          <w:u w:val="none"/>
        </w:rPr>
        <w:t xml:space="preserve"> additional </w:t>
      </w:r>
      <w:r>
        <w:rPr>
          <w:b/>
          <w:i w:val="0"/>
          <w:smallCaps w:val="0"/>
          <w:strike w:val="0"/>
          <w:sz w:val="22"/>
          <w:u w:val="single"/>
        </w:rPr>
        <w:t>f</w:t>
      </w:r>
      <w:r>
        <w:rPr>
          <w:b w:val="0"/>
          <w:i w:val="0"/>
          <w:smallCaps w:val="0"/>
          <w:strike w:val="0"/>
          <w:sz w:val="22"/>
          <w:u w:val="single"/>
        </w:rPr>
        <w:t xml:space="preserve">oreign </w:t>
      </w:r>
      <w:r>
        <w:rPr>
          <w:b/>
          <w:i w:val="0"/>
          <w:smallCaps w:val="0"/>
          <w:strike w:val="0"/>
          <w:sz w:val="22"/>
          <w:u w:val="single"/>
        </w:rPr>
        <w:t>d</w:t>
      </w:r>
      <w:r>
        <w:rPr>
          <w:b w:val="0"/>
          <w:i w:val="0"/>
          <w:smallCaps w:val="0"/>
          <w:strike w:val="0"/>
          <w:sz w:val="22"/>
          <w:u w:val="single"/>
        </w:rPr>
        <w:t xml:space="preserve">irect </w:t>
      </w:r>
      <w:r>
        <w:rPr>
          <w:b/>
          <w:i w:val="0"/>
          <w:smallCaps w:val="0"/>
          <w:strike w:val="0"/>
          <w:sz w:val="22"/>
          <w:u w:val="single"/>
        </w:rPr>
        <w:t>i</w:t>
      </w:r>
      <w:r>
        <w:rPr>
          <w:b w:val="0"/>
          <w:i w:val="0"/>
          <w:smallCaps w:val="0"/>
          <w:strike w:val="0"/>
          <w:sz w:val="22"/>
          <w:u w:val="single"/>
        </w:rPr>
        <w:t>nvestment</w:t>
      </w:r>
      <w:r>
        <w:rPr>
          <w:b w:val="0"/>
          <w:i w:val="0"/>
          <w:smallCaps w:val="0"/>
          <w:strike w:val="0"/>
          <w:sz w:val="16"/>
          <w:u w:val="none"/>
        </w:rPr>
        <w:t xml:space="preserve"> in Taiwan.” But such benefits did not accrue across all sectors of the economy. “For industries that chiefly use other mechanisms to extract returns from their innovations, such as [trade] secrecy, the strengthening of patent rights had little effect on their inventive activity.”</w:t>
      </w:r>
    </w:p>
    <w:p>
      <w:pPr>
        <w:spacing w:after="60"/>
      </w:pPr>
      <w:r>
        <w:rPr>
          <w:b w:val="0"/>
          <w:i w:val="0"/>
          <w:smallCaps w:val="0"/>
          <w:strike w:val="0"/>
          <w:sz w:val="22"/>
          <w:u w:val="single"/>
        </w:rPr>
        <w:t>In addition to</w:t>
      </w:r>
      <w:r>
        <w:rPr>
          <w:b w:val="0"/>
          <w:i w:val="0"/>
          <w:smallCaps w:val="0"/>
          <w:strike w:val="0"/>
          <w:sz w:val="16"/>
          <w:u w:val="none"/>
        </w:rPr>
        <w:t xml:space="preserve"> encouraging </w:t>
      </w:r>
      <w:r>
        <w:rPr>
          <w:b/>
          <w:i w:val="0"/>
          <w:smallCaps w:val="0"/>
          <w:strike w:val="0"/>
          <w:sz w:val="22"/>
          <w:u w:val="single"/>
        </w:rPr>
        <w:t>ex ante</w:t>
      </w:r>
      <w:r>
        <w:rPr>
          <w:b w:val="0"/>
          <w:i w:val="0"/>
          <w:smallCaps w:val="0"/>
          <w:strike w:val="0"/>
          <w:sz w:val="22"/>
          <w:u w:val="single"/>
        </w:rPr>
        <w:t xml:space="preserve"> innovation</w:t>
      </w:r>
      <w:r>
        <w:rPr>
          <w:b w:val="0"/>
          <w:i w:val="0"/>
          <w:smallCaps w:val="0"/>
          <w:strike w:val="0"/>
          <w:sz w:val="16"/>
          <w:u w:val="none"/>
        </w:rPr>
        <w:t xml:space="preserve">, Acemoglu, </w:t>
      </w:r>
      <w:r>
        <w:rPr>
          <w:b w:val="0"/>
          <w:i w:val="0"/>
          <w:smallCaps w:val="0"/>
          <w:strike w:val="0"/>
          <w:sz w:val="16"/>
          <w:u w:val="none"/>
        </w:rPr>
        <w:t>Bimpikis</w:t>
      </w:r>
      <w:r>
        <w:rPr>
          <w:b w:val="0"/>
          <w:i w:val="0"/>
          <w:smallCaps w:val="0"/>
          <w:strike w:val="0"/>
          <w:sz w:val="16"/>
          <w:u w:val="none"/>
        </w:rPr>
        <w:t xml:space="preserve">, and </w:t>
      </w:r>
      <w:r>
        <w:rPr>
          <w:b w:val="0"/>
          <w:i w:val="0"/>
          <w:smallCaps w:val="0"/>
          <w:strike w:val="0"/>
          <w:sz w:val="16"/>
          <w:u w:val="none"/>
        </w:rPr>
        <w:t>Ozdaglar</w:t>
      </w:r>
      <w:r>
        <w:rPr>
          <w:b w:val="0"/>
          <w:i w:val="0"/>
          <w:smallCaps w:val="0"/>
          <w:strike w:val="0"/>
          <w:sz w:val="16"/>
          <w:u w:val="none"/>
        </w:rPr>
        <w:t xml:space="preserve"> (2008) discovered that </w:t>
      </w:r>
      <w:r>
        <w:rPr>
          <w:b w:val="0"/>
          <w:i w:val="0"/>
          <w:smallCaps w:val="0"/>
          <w:strike w:val="0"/>
          <w:sz w:val="22"/>
          <w:highlight w:val="cyan"/>
          <w:u w:val="single"/>
        </w:rPr>
        <w:t>“patents</w:t>
      </w:r>
      <w:r>
        <w:rPr>
          <w:b w:val="0"/>
          <w:i w:val="0"/>
          <w:smallCaps w:val="0"/>
          <w:strike w:val="0"/>
          <w:sz w:val="22"/>
          <w:u w:val="single"/>
        </w:rPr>
        <w:t xml:space="preserve"> [also] </w:t>
      </w:r>
      <w:r>
        <w:rPr>
          <w:b w:val="0"/>
          <w:i w:val="0"/>
          <w:smallCaps w:val="0"/>
          <w:strike w:val="0"/>
          <w:sz w:val="22"/>
          <w:highlight w:val="cyan"/>
          <w:u w:val="single"/>
        </w:rPr>
        <w:t>improve</w:t>
      </w:r>
      <w:r>
        <w:rPr>
          <w:b w:val="0"/>
          <w:i w:val="0"/>
          <w:smallCaps w:val="0"/>
          <w:strike w:val="0"/>
          <w:sz w:val="22"/>
          <w:u w:val="single"/>
        </w:rPr>
        <w:t xml:space="preserve"> the </w:t>
      </w:r>
      <w:r>
        <w:rPr>
          <w:b/>
          <w:i w:val="0"/>
          <w:smallCaps w:val="0"/>
          <w:strike w:val="0"/>
          <w:sz w:val="22"/>
          <w:highlight w:val="cyan"/>
          <w:u w:val="single"/>
        </w:rPr>
        <w:t>allocation</w:t>
      </w:r>
      <w:r>
        <w:rPr>
          <w:b w:val="0"/>
          <w:i w:val="0"/>
          <w:smallCaps w:val="0"/>
          <w:strike w:val="0"/>
          <w:sz w:val="22"/>
          <w:highlight w:val="cyan"/>
          <w:u w:val="single"/>
        </w:rPr>
        <w:t xml:space="preserve"> of </w:t>
      </w:r>
      <w:r>
        <w:rPr>
          <w:b/>
          <w:i w:val="0"/>
          <w:smallCaps w:val="0"/>
          <w:strike w:val="0"/>
          <w:sz w:val="22"/>
          <w:highlight w:val="cyan"/>
          <w:u w:val="single"/>
        </w:rPr>
        <w:t>resources</w:t>
      </w:r>
      <w:r>
        <w:rPr>
          <w:b w:val="0"/>
          <w:i w:val="0"/>
          <w:smallCaps w:val="0"/>
          <w:strike w:val="0"/>
          <w:sz w:val="22"/>
          <w:highlight w:val="cyan"/>
          <w:u w:val="single"/>
        </w:rPr>
        <w:t xml:space="preserve"> by</w:t>
      </w:r>
      <w:r>
        <w:rPr>
          <w:b w:val="0"/>
          <w:i w:val="0"/>
          <w:smallCaps w:val="0"/>
          <w:strike w:val="0"/>
          <w:sz w:val="22"/>
          <w:u w:val="single"/>
        </w:rPr>
        <w:t xml:space="preserve"> encouraging </w:t>
      </w:r>
      <w:r>
        <w:rPr>
          <w:b/>
          <w:i w:val="0"/>
          <w:smallCaps w:val="0"/>
          <w:strike w:val="0"/>
          <w:sz w:val="22"/>
          <w:u w:val="single"/>
        </w:rPr>
        <w:t xml:space="preserve">rapid </w:t>
      </w:r>
      <w:r>
        <w:rPr>
          <w:b/>
          <w:i w:val="0"/>
          <w:smallCaps w:val="0"/>
          <w:strike w:val="0"/>
          <w:sz w:val="22"/>
          <w:highlight w:val="cyan"/>
          <w:u w:val="single"/>
        </w:rPr>
        <w:t>experimentation</w:t>
      </w:r>
      <w:r>
        <w:rPr>
          <w:b w:val="0"/>
          <w:i w:val="0"/>
          <w:smallCaps w:val="0"/>
          <w:strike w:val="0"/>
          <w:sz w:val="22"/>
          <w:highlight w:val="cyan"/>
          <w:u w:val="single"/>
        </w:rPr>
        <w:t xml:space="preserve"> and</w:t>
      </w:r>
      <w:r>
        <w:rPr>
          <w:b w:val="0"/>
          <w:i w:val="0"/>
          <w:smallCaps w:val="0"/>
          <w:strike w:val="0"/>
          <w:sz w:val="22"/>
          <w:u w:val="single"/>
        </w:rPr>
        <w:t xml:space="preserve"> efficient </w:t>
      </w:r>
      <w:r>
        <w:rPr>
          <w:b/>
          <w:i w:val="0"/>
          <w:smallCaps w:val="0"/>
          <w:strike w:val="0"/>
          <w:sz w:val="22"/>
          <w:u w:val="single"/>
        </w:rPr>
        <w:t xml:space="preserve">ex post </w:t>
      </w:r>
      <w:r>
        <w:rPr>
          <w:b/>
          <w:i w:val="0"/>
          <w:smallCaps w:val="0"/>
          <w:strike w:val="0"/>
          <w:sz w:val="22"/>
          <w:highlight w:val="cyan"/>
          <w:u w:val="single"/>
        </w:rPr>
        <w:t>transfer</w:t>
      </w:r>
      <w:r>
        <w:rPr>
          <w:b w:val="0"/>
          <w:i w:val="0"/>
          <w:smallCaps w:val="0"/>
          <w:strike w:val="0"/>
          <w:sz w:val="22"/>
          <w:highlight w:val="cyan"/>
          <w:u w:val="single"/>
        </w:rPr>
        <w:t xml:space="preserve"> of </w:t>
      </w:r>
      <w:r>
        <w:rPr>
          <w:b/>
          <w:i w:val="0"/>
          <w:smallCaps w:val="0"/>
          <w:strike w:val="0"/>
          <w:sz w:val="22"/>
          <w:highlight w:val="cyan"/>
          <w:u w:val="single"/>
        </w:rPr>
        <w:t>knowledge</w:t>
      </w:r>
      <w:r>
        <w:rPr>
          <w:b w:val="0"/>
          <w:i w:val="0"/>
          <w:smallCaps w:val="0"/>
          <w:strike w:val="0"/>
          <w:sz w:val="22"/>
          <w:u w:val="single"/>
        </w:rPr>
        <w:t xml:space="preserve"> across firms.”</w:t>
      </w:r>
    </w:p>
    <w:p>
      <w:pPr>
        <w:spacing w:after="60"/>
      </w:pPr>
      <w:r>
        <w:rPr>
          <w:b w:val="0"/>
          <w:i w:val="0"/>
          <w:smallCaps w:val="0"/>
          <w:strike w:val="0"/>
          <w:sz w:val="16"/>
          <w:u w:val="none"/>
        </w:rPr>
        <w:t xml:space="preserve">Given that patents grant exclusionary rights, some will be surprised to learn that </w:t>
      </w:r>
      <w:r>
        <w:rPr>
          <w:b w:val="0"/>
          <w:i w:val="0"/>
          <w:smallCaps w:val="0"/>
          <w:strike w:val="0"/>
          <w:sz w:val="22"/>
          <w:u w:val="single"/>
        </w:rPr>
        <w:t>the patent system is</w:t>
      </w:r>
      <w:r>
        <w:rPr>
          <w:b w:val="0"/>
          <w:i w:val="0"/>
          <w:smallCaps w:val="0"/>
          <w:strike w:val="0"/>
          <w:sz w:val="16"/>
          <w:u w:val="none"/>
        </w:rPr>
        <w:t xml:space="preserve"> actually </w:t>
      </w:r>
      <w:r>
        <w:rPr>
          <w:b w:val="0"/>
          <w:i w:val="0"/>
          <w:smallCaps w:val="0"/>
          <w:strike w:val="0"/>
          <w:sz w:val="22"/>
          <w:u w:val="single"/>
        </w:rPr>
        <w:t xml:space="preserve">one of the </w:t>
      </w:r>
      <w:r>
        <w:rPr>
          <w:b/>
          <w:i w:val="0"/>
          <w:smallCaps w:val="0"/>
          <w:strike w:val="0"/>
          <w:sz w:val="22"/>
          <w:u w:val="single"/>
        </w:rPr>
        <w:t>most effective</w:t>
      </w:r>
      <w:r>
        <w:rPr>
          <w:b w:val="0"/>
          <w:i w:val="0"/>
          <w:smallCaps w:val="0"/>
          <w:strike w:val="0"/>
          <w:sz w:val="22"/>
          <w:u w:val="single"/>
        </w:rPr>
        <w:t xml:space="preserve"> tools for </w:t>
      </w:r>
      <w:r>
        <w:rPr>
          <w:b/>
          <w:i w:val="0"/>
          <w:smallCaps w:val="0"/>
          <w:strike w:val="0"/>
          <w:sz w:val="22"/>
          <w:u w:val="single"/>
        </w:rPr>
        <w:t>knowledge-sharing</w:t>
      </w:r>
      <w:r>
        <w:rPr>
          <w:b w:val="0"/>
          <w:i w:val="0"/>
          <w:smallCaps w:val="0"/>
          <w:strike w:val="0"/>
          <w:sz w:val="22"/>
          <w:u w:val="single"/>
        </w:rPr>
        <w:t xml:space="preserve"> and </w:t>
      </w:r>
      <w:r>
        <w:rPr>
          <w:b/>
          <w:i w:val="0"/>
          <w:smallCaps w:val="0"/>
          <w:strike w:val="0"/>
          <w:sz w:val="22"/>
          <w:u w:val="single"/>
        </w:rPr>
        <w:t>tech</w:t>
      </w:r>
      <w:r>
        <w:rPr>
          <w:b w:val="0"/>
          <w:i w:val="0"/>
          <w:smallCaps w:val="0"/>
          <w:strike w:val="0"/>
          <w:sz w:val="22"/>
          <w:u w:val="single"/>
        </w:rPr>
        <w:t xml:space="preserve">nology </w:t>
      </w:r>
      <w:r>
        <w:rPr>
          <w:b/>
          <w:i w:val="0"/>
          <w:smallCaps w:val="0"/>
          <w:strike w:val="0"/>
          <w:sz w:val="22"/>
          <w:u w:val="single"/>
        </w:rPr>
        <w:t>transfer</w:t>
      </w:r>
      <w:r>
        <w:rPr>
          <w:b w:val="0"/>
          <w:i w:val="0"/>
          <w:smallCaps w:val="0"/>
          <w:strike w:val="0"/>
          <w:sz w:val="22"/>
          <w:u w:val="single"/>
        </w:rPr>
        <w:t xml:space="preserve"> ever devised</w:t>
      </w:r>
      <w:r>
        <w:rPr>
          <w:b w:val="0"/>
          <w:i w:val="0"/>
          <w:smallCaps w:val="0"/>
          <w:strike w:val="0"/>
          <w:sz w:val="16"/>
          <w:u w:val="none"/>
        </w:rPr>
        <w:t xml:space="preserve">. A 2006 study by French economists Francois Leveque and Yann Meniere found that </w:t>
      </w:r>
      <w:r>
        <w:rPr>
          <w:b/>
          <w:i w:val="0"/>
          <w:smallCaps w:val="0"/>
          <w:strike w:val="0"/>
          <w:sz w:val="22"/>
          <w:highlight w:val="cyan"/>
          <w:u w:val="single"/>
        </w:rPr>
        <w:t>88 percent</w:t>
      </w:r>
      <w:r>
        <w:rPr>
          <w:b w:val="0"/>
          <w:i w:val="0"/>
          <w:smallCaps w:val="0"/>
          <w:strike w:val="0"/>
          <w:sz w:val="22"/>
          <w:highlight w:val="cyan"/>
          <w:u w:val="single"/>
        </w:rPr>
        <w:t xml:space="preserve"> of U.S.</w:t>
      </w:r>
      <w:r>
        <w:rPr>
          <w:b w:val="0"/>
          <w:i w:val="0"/>
          <w:smallCaps w:val="0"/>
          <w:strike w:val="0"/>
          <w:sz w:val="16"/>
          <w:u w:val="none"/>
        </w:rPr>
        <w:t>,</w:t>
      </w:r>
      <w:r>
        <w:rPr>
          <w:b w:val="0"/>
          <w:i w:val="0"/>
          <w:smallCaps w:val="0"/>
          <w:strike w:val="0"/>
          <w:sz w:val="22"/>
          <w:u w:val="single"/>
        </w:rPr>
        <w:t xml:space="preserve"> </w:t>
      </w:r>
      <w:r>
        <w:rPr>
          <w:b w:val="0"/>
          <w:i w:val="0"/>
          <w:smallCaps w:val="0"/>
          <w:strike w:val="0"/>
          <w:sz w:val="16"/>
          <w:u w:val="none"/>
        </w:rPr>
        <w:t xml:space="preserve">European, and Japanese </w:t>
      </w:r>
      <w:r>
        <w:rPr>
          <w:b w:val="0"/>
          <w:i w:val="0"/>
          <w:smallCaps w:val="0"/>
          <w:strike w:val="0"/>
          <w:sz w:val="22"/>
          <w:highlight w:val="cyan"/>
          <w:u w:val="single"/>
        </w:rPr>
        <w:t>businesses rely upon</w:t>
      </w:r>
      <w:r>
        <w:rPr>
          <w:b w:val="0"/>
          <w:i w:val="0"/>
          <w:smallCaps w:val="0"/>
          <w:strike w:val="0"/>
          <w:sz w:val="22"/>
          <w:u w:val="single"/>
        </w:rPr>
        <w:t xml:space="preserve"> the information disclosed in </w:t>
      </w:r>
      <w:r>
        <w:rPr>
          <w:b/>
          <w:i w:val="0"/>
          <w:smallCaps w:val="0"/>
          <w:strike w:val="0"/>
          <w:sz w:val="22"/>
          <w:highlight w:val="cyan"/>
          <w:u w:val="single"/>
        </w:rPr>
        <w:t>patents</w:t>
      </w:r>
      <w:r>
        <w:rPr>
          <w:b w:val="0"/>
          <w:i w:val="0"/>
          <w:smallCaps w:val="0"/>
          <w:strike w:val="0"/>
          <w:sz w:val="22"/>
          <w:highlight w:val="cyan"/>
          <w:u w:val="single"/>
        </w:rPr>
        <w:t xml:space="preserve"> to keep up with </w:t>
      </w:r>
      <w:r>
        <w:rPr>
          <w:b/>
          <w:i w:val="0"/>
          <w:smallCaps w:val="0"/>
          <w:strike w:val="0"/>
          <w:sz w:val="22"/>
          <w:highlight w:val="cyan"/>
          <w:u w:val="single"/>
        </w:rPr>
        <w:t>tech</w:t>
      </w:r>
      <w:r>
        <w:rPr>
          <w:b w:val="0"/>
          <w:i w:val="0"/>
          <w:smallCaps w:val="0"/>
          <w:strike w:val="0"/>
          <w:sz w:val="22"/>
          <w:u w:val="single"/>
        </w:rPr>
        <w:t xml:space="preserve">nology </w:t>
      </w:r>
      <w:r>
        <w:rPr>
          <w:b/>
          <w:i w:val="0"/>
          <w:smallCaps w:val="0"/>
          <w:strike w:val="0"/>
          <w:sz w:val="22"/>
          <w:u w:val="single"/>
        </w:rPr>
        <w:t>advances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direct their own </w:t>
      </w:r>
      <w:r>
        <w:rPr>
          <w:b/>
          <w:i w:val="0"/>
          <w:smallCaps w:val="0"/>
          <w:strike w:val="0"/>
          <w:sz w:val="22"/>
          <w:highlight w:val="cyan"/>
          <w:u w:val="single"/>
        </w:rPr>
        <w:t>R&amp;D</w:t>
      </w:r>
      <w:r>
        <w:rPr>
          <w:b/>
          <w:i w:val="0"/>
          <w:smallCaps w:val="0"/>
          <w:strike w:val="0"/>
          <w:sz w:val="22"/>
          <w:u w:val="single"/>
        </w:rPr>
        <w:t xml:space="preserve"> efforts</w:t>
      </w:r>
      <w:r>
        <w:rPr>
          <w:b w:val="0"/>
          <w:i w:val="0"/>
          <w:smallCaps w:val="0"/>
          <w:strike w:val="0"/>
          <w:sz w:val="16"/>
          <w:u w:val="none"/>
        </w:rPr>
        <w:t>.</w:t>
      </w:r>
    </w:p>
    <w:p>
      <w:pPr>
        <w:spacing w:after="60"/>
      </w:pPr>
      <w:r>
        <w:rPr>
          <w:b w:val="0"/>
          <w:i w:val="0"/>
          <w:smallCaps w:val="0"/>
          <w:strike w:val="0"/>
          <w:sz w:val="16"/>
          <w:u w:val="none"/>
        </w:rPr>
        <w:t>This is hardly a new phenomenon. The inventor Elias E. Reis reported that when he read in the Official Gazette in 1886 about a patent issued to Elihu Thomson for a new method of electric welding, “there immediately opened up to my mind a field of new applications to which I saw I could apply my system of producing heat in large quantities.” And Thomas Edison was known to frequent the patent office to study other inventors’ patents and spark ideas of his own.</w:t>
      </w:r>
    </w:p>
    <w:p>
      <w:pPr>
        <w:spacing w:after="60"/>
      </w:pPr>
      <w:r>
        <w:rPr>
          <w:b w:val="0"/>
          <w:i w:val="0"/>
          <w:smallCaps w:val="0"/>
          <w:strike w:val="0"/>
          <w:sz w:val="16"/>
          <w:u w:val="none"/>
        </w:rPr>
        <w:t xml:space="preserve">Indeed, </w:t>
      </w:r>
      <w:r>
        <w:rPr>
          <w:b w:val="0"/>
          <w:i w:val="0"/>
          <w:smallCaps w:val="0"/>
          <w:strike w:val="0"/>
          <w:sz w:val="22"/>
          <w:u w:val="single"/>
        </w:rPr>
        <w:t>new research</w:t>
      </w:r>
      <w:r>
        <w:rPr>
          <w:b w:val="0"/>
          <w:i w:val="0"/>
          <w:smallCaps w:val="0"/>
          <w:strike w:val="0"/>
          <w:sz w:val="16"/>
          <w:u w:val="none"/>
        </w:rPr>
        <w:t xml:space="preserve"> published last year </w:t>
      </w:r>
      <w:r>
        <w:rPr>
          <w:b w:val="0"/>
          <w:i w:val="0"/>
          <w:smallCaps w:val="0"/>
          <w:strike w:val="0"/>
          <w:sz w:val="22"/>
          <w:u w:val="single"/>
        </w:rPr>
        <w:t>found that</w:t>
      </w:r>
      <w:r>
        <w:rPr>
          <w:b w:val="0"/>
          <w:i w:val="0"/>
          <w:smallCaps w:val="0"/>
          <w:strike w:val="0"/>
          <w:sz w:val="16"/>
          <w:u w:val="none"/>
        </w:rPr>
        <w:t xml:space="preserve"> rather than blocking development, Thomas Edison’s seminal 1880 incandescent lamp </w:t>
      </w:r>
      <w:r>
        <w:rPr>
          <w:b w:val="0"/>
          <w:i w:val="0"/>
          <w:smallCaps w:val="0"/>
          <w:strike w:val="0"/>
          <w:sz w:val="22"/>
          <w:u w:val="single"/>
        </w:rPr>
        <w:t>patent</w:t>
      </w:r>
      <w:r>
        <w:rPr>
          <w:b w:val="0"/>
          <w:i w:val="0"/>
          <w:smallCaps w:val="0"/>
          <w:strike w:val="0"/>
          <w:sz w:val="16"/>
          <w:u w:val="none"/>
        </w:rPr>
        <w:t xml:space="preserve"> (No. 223,898) </w:t>
      </w:r>
      <w:r>
        <w:rPr>
          <w:b w:val="0"/>
          <w:i w:val="0"/>
          <w:smallCaps w:val="0"/>
          <w:strike w:val="0"/>
          <w:sz w:val="22"/>
          <w:u w:val="single"/>
        </w:rPr>
        <w:t xml:space="preserve">actually “stimulated </w:t>
      </w:r>
      <w:r>
        <w:rPr>
          <w:b/>
          <w:i w:val="0"/>
          <w:smallCaps w:val="0"/>
          <w:strike w:val="0"/>
          <w:sz w:val="22"/>
          <w:u w:val="single"/>
        </w:rPr>
        <w:t>downstream</w:t>
      </w:r>
      <w:r>
        <w:rPr>
          <w:b w:val="0"/>
          <w:i w:val="0"/>
          <w:smallCaps w:val="0"/>
          <w:strike w:val="0"/>
          <w:sz w:val="22"/>
          <w:u w:val="single"/>
        </w:rPr>
        <w:t xml:space="preserve"> development work” that resulted in “</w:t>
      </w:r>
      <w:r>
        <w:rPr>
          <w:b/>
          <w:i w:val="0"/>
          <w:smallCaps w:val="0"/>
          <w:strike w:val="0"/>
          <w:sz w:val="22"/>
          <w:u w:val="single"/>
        </w:rPr>
        <w:t>new technologies</w:t>
      </w:r>
      <w:r>
        <w:rPr>
          <w:b w:val="0"/>
          <w:i w:val="0"/>
          <w:smallCaps w:val="0"/>
          <w:strike w:val="0"/>
          <w:sz w:val="22"/>
          <w:u w:val="single"/>
        </w:rPr>
        <w:t xml:space="preserve"> of commercial </w:t>
      </w:r>
      <w:r>
        <w:rPr>
          <w:b/>
          <w:i w:val="0"/>
          <w:smallCaps w:val="0"/>
          <w:strike w:val="0"/>
          <w:sz w:val="22"/>
          <w:u w:val="single"/>
        </w:rPr>
        <w:t>significance</w:t>
      </w:r>
      <w:r>
        <w:rPr>
          <w:b w:val="0"/>
          <w:i w:val="0"/>
          <w:smallCaps w:val="0"/>
          <w:strike w:val="0"/>
          <w:sz w:val="16"/>
          <w:u w:val="none"/>
        </w:rPr>
        <w:t xml:space="preserve"> [including] the Tesla coil, hermetically sealed connectors, chemical vapor deposition process, tungsten lamp filaments and phosphorescent lighting that led to today’s fluorescent lamps.”</w:t>
      </w:r>
    </w:p>
    <w:p>
      <w:pPr>
        <w:spacing w:after="60"/>
      </w:pPr>
      <w:r>
        <w:rPr>
          <w:b w:val="0"/>
          <w:i w:val="0"/>
          <w:smallCaps w:val="0"/>
          <w:strike w:val="0"/>
          <w:sz w:val="16"/>
          <w:u w:val="none"/>
        </w:rPr>
        <w:t xml:space="preserve">As Sokoloff and Naomi Lamoreaux at Yale (1997) observe, </w:t>
      </w:r>
      <w:r>
        <w:rPr>
          <w:b w:val="0"/>
          <w:i w:val="0"/>
          <w:smallCaps w:val="0"/>
          <w:strike w:val="0"/>
          <w:sz w:val="22"/>
          <w:highlight w:val="cyan"/>
          <w:u w:val="single"/>
        </w:rPr>
        <w:t xml:space="preserve">“The </w:t>
      </w:r>
      <w:r>
        <w:rPr>
          <w:b/>
          <w:i w:val="0"/>
          <w:smallCaps w:val="0"/>
          <w:strike w:val="0"/>
          <w:sz w:val="22"/>
          <w:highlight w:val="cyan"/>
          <w:u w:val="single"/>
        </w:rPr>
        <w:t>very act</w:t>
      </w:r>
      <w:r>
        <w:rPr>
          <w:b w:val="0"/>
          <w:i w:val="0"/>
          <w:smallCaps w:val="0"/>
          <w:strike w:val="0"/>
          <w:sz w:val="22"/>
          <w:highlight w:val="cyan"/>
          <w:u w:val="single"/>
        </w:rPr>
        <w:t xml:space="preserve"> of</w:t>
      </w:r>
      <w:r>
        <w:rPr>
          <w:b w:val="0"/>
          <w:i w:val="0"/>
          <w:smallCaps w:val="0"/>
          <w:strike w:val="0"/>
          <w:sz w:val="22"/>
          <w:u w:val="single"/>
        </w:rPr>
        <w:t xml:space="preserve"> establishing exclusive </w:t>
      </w:r>
      <w:r>
        <w:rPr>
          <w:b/>
          <w:i w:val="0"/>
          <w:smallCaps w:val="0"/>
          <w:strike w:val="0"/>
          <w:sz w:val="22"/>
          <w:highlight w:val="cyan"/>
          <w:u w:val="single"/>
        </w:rPr>
        <w:t>property rights</w:t>
      </w:r>
      <w:r>
        <w:rPr>
          <w:b w:val="0"/>
          <w:i w:val="0"/>
          <w:smallCaps w:val="0"/>
          <w:strike w:val="0"/>
          <w:sz w:val="16"/>
          <w:u w:val="none"/>
        </w:rPr>
        <w:t xml:space="preserve"> in invention </w:t>
      </w:r>
      <w:r>
        <w:rPr>
          <w:b w:val="0"/>
          <w:i w:val="0"/>
          <w:smallCaps w:val="0"/>
          <w:strike w:val="0"/>
          <w:sz w:val="22"/>
          <w:u w:val="single"/>
        </w:rPr>
        <w:t xml:space="preserve">not only protected </w:t>
      </w:r>
      <w:r>
        <w:rPr>
          <w:b/>
          <w:i w:val="0"/>
          <w:smallCaps w:val="0"/>
          <w:strike w:val="0"/>
          <w:sz w:val="22"/>
          <w:u w:val="single"/>
        </w:rPr>
        <w:t>patentees</w:t>
      </w:r>
      <w:r>
        <w:rPr>
          <w:b w:val="0"/>
          <w:i w:val="0"/>
          <w:smallCaps w:val="0"/>
          <w:strike w:val="0"/>
          <w:sz w:val="22"/>
          <w:u w:val="single"/>
        </w:rPr>
        <w:t xml:space="preserve"> but also </w:t>
      </w:r>
      <w:r>
        <w:rPr>
          <w:b w:val="0"/>
          <w:i w:val="0"/>
          <w:smallCaps w:val="0"/>
          <w:strike w:val="0"/>
          <w:sz w:val="22"/>
          <w:highlight w:val="cyan"/>
          <w:u w:val="single"/>
        </w:rPr>
        <w:t>promoted</w:t>
      </w:r>
      <w:r>
        <w:rPr>
          <w:b w:val="0"/>
          <w:i w:val="0"/>
          <w:smallCaps w:val="0"/>
          <w:strike w:val="0"/>
          <w:sz w:val="22"/>
          <w:u w:val="single"/>
        </w:rPr>
        <w:t xml:space="preserve"> the </w:t>
      </w:r>
      <w:r>
        <w:rPr>
          <w:b/>
          <w:i w:val="0"/>
          <w:smallCaps w:val="0"/>
          <w:strike w:val="0"/>
          <w:sz w:val="22"/>
          <w:highlight w:val="cyan"/>
          <w:u w:val="single"/>
        </w:rPr>
        <w:t>diffusion</w:t>
      </w:r>
      <w:r>
        <w:rPr>
          <w:b w:val="0"/>
          <w:i w:val="0"/>
          <w:smallCaps w:val="0"/>
          <w:strike w:val="0"/>
          <w:sz w:val="22"/>
          <w:highlight w:val="cyan"/>
          <w:u w:val="single"/>
        </w:rPr>
        <w:t xml:space="preserve"> of </w:t>
      </w:r>
      <w:r>
        <w:rPr>
          <w:b/>
          <w:i w:val="0"/>
          <w:smallCaps w:val="0"/>
          <w:strike w:val="0"/>
          <w:sz w:val="22"/>
          <w:highlight w:val="cyan"/>
          <w:u w:val="single"/>
        </w:rPr>
        <w:t>info</w:t>
      </w:r>
      <w:r>
        <w:rPr>
          <w:b w:val="0"/>
          <w:i w:val="0"/>
          <w:smallCaps w:val="0"/>
          <w:strike w:val="0"/>
          <w:sz w:val="22"/>
          <w:u w:val="single"/>
        </w:rPr>
        <w:t xml:space="preserve">rmation about </w:t>
      </w:r>
      <w:r>
        <w:rPr>
          <w:b/>
          <w:i w:val="0"/>
          <w:smallCaps w:val="0"/>
          <w:strike w:val="0"/>
          <w:sz w:val="22"/>
          <w:u w:val="single"/>
        </w:rPr>
        <w:t>technology</w:t>
      </w:r>
      <w:r>
        <w:rPr>
          <w:b w:val="0"/>
          <w:i w:val="0"/>
          <w:smallCaps w:val="0"/>
          <w:strike w:val="0"/>
          <w:sz w:val="16"/>
          <w:u w:val="none"/>
        </w:rPr>
        <w:t xml:space="preserve">. To see why, imagine a world in which there was no patent system to guarantee inventors property rights to their discoveries. In such a world, </w:t>
      </w:r>
      <w:r>
        <w:rPr>
          <w:b w:val="0"/>
          <w:i w:val="0"/>
          <w:smallCaps w:val="0"/>
          <w:strike w:val="0"/>
          <w:sz w:val="22"/>
          <w:u w:val="single"/>
        </w:rPr>
        <w:t>inventors</w:t>
      </w:r>
      <w:r>
        <w:rPr>
          <w:b w:val="0"/>
          <w:i w:val="0"/>
          <w:smallCaps w:val="0"/>
          <w:strike w:val="0"/>
          <w:sz w:val="16"/>
          <w:u w:val="none"/>
        </w:rPr>
        <w:t xml:space="preserve"> would </w:t>
      </w:r>
      <w:r>
        <w:rPr>
          <w:b w:val="0"/>
          <w:i w:val="0"/>
          <w:smallCaps w:val="0"/>
          <w:strike w:val="0"/>
          <w:sz w:val="22"/>
          <w:u w:val="single"/>
        </w:rPr>
        <w:t xml:space="preserve">have every incentive to be </w:t>
      </w:r>
      <w:r>
        <w:rPr>
          <w:b/>
          <w:i w:val="0"/>
          <w:smallCaps w:val="0"/>
          <w:strike w:val="0"/>
          <w:sz w:val="22"/>
          <w:u w:val="single"/>
        </w:rPr>
        <w:t>secretive</w:t>
      </w:r>
      <w:r>
        <w:rPr>
          <w:b w:val="0"/>
          <w:i w:val="0"/>
          <w:smallCaps w:val="0"/>
          <w:strike w:val="0"/>
          <w:sz w:val="22"/>
          <w:u w:val="single"/>
        </w:rPr>
        <w:t xml:space="preserve"> and to guard</w:t>
      </w:r>
      <w:r>
        <w:rPr>
          <w:b w:val="0"/>
          <w:i w:val="0"/>
          <w:smallCaps w:val="0"/>
          <w:strike w:val="0"/>
          <w:sz w:val="16"/>
          <w:u w:val="none"/>
        </w:rPr>
        <w:t xml:space="preserve"> jealously </w:t>
      </w:r>
      <w:r>
        <w:rPr>
          <w:b w:val="0"/>
          <w:i w:val="0"/>
          <w:smallCaps w:val="0"/>
          <w:strike w:val="0"/>
          <w:sz w:val="22"/>
          <w:u w:val="single"/>
        </w:rPr>
        <w:t>their discoveries</w:t>
      </w:r>
      <w:r>
        <w:rPr>
          <w:b w:val="0"/>
          <w:i w:val="0"/>
          <w:smallCaps w:val="0"/>
          <w:strike w:val="0"/>
          <w:sz w:val="16"/>
          <w:u w:val="none"/>
        </w:rPr>
        <w:t xml:space="preserve"> from competitors [</w:t>
      </w:r>
      <w:r>
        <w:rPr>
          <w:b w:val="0"/>
          <w:i w:val="0"/>
          <w:smallCaps w:val="0"/>
          <w:strike w:val="0"/>
          <w:sz w:val="22"/>
          <w:u w:val="single"/>
        </w:rPr>
        <w:t xml:space="preserve">because those </w:t>
      </w:r>
      <w:r>
        <w:rPr>
          <w:b w:val="0"/>
          <w:i w:val="0"/>
          <w:smallCaps w:val="0"/>
          <w:strike w:val="0"/>
          <w:sz w:val="16"/>
          <w:u w:val="none"/>
        </w:rPr>
        <w:t xml:space="preserve">discoveries] </w:t>
      </w:r>
      <w:r>
        <w:rPr>
          <w:b w:val="0"/>
          <w:i w:val="0"/>
          <w:smallCaps w:val="0"/>
          <w:strike w:val="0"/>
          <w:sz w:val="22"/>
          <w:u w:val="single"/>
        </w:rPr>
        <w:t>could</w:t>
      </w:r>
      <w:r>
        <w:rPr>
          <w:b w:val="0"/>
          <w:i w:val="0"/>
          <w:smallCaps w:val="0"/>
          <w:strike w:val="0"/>
          <w:sz w:val="16"/>
          <w:u w:val="none"/>
        </w:rPr>
        <w:t xml:space="preserve">, of course, </w:t>
      </w:r>
      <w:r>
        <w:rPr>
          <w:b w:val="0"/>
          <w:i w:val="0"/>
          <w:smallCaps w:val="0"/>
          <w:strike w:val="0"/>
          <w:sz w:val="22"/>
          <w:u w:val="single"/>
        </w:rPr>
        <w:t xml:space="preserve">be </w:t>
      </w:r>
      <w:r>
        <w:rPr>
          <w:b/>
          <w:i w:val="0"/>
          <w:smallCaps w:val="0"/>
          <w:strike w:val="0"/>
          <w:sz w:val="22"/>
          <w:u w:val="single"/>
        </w:rPr>
        <w:t>copied</w:t>
      </w:r>
      <w:r>
        <w:rPr>
          <w:b w:val="0"/>
          <w:i w:val="0"/>
          <w:smallCaps w:val="0"/>
          <w:strike w:val="0"/>
          <w:sz w:val="22"/>
          <w:u w:val="single"/>
        </w:rPr>
        <w:t xml:space="preserve"> with impunity</w:t>
      </w:r>
      <w:r>
        <w:rPr>
          <w:b w:val="0"/>
          <w:i w:val="0"/>
          <w:smallCaps w:val="0"/>
          <w:strike w:val="0"/>
          <w:sz w:val="16"/>
          <w:u w:val="none"/>
        </w:rPr>
        <w:t>.</w:t>
      </w:r>
    </w:p>
    <w:p>
      <w:pPr>
        <w:spacing w:after="60"/>
      </w:pPr>
      <w:r>
        <w:rPr>
          <w:b w:val="0"/>
          <w:i w:val="0"/>
          <w:smallCaps w:val="0"/>
          <w:strike w:val="0"/>
          <w:sz w:val="16"/>
          <w:u w:val="none"/>
        </w:rPr>
        <w:t xml:space="preserve">“By contrast,” they noted, “in a world where property rights in invention were protected, the situation would be very different. Inventors would now feel free to promote their discoveries as widely as possible so as to maximize returns either from commercializing their ideas themselves or from [licensing] rights to the idea to others. </w:t>
      </w:r>
      <w:r>
        <w:rPr>
          <w:b w:val="0"/>
          <w:i w:val="0"/>
          <w:smallCaps w:val="0"/>
          <w:strike w:val="0"/>
          <w:sz w:val="22"/>
          <w:u w:val="single"/>
        </w:rPr>
        <w:t>The protections offered</w:t>
      </w:r>
      <w:r>
        <w:rPr>
          <w:b w:val="0"/>
          <w:i w:val="0"/>
          <w:smallCaps w:val="0"/>
          <w:strike w:val="0"/>
          <w:sz w:val="16"/>
          <w:u w:val="none"/>
        </w:rPr>
        <w:t xml:space="preserve"> by the patent system </w:t>
      </w:r>
      <w:r>
        <w:rPr>
          <w:b w:val="0"/>
          <w:i w:val="0"/>
          <w:smallCaps w:val="0"/>
          <w:strike w:val="0"/>
          <w:sz w:val="22"/>
          <w:u w:val="single"/>
        </w:rPr>
        <w:t>would</w:t>
      </w:r>
      <w:r>
        <w:rPr>
          <w:b w:val="0"/>
          <w:i w:val="0"/>
          <w:smallCaps w:val="0"/>
          <w:strike w:val="0"/>
          <w:sz w:val="16"/>
          <w:u w:val="none"/>
        </w:rPr>
        <w:t xml:space="preserve"> thus </w:t>
      </w:r>
      <w:r>
        <w:rPr>
          <w:b w:val="0"/>
          <w:i w:val="0"/>
          <w:smallCaps w:val="0"/>
          <w:strike w:val="0"/>
          <w:sz w:val="22"/>
          <w:u w:val="single"/>
        </w:rPr>
        <w:t xml:space="preserve">be an important </w:t>
      </w:r>
      <w:r>
        <w:rPr>
          <w:b/>
          <w:i w:val="0"/>
          <w:smallCaps w:val="0"/>
          <w:strike w:val="0"/>
          <w:sz w:val="22"/>
          <w:u w:val="single"/>
        </w:rPr>
        <w:t>stimulus</w:t>
      </w:r>
      <w:r>
        <w:rPr>
          <w:b w:val="0"/>
          <w:i w:val="0"/>
          <w:smallCaps w:val="0"/>
          <w:strike w:val="0"/>
          <w:sz w:val="22"/>
          <w:u w:val="single"/>
        </w:rPr>
        <w:t xml:space="preserve"> to the exchange of </w:t>
      </w:r>
      <w:r>
        <w:rPr>
          <w:b/>
          <w:i w:val="0"/>
          <w:smallCaps w:val="0"/>
          <w:strike w:val="0"/>
          <w:sz w:val="22"/>
          <w:u w:val="single"/>
        </w:rPr>
        <w:t>tech</w:t>
      </w:r>
      <w:r>
        <w:rPr>
          <w:b w:val="0"/>
          <w:i w:val="0"/>
          <w:smallCaps w:val="0"/>
          <w:strike w:val="0"/>
          <w:sz w:val="22"/>
          <w:u w:val="single"/>
        </w:rPr>
        <w:t xml:space="preserve">nological </w:t>
      </w:r>
      <w:r>
        <w:rPr>
          <w:b/>
          <w:i w:val="0"/>
          <w:smallCaps w:val="0"/>
          <w:strike w:val="0"/>
          <w:sz w:val="22"/>
          <w:u w:val="single"/>
        </w:rPr>
        <w:t>information</w:t>
      </w:r>
      <w:r>
        <w:rPr>
          <w:b w:val="0"/>
          <w:i w:val="0"/>
          <w:smallCaps w:val="0"/>
          <w:strike w:val="0"/>
          <w:sz w:val="16"/>
          <w:u w:val="none"/>
        </w:rPr>
        <w:t xml:space="preserve"> in and of themselves. Moreover, it is likely that </w:t>
      </w:r>
      <w:r>
        <w:rPr>
          <w:b w:val="0"/>
          <w:i w:val="0"/>
          <w:smallCaps w:val="0"/>
          <w:strike w:val="0"/>
          <w:sz w:val="22"/>
          <w:highlight w:val="cyan"/>
          <w:u w:val="single"/>
        </w:rPr>
        <w:t xml:space="preserve">the </w:t>
      </w:r>
      <w:r>
        <w:rPr>
          <w:b/>
          <w:i w:val="0"/>
          <w:smallCaps w:val="0"/>
          <w:strike w:val="0"/>
          <w:sz w:val="22"/>
          <w:highlight w:val="cyan"/>
          <w:u w:val="single"/>
        </w:rPr>
        <w:t>cross-fertilization</w:t>
      </w:r>
      <w:r>
        <w:rPr>
          <w:b w:val="0"/>
          <w:i w:val="0"/>
          <w:smallCaps w:val="0"/>
          <w:strike w:val="0"/>
          <w:sz w:val="22"/>
          <w:u w:val="single"/>
        </w:rPr>
        <w:t xml:space="preserve"> that resulted </w:t>
      </w:r>
      <w:r>
        <w:rPr>
          <w:b w:val="0"/>
          <w:i w:val="0"/>
          <w:smallCaps w:val="0"/>
          <w:strike w:val="0"/>
          <w:sz w:val="22"/>
          <w:highlight w:val="cyan"/>
          <w:u w:val="single"/>
        </w:rPr>
        <w:t>from</w:t>
      </w:r>
      <w:r>
        <w:rPr>
          <w:b w:val="0"/>
          <w:i w:val="0"/>
          <w:smallCaps w:val="0"/>
          <w:strike w:val="0"/>
          <w:sz w:val="22"/>
          <w:u w:val="single"/>
        </w:rPr>
        <w:t xml:space="preserve"> these </w:t>
      </w:r>
      <w:r>
        <w:rPr>
          <w:b/>
          <w:i w:val="0"/>
          <w:smallCaps w:val="0"/>
          <w:strike w:val="0"/>
          <w:sz w:val="22"/>
          <w:highlight w:val="cyan"/>
          <w:u w:val="single"/>
        </w:rPr>
        <w:t>info</w:t>
      </w:r>
      <w:r>
        <w:rPr>
          <w:b w:val="0"/>
          <w:i w:val="0"/>
          <w:smallCaps w:val="0"/>
          <w:strike w:val="0"/>
          <w:sz w:val="22"/>
          <w:u w:val="single"/>
        </w:rPr>
        <w:t xml:space="preserve">rmation </w:t>
      </w:r>
      <w:r>
        <w:rPr>
          <w:b/>
          <w:i w:val="0"/>
          <w:smallCaps w:val="0"/>
          <w:strike w:val="0"/>
          <w:sz w:val="22"/>
          <w:u w:val="single"/>
        </w:rPr>
        <w:t>flows</w:t>
      </w:r>
      <w:r>
        <w:rPr>
          <w:b w:val="0"/>
          <w:i w:val="0"/>
          <w:smallCaps w:val="0"/>
          <w:strike w:val="0"/>
          <w:sz w:val="22"/>
          <w:u w:val="single"/>
        </w:rPr>
        <w:t xml:space="preserve"> </w:t>
      </w:r>
      <w:r>
        <w:rPr>
          <w:b w:val="0"/>
          <w:i w:val="0"/>
          <w:smallCaps w:val="0"/>
          <w:strike w:val="0"/>
          <w:sz w:val="22"/>
          <w:highlight w:val="cyan"/>
          <w:u w:val="single"/>
        </w:rPr>
        <w:t>would be a</w:t>
      </w:r>
      <w:r>
        <w:rPr>
          <w:b w:val="0"/>
          <w:i w:val="0"/>
          <w:smallCaps w:val="0"/>
          <w:strike w:val="0"/>
          <w:sz w:val="22"/>
          <w:u w:val="single"/>
        </w:rPr>
        <w:t xml:space="preserve"> </w:t>
      </w:r>
      <w:r>
        <w:rPr>
          <w:b/>
          <w:i w:val="0"/>
          <w:smallCaps w:val="0"/>
          <w:strike w:val="0"/>
          <w:sz w:val="22"/>
          <w:u w:val="single"/>
        </w:rPr>
        <w:t xml:space="preserve">potent </w:t>
      </w:r>
      <w:r>
        <w:rPr>
          <w:b/>
          <w:i w:val="0"/>
          <w:smallCaps w:val="0"/>
          <w:strike w:val="0"/>
          <w:sz w:val="22"/>
          <w:highlight w:val="cyan"/>
          <w:u w:val="single"/>
        </w:rPr>
        <w:t>stimulus</w:t>
      </w:r>
      <w:r>
        <w:rPr>
          <w:b w:val="0"/>
          <w:i w:val="0"/>
          <w:smallCaps w:val="0"/>
          <w:strike w:val="0"/>
          <w:sz w:val="22"/>
          <w:u w:val="single"/>
        </w:rPr>
        <w:t xml:space="preserve"> to </w:t>
      </w:r>
      <w:r>
        <w:rPr>
          <w:b/>
          <w:i w:val="0"/>
          <w:smallCaps w:val="0"/>
          <w:strike w:val="0"/>
          <w:sz w:val="22"/>
          <w:u w:val="single"/>
        </w:rPr>
        <w:t>tech</w:t>
      </w:r>
      <w:r>
        <w:rPr>
          <w:b w:val="0"/>
          <w:i w:val="0"/>
          <w:smallCaps w:val="0"/>
          <w:strike w:val="0"/>
          <w:sz w:val="22"/>
          <w:u w:val="single"/>
        </w:rPr>
        <w:t xml:space="preserve">nological </w:t>
      </w:r>
      <w:r>
        <w:rPr>
          <w:b/>
          <w:i w:val="0"/>
          <w:smallCaps w:val="0"/>
          <w:strike w:val="0"/>
          <w:sz w:val="22"/>
          <w:u w:val="single"/>
        </w:rPr>
        <w:t>change</w:t>
      </w:r>
      <w:r>
        <w:rPr>
          <w:b w:val="0"/>
          <w:i w:val="0"/>
          <w:smallCaps w:val="0"/>
          <w:strike w:val="0"/>
          <w:sz w:val="22"/>
          <w:u w:val="singl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