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Patents are key to innovation---any other incentive creates create </w:t>
      </w:r>
      <w:r>
        <w:rPr>
          <w:b/>
          <w:i w:val="0"/>
          <w:smallCaps w:val="0"/>
          <w:strike w:val="0"/>
          <w:u w:val="single"/>
        </w:rPr>
        <w:t>low quality</w:t>
      </w:r>
      <w:r>
        <w:rPr>
          <w:b/>
          <w:i w:val="0"/>
          <w:smallCaps w:val="0"/>
          <w:strike w:val="0"/>
          <w:u w:val="none"/>
        </w:rPr>
        <w:t xml:space="preserve"> innovation. </w:t>
      </w:r>
    </w:p>
    <w:p>
      <w:pPr>
        <w:spacing w:after="80"/>
      </w:pPr>
      <w:r>
        <w:rPr>
          <w:b/>
          <w:i w:val="0"/>
          <w:smallCaps w:val="0"/>
          <w:strike w:val="0"/>
          <w:sz w:val="26"/>
          <w:u w:val="none"/>
        </w:rPr>
        <w:t>Spulber</w:t>
      </w:r>
      <w:r>
        <w:rPr>
          <w:b/>
          <w:i w:val="0"/>
          <w:smallCaps w:val="0"/>
          <w:strike w:val="0"/>
          <w:sz w:val="26"/>
          <w:u w:val="none"/>
        </w:rPr>
        <w:t xml:space="preserve"> ’14</w:t>
      </w:r>
      <w:r>
        <w:rPr>
          <w:b w:val="0"/>
          <w:i w:val="0"/>
          <w:smallCaps w:val="0"/>
          <w:strike w:val="0"/>
          <w:u w:val="none"/>
        </w:rPr>
        <w:t xml:space="preserve"> [Daniel; June; Elinor Hobbs Distinguished Professor of International Business, Department of Strategy, Kellogg School of Management, Northwestern University; Northwestern Law, “How Patents Provide the Foundation of the Market for Inventions,” https://wwws.law.northwestern.edu/research-faculty/clbe/events/roundtable/documents/spulber_patents_and_the_market_for_inventions.pdf]</w:t>
      </w:r>
    </w:p>
    <w:p>
      <w:pPr>
        <w:spacing w:after="60"/>
      </w:pPr>
      <w:r>
        <w:rPr>
          <w:b w:val="0"/>
          <w:i w:val="0"/>
          <w:smallCaps w:val="0"/>
          <w:strike w:val="0"/>
          <w:sz w:val="16"/>
          <w:u w:val="none"/>
        </w:rPr>
        <w:t xml:space="preserve">Patents as discrete inventions are the building blocks for collections of inventions. </w:t>
      </w:r>
      <w:r>
        <w:rPr>
          <w:b w:val="0"/>
          <w:i w:val="0"/>
          <w:smallCaps w:val="0"/>
          <w:strike w:val="0"/>
          <w:sz w:val="22"/>
          <w:u w:val="single"/>
        </w:rPr>
        <w:t>Patents can be combined to form a</w:t>
      </w:r>
      <w:r>
        <w:rPr>
          <w:b w:val="0"/>
          <w:i w:val="0"/>
          <w:smallCaps w:val="0"/>
          <w:strike w:val="0"/>
          <w:sz w:val="16"/>
          <w:u w:val="none"/>
        </w:rPr>
        <w:t xml:space="preserve"> patent </w:t>
      </w:r>
      <w:r>
        <w:rPr>
          <w:b w:val="0"/>
          <w:i w:val="0"/>
          <w:smallCaps w:val="0"/>
          <w:strike w:val="0"/>
          <w:sz w:val="22"/>
          <w:u w:val="single"/>
        </w:rPr>
        <w:t>portfolio</w:t>
      </w:r>
      <w:r>
        <w:rPr>
          <w:b w:val="0"/>
          <w:i w:val="0"/>
          <w:smallCaps w:val="0"/>
          <w:strike w:val="0"/>
          <w:sz w:val="16"/>
          <w:u w:val="none"/>
        </w:rPr>
        <w:t xml:space="preserve">. Firms can assemble a portfolio of patents with different technologies to meet their production needs. Buyers can license or purchase patents from different patent owners. Patent bundling offers transaction efficiencies by providing convenience to buyers and sellers. </w:t>
      </w:r>
      <w:r>
        <w:rPr>
          <w:b w:val="0"/>
          <w:i w:val="0"/>
          <w:smallCaps w:val="0"/>
          <w:strike w:val="0"/>
          <w:sz w:val="22"/>
          <w:u w:val="single"/>
        </w:rPr>
        <w:t xml:space="preserve">Because they represent </w:t>
      </w:r>
      <w:r>
        <w:rPr>
          <w:b/>
          <w:i w:val="0"/>
          <w:smallCaps w:val="0"/>
          <w:strike w:val="0"/>
          <w:sz w:val="22"/>
          <w:u w:val="single"/>
        </w:rPr>
        <w:t>discrete inventions</w:t>
      </w:r>
      <w:r>
        <w:rPr>
          <w:b w:val="0"/>
          <w:i w:val="0"/>
          <w:smallCaps w:val="0"/>
          <w:strike w:val="0"/>
          <w:sz w:val="22"/>
          <w:u w:val="single"/>
        </w:rPr>
        <w:t>, the particular needs</w:t>
      </w:r>
      <w:r>
        <w:rPr>
          <w:b w:val="0"/>
          <w:i w:val="0"/>
          <w:smallCaps w:val="0"/>
          <w:strike w:val="0"/>
          <w:sz w:val="16"/>
          <w:u w:val="none"/>
        </w:rPr>
        <w:t xml:space="preserve"> of buyers and sellers </w:t>
      </w:r>
      <w:r>
        <w:rPr>
          <w:b w:val="0"/>
          <w:i w:val="0"/>
          <w:smallCaps w:val="0"/>
          <w:strike w:val="0"/>
          <w:sz w:val="22"/>
          <w:u w:val="single"/>
        </w:rPr>
        <w:t xml:space="preserve">can be satisfied by choosing the </w:t>
      </w:r>
      <w:r>
        <w:rPr>
          <w:b/>
          <w:i w:val="0"/>
          <w:smallCaps w:val="0"/>
          <w:strike w:val="0"/>
          <w:sz w:val="22"/>
          <w:u w:val="single"/>
        </w:rPr>
        <w:t>best combination</w:t>
      </w:r>
      <w:r>
        <w:rPr>
          <w:b w:val="0"/>
          <w:i w:val="0"/>
          <w:smallCaps w:val="0"/>
          <w:strike w:val="0"/>
          <w:sz w:val="22"/>
          <w:u w:val="single"/>
        </w:rPr>
        <w:t xml:space="preserve"> of patents</w:t>
      </w:r>
      <w:r>
        <w:rPr>
          <w:b w:val="0"/>
          <w:i w:val="0"/>
          <w:smallCaps w:val="0"/>
          <w:strike w:val="0"/>
          <w:sz w:val="16"/>
          <w:u w:val="none"/>
        </w:rPr>
        <w:t>.</w:t>
      </w:r>
    </w:p>
    <w:p>
      <w:pPr>
        <w:spacing w:after="60"/>
      </w:pPr>
      <w:r>
        <w:rPr>
          <w:b w:val="0"/>
          <w:i w:val="0"/>
          <w:smallCaps w:val="0"/>
          <w:strike w:val="0"/>
          <w:sz w:val="22"/>
          <w:highlight w:val="cyan"/>
          <w:u w:val="single"/>
        </w:rPr>
        <w:t>By</w:t>
      </w:r>
      <w:r>
        <w:rPr>
          <w:b w:val="0"/>
          <w:i w:val="0"/>
          <w:smallCaps w:val="0"/>
          <w:strike w:val="0"/>
          <w:sz w:val="22"/>
          <w:u w:val="single"/>
        </w:rPr>
        <w:t xml:space="preserve"> offering </w:t>
      </w:r>
      <w:r>
        <w:rPr>
          <w:b w:val="0"/>
          <w:i w:val="0"/>
          <w:smallCaps w:val="0"/>
          <w:strike w:val="0"/>
          <w:sz w:val="22"/>
          <w:highlight w:val="cyan"/>
          <w:u w:val="single"/>
        </w:rPr>
        <w:t xml:space="preserve">divisibility, </w:t>
      </w:r>
      <w:r>
        <w:rPr>
          <w:b/>
          <w:i w:val="0"/>
          <w:smallCaps w:val="0"/>
          <w:strike w:val="0"/>
          <w:sz w:val="22"/>
          <w:highlight w:val="cyan"/>
          <w:u w:val="single"/>
        </w:rPr>
        <w:t>patents</w:t>
      </w:r>
      <w:r>
        <w:rPr>
          <w:b w:val="0"/>
          <w:i w:val="0"/>
          <w:smallCaps w:val="0"/>
          <w:strike w:val="0"/>
          <w:sz w:val="22"/>
          <w:highlight w:val="cyan"/>
          <w:u w:val="single"/>
        </w:rPr>
        <w:t xml:space="preserve"> promote </w:t>
      </w:r>
      <w:r>
        <w:rPr>
          <w:b/>
          <w:i w:val="0"/>
          <w:smallCaps w:val="0"/>
          <w:strike w:val="0"/>
          <w:sz w:val="22"/>
          <w:highlight w:val="cyan"/>
          <w:u w:val="single"/>
        </w:rPr>
        <w:t>efficiency</w:t>
      </w:r>
      <w:r>
        <w:rPr>
          <w:b w:val="0"/>
          <w:i w:val="0"/>
          <w:smallCaps w:val="0"/>
          <w:strike w:val="0"/>
          <w:sz w:val="22"/>
          <w:u w:val="single"/>
        </w:rPr>
        <w:t xml:space="preserve"> in the organization of</w:t>
      </w:r>
      <w:r>
        <w:rPr>
          <w:b w:val="0"/>
          <w:i w:val="0"/>
          <w:smallCaps w:val="0"/>
          <w:strike w:val="0"/>
          <w:sz w:val="16"/>
          <w:u w:val="none"/>
        </w:rPr>
        <w:t xml:space="preserve"> firms and </w:t>
      </w:r>
      <w:r>
        <w:rPr>
          <w:b w:val="0"/>
          <w:i w:val="0"/>
          <w:smallCaps w:val="0"/>
          <w:strike w:val="0"/>
          <w:sz w:val="22"/>
          <w:u w:val="single"/>
        </w:rPr>
        <w:t>industries. A firm need not conduct R&amp;D on all</w:t>
      </w:r>
      <w:r>
        <w:rPr>
          <w:b w:val="0"/>
          <w:i w:val="0"/>
          <w:smallCaps w:val="0"/>
          <w:strike w:val="0"/>
          <w:sz w:val="16"/>
          <w:u w:val="none"/>
        </w:rPr>
        <w:t xml:space="preserve"> the </w:t>
      </w:r>
      <w:r>
        <w:rPr>
          <w:b w:val="0"/>
          <w:i w:val="0"/>
          <w:smallCaps w:val="0"/>
          <w:strike w:val="0"/>
          <w:sz w:val="22"/>
          <w:u w:val="single"/>
        </w:rPr>
        <w:t>technologies</w:t>
      </w:r>
      <w:r>
        <w:rPr>
          <w:b w:val="0"/>
          <w:i w:val="0"/>
          <w:smallCaps w:val="0"/>
          <w:strike w:val="0"/>
          <w:sz w:val="16"/>
          <w:u w:val="none"/>
        </w:rPr>
        <w:t xml:space="preserve"> necessary to produce a product or service. </w:t>
      </w:r>
      <w:r>
        <w:rPr>
          <w:b w:val="0"/>
          <w:i w:val="0"/>
          <w:smallCaps w:val="0"/>
          <w:strike w:val="0"/>
          <w:sz w:val="22"/>
          <w:u w:val="single"/>
        </w:rPr>
        <w:t xml:space="preserve">Instead, </w:t>
      </w:r>
      <w:r>
        <w:rPr>
          <w:b w:val="0"/>
          <w:i w:val="0"/>
          <w:smallCaps w:val="0"/>
          <w:strike w:val="0"/>
          <w:sz w:val="22"/>
          <w:highlight w:val="cyan"/>
          <w:u w:val="single"/>
        </w:rPr>
        <w:t xml:space="preserve">firms can </w:t>
      </w:r>
      <w:r>
        <w:rPr>
          <w:b/>
          <w:i w:val="0"/>
          <w:smallCaps w:val="0"/>
          <w:strike w:val="0"/>
          <w:sz w:val="22"/>
          <w:highlight w:val="cyan"/>
          <w:u w:val="single"/>
        </w:rPr>
        <w:t>specialize</w:t>
      </w:r>
      <w:r>
        <w:rPr>
          <w:b w:val="0"/>
          <w:i w:val="0"/>
          <w:smallCaps w:val="0"/>
          <w:strike w:val="0"/>
          <w:sz w:val="22"/>
          <w:u w:val="single"/>
        </w:rPr>
        <w:t xml:space="preserve"> in a particular type of R&amp;D</w:t>
      </w:r>
      <w:r>
        <w:rPr>
          <w:b w:val="0"/>
          <w:i w:val="0"/>
          <w:smallCaps w:val="0"/>
          <w:strike w:val="0"/>
          <w:sz w:val="16"/>
          <w:u w:val="none"/>
        </w:rPr>
        <w:t>. Then, buyers can assemble the technologies they need through the market for inventions. In this way, patents help foster modularity of technologies, which allows the separation and combination of different parts of a technology platform.</w:t>
      </w:r>
    </w:p>
    <w:p>
      <w:pPr>
        <w:spacing w:after="60"/>
      </w:pPr>
      <w:r>
        <w:rPr>
          <w:b w:val="0"/>
          <w:i w:val="0"/>
          <w:smallCaps w:val="0"/>
          <w:strike w:val="0"/>
          <w:sz w:val="16"/>
          <w:u w:val="none"/>
        </w:rPr>
        <w:t xml:space="preserve">Modularity of technologies generates efficiencies from specialization and division of labor. Different companies can focus on invention, innovation and manufacturing. Also, </w:t>
      </w:r>
      <w:r>
        <w:rPr>
          <w:b w:val="0"/>
          <w:i w:val="0"/>
          <w:smallCaps w:val="0"/>
          <w:strike w:val="0"/>
          <w:sz w:val="22"/>
          <w:u w:val="single"/>
        </w:rPr>
        <w:t>companies can focus on different types of R&amp;D</w:t>
      </w:r>
      <w:r>
        <w:rPr>
          <w:b w:val="0"/>
          <w:i w:val="0"/>
          <w:smallCaps w:val="0"/>
          <w:strike w:val="0"/>
          <w:sz w:val="16"/>
          <w:u w:val="none"/>
        </w:rPr>
        <w:t xml:space="preserve">. For example, in the computer industry different firms can focus on R&amp;D in software, microprocessors, memory, and screens. </w:t>
      </w:r>
      <w:r>
        <w:rPr>
          <w:b w:val="0"/>
          <w:i w:val="0"/>
          <w:smallCaps w:val="0"/>
          <w:strike w:val="0"/>
          <w:sz w:val="22"/>
          <w:highlight w:val="cyan"/>
          <w:u w:val="single"/>
        </w:rPr>
        <w:t>This</w:t>
      </w:r>
      <w:r>
        <w:rPr>
          <w:b w:val="0"/>
          <w:i w:val="0"/>
          <w:smallCaps w:val="0"/>
          <w:strike w:val="0"/>
          <w:sz w:val="22"/>
          <w:u w:val="single"/>
        </w:rPr>
        <w:t xml:space="preserve"> type of specialization </w:t>
      </w:r>
      <w:r>
        <w:rPr>
          <w:b/>
          <w:i w:val="0"/>
          <w:smallCaps w:val="0"/>
          <w:strike w:val="0"/>
          <w:sz w:val="22"/>
          <w:highlight w:val="cyan"/>
          <w:u w:val="single"/>
        </w:rPr>
        <w:t>improves</w:t>
      </w:r>
      <w:r>
        <w:rPr>
          <w:b w:val="0"/>
          <w:i w:val="0"/>
          <w:smallCaps w:val="0"/>
          <w:strike w:val="0"/>
          <w:sz w:val="22"/>
          <w:highlight w:val="cyan"/>
          <w:u w:val="single"/>
        </w:rPr>
        <w:t xml:space="preserve"> inventors’ </w:t>
      </w:r>
      <w:r>
        <w:rPr>
          <w:b/>
          <w:i w:val="0"/>
          <w:smallCaps w:val="0"/>
          <w:strike w:val="0"/>
          <w:sz w:val="22"/>
          <w:highlight w:val="cyan"/>
          <w:u w:val="single"/>
        </w:rPr>
        <w:t>knowledge</w:t>
      </w:r>
      <w:r>
        <w:rPr>
          <w:b w:val="0"/>
          <w:i w:val="0"/>
          <w:smallCaps w:val="0"/>
          <w:strike w:val="0"/>
          <w:sz w:val="22"/>
          <w:highlight w:val="cyan"/>
          <w:u w:val="single"/>
        </w:rPr>
        <w:t xml:space="preserve"> and </w:t>
      </w:r>
      <w:r>
        <w:rPr>
          <w:b/>
          <w:i w:val="0"/>
          <w:smallCaps w:val="0"/>
          <w:strike w:val="0"/>
          <w:sz w:val="22"/>
          <w:highlight w:val="cyan"/>
          <w:u w:val="single"/>
        </w:rPr>
        <w:t>experience</w:t>
      </w:r>
      <w:r>
        <w:rPr>
          <w:b w:val="0"/>
          <w:i w:val="0"/>
          <w:smallCaps w:val="0"/>
          <w:strike w:val="0"/>
          <w:sz w:val="16"/>
          <w:u w:val="none"/>
        </w:rPr>
        <w:t xml:space="preserve"> in comparison with what occur if firms would need to be proficient in all technologies needed to produce a particular product.</w:t>
      </w:r>
    </w:p>
    <w:p>
      <w:pPr>
        <w:spacing w:after="60"/>
      </w:pPr>
      <w:r>
        <w:rPr>
          <w:b w:val="0"/>
          <w:i w:val="0"/>
          <w:smallCaps w:val="0"/>
          <w:strike w:val="0"/>
          <w:sz w:val="22"/>
          <w:u w:val="single"/>
        </w:rPr>
        <w:t>Because patents offer divisibility</w:t>
      </w:r>
      <w:r>
        <w:rPr>
          <w:b w:val="0"/>
          <w:i w:val="0"/>
          <w:smallCaps w:val="0"/>
          <w:strike w:val="0"/>
          <w:sz w:val="16"/>
          <w:u w:val="none"/>
        </w:rPr>
        <w:t xml:space="preserve">, as well as exclusivity and transferability, </w:t>
      </w:r>
      <w:r>
        <w:rPr>
          <w:b w:val="0"/>
          <w:i w:val="0"/>
          <w:smallCaps w:val="0"/>
          <w:strike w:val="0"/>
          <w:sz w:val="22"/>
          <w:u w:val="single"/>
        </w:rPr>
        <w:t>companies can engage in specialized R&amp;D</w:t>
      </w:r>
      <w:r>
        <w:rPr>
          <w:b w:val="0"/>
          <w:i w:val="0"/>
          <w:smallCaps w:val="0"/>
          <w:strike w:val="0"/>
          <w:sz w:val="16"/>
          <w:u w:val="none"/>
        </w:rPr>
        <w:t xml:space="preserve"> and exchange technologies in the market for inventions. This allows a division of labor in invention, innovation, and manufacturing. </w:t>
      </w:r>
      <w:r>
        <w:rPr>
          <w:b w:val="0"/>
          <w:i w:val="0"/>
          <w:smallCaps w:val="0"/>
          <w:strike w:val="0"/>
          <w:sz w:val="22"/>
          <w:highlight w:val="cyan"/>
          <w:u w:val="single"/>
        </w:rPr>
        <w:t>Specialization allows</w:t>
      </w:r>
      <w:r>
        <w:rPr>
          <w:b w:val="0"/>
          <w:i w:val="0"/>
          <w:smallCaps w:val="0"/>
          <w:strike w:val="0"/>
          <w:sz w:val="22"/>
          <w:u w:val="single"/>
        </w:rPr>
        <w:t xml:space="preserve"> companies </w:t>
      </w:r>
      <w:r>
        <w:rPr>
          <w:b w:val="0"/>
          <w:i w:val="0"/>
          <w:smallCaps w:val="0"/>
          <w:strike w:val="0"/>
          <w:sz w:val="22"/>
          <w:highlight w:val="cyan"/>
          <w:u w:val="single"/>
        </w:rPr>
        <w:t xml:space="preserve">to </w:t>
      </w:r>
      <w:r>
        <w:rPr>
          <w:b/>
          <w:i w:val="0"/>
          <w:smallCaps w:val="0"/>
          <w:strike w:val="0"/>
          <w:sz w:val="22"/>
          <w:highlight w:val="cyan"/>
          <w:u w:val="single"/>
        </w:rPr>
        <w:t>take advantage</w:t>
      </w:r>
      <w:r>
        <w:rPr>
          <w:b w:val="0"/>
          <w:i w:val="0"/>
          <w:smallCaps w:val="0"/>
          <w:strike w:val="0"/>
          <w:sz w:val="22"/>
          <w:highlight w:val="cyan"/>
          <w:u w:val="single"/>
        </w:rPr>
        <w:t xml:space="preserve"> of</w:t>
      </w:r>
      <w:r>
        <w:rPr>
          <w:b w:val="0"/>
          <w:i w:val="0"/>
          <w:smallCaps w:val="0"/>
          <w:strike w:val="0"/>
          <w:sz w:val="22"/>
          <w:u w:val="single"/>
        </w:rPr>
        <w:t xml:space="preserve"> economies of scale and other</w:t>
      </w:r>
      <w:r>
        <w:rPr>
          <w:b w:val="0"/>
          <w:i w:val="0"/>
          <w:smallCaps w:val="0"/>
          <w:strike w:val="0"/>
          <w:sz w:val="16"/>
          <w:u w:val="none"/>
        </w:rPr>
        <w:t xml:space="preserve"> types of </w:t>
      </w:r>
      <w:r>
        <w:rPr>
          <w:b w:val="0"/>
          <w:i w:val="0"/>
          <w:smallCaps w:val="0"/>
          <w:strike w:val="0"/>
          <w:sz w:val="22"/>
          <w:highlight w:val="cyan"/>
          <w:u w:val="single"/>
        </w:rPr>
        <w:t>efficiencies in</w:t>
      </w:r>
      <w:r>
        <w:rPr>
          <w:b w:val="0"/>
          <w:i w:val="0"/>
          <w:smallCaps w:val="0"/>
          <w:strike w:val="0"/>
          <w:sz w:val="22"/>
          <w:u w:val="single"/>
        </w:rPr>
        <w:t xml:space="preserve"> invention, </w:t>
      </w:r>
      <w:r>
        <w:rPr>
          <w:b/>
          <w:i w:val="0"/>
          <w:smallCaps w:val="0"/>
          <w:strike w:val="0"/>
          <w:sz w:val="22"/>
          <w:highlight w:val="cyan"/>
          <w:u w:val="single"/>
        </w:rPr>
        <w:t>innovation</w:t>
      </w:r>
      <w:r>
        <w:rPr>
          <w:b w:val="0"/>
          <w:i w:val="0"/>
          <w:smallCaps w:val="0"/>
          <w:strike w:val="0"/>
          <w:sz w:val="16"/>
          <w:u w:val="none"/>
        </w:rPr>
        <w:t>, and manufacturing. Market exchange of technologies generates gains from trade by selection of the best inventions and wider usage of the best inventions (</w:t>
      </w:r>
      <w:r>
        <w:rPr>
          <w:b w:val="0"/>
          <w:i w:val="0"/>
          <w:smallCaps w:val="0"/>
          <w:strike w:val="0"/>
          <w:sz w:val="16"/>
          <w:u w:val="none"/>
        </w:rPr>
        <w:t>Spulber</w:t>
      </w:r>
      <w:r>
        <w:rPr>
          <w:b w:val="0"/>
          <w:i w:val="0"/>
          <w:smallCaps w:val="0"/>
          <w:strike w:val="0"/>
          <w:sz w:val="16"/>
          <w:u w:val="none"/>
        </w:rPr>
        <w:t>, 2008, 2010). Patents offer technological divisibility to the market for inventions that increases gains from trade.</w:t>
      </w:r>
    </w:p>
    <w:p>
      <w:pPr>
        <w:spacing w:after="60"/>
      </w:pPr>
      <w:r>
        <w:rPr>
          <w:b w:val="0"/>
          <w:i w:val="0"/>
          <w:smallCaps w:val="0"/>
          <w:strike w:val="0"/>
          <w:sz w:val="13"/>
          <w:u w:val="none"/>
        </w:rPr>
        <w:t>II. The Market for Innovative Control</w:t>
      </w:r>
    </w:p>
    <w:p>
      <w:pPr>
        <w:spacing w:after="60"/>
      </w:pPr>
      <w:r>
        <w:rPr>
          <w:b w:val="0"/>
          <w:i w:val="0"/>
          <w:smallCaps w:val="0"/>
          <w:strike w:val="0"/>
          <w:sz w:val="13"/>
          <w:u w:val="none"/>
        </w:rPr>
        <w:t xml:space="preserve">Because of patent protections for IP, the market for inventions is a market for innovative control. The residual returns from licensing, selling, or using patented inventions are only part of patent ownership. A patent owner can exercise residual rights of control because they can exclude others from making, using or selling the invention.35 The market for innovative control provides incentives for efficient investments in invention, innovation, and complementary assets. This is related to the way that ownership of corporate securities is the basis of a market for corporate control. Securities facilitate the separation of ownership and control and yield other transaction efficiencies (Manne, 1965, </w:t>
      </w:r>
      <w:r>
        <w:rPr>
          <w:b w:val="0"/>
          <w:i w:val="0"/>
          <w:smallCaps w:val="0"/>
          <w:strike w:val="0"/>
          <w:sz w:val="13"/>
          <w:u w:val="none"/>
        </w:rPr>
        <w:t>Spulber</w:t>
      </w:r>
      <w:r>
        <w:rPr>
          <w:b w:val="0"/>
          <w:i w:val="0"/>
          <w:smallCaps w:val="0"/>
          <w:strike w:val="0"/>
          <w:sz w:val="13"/>
          <w:u w:val="none"/>
        </w:rPr>
        <w:t>, 2009b).</w:t>
      </w:r>
    </w:p>
    <w:p>
      <w:pPr>
        <w:spacing w:after="60"/>
      </w:pPr>
      <w:r>
        <w:rPr>
          <w:b w:val="0"/>
          <w:i w:val="0"/>
          <w:smallCaps w:val="0"/>
          <w:strike w:val="0"/>
          <w:sz w:val="13"/>
          <w:u w:val="none"/>
        </w:rPr>
        <w:t>A. Invention and Commercialization</w:t>
      </w:r>
    </w:p>
    <w:p>
      <w:pPr>
        <w:spacing w:after="60"/>
      </w:pPr>
      <w:r>
        <w:rPr>
          <w:b w:val="0"/>
          <w:i w:val="0"/>
          <w:smallCaps w:val="0"/>
          <w:strike w:val="0"/>
          <w:sz w:val="16"/>
          <w:u w:val="none"/>
        </w:rPr>
        <w:t xml:space="preserve">The market for </w:t>
      </w:r>
      <w:r>
        <w:rPr>
          <w:b/>
          <w:i w:val="0"/>
          <w:smallCaps w:val="0"/>
          <w:strike w:val="0"/>
          <w:sz w:val="22"/>
          <w:highlight w:val="cyan"/>
          <w:u w:val="single"/>
        </w:rPr>
        <w:t>innovative control</w:t>
      </w:r>
      <w:r>
        <w:rPr>
          <w:b w:val="0"/>
          <w:i w:val="0"/>
          <w:smallCaps w:val="0"/>
          <w:strike w:val="0"/>
          <w:sz w:val="22"/>
          <w:highlight w:val="cyan"/>
          <w:u w:val="single"/>
        </w:rPr>
        <w:t xml:space="preserve"> provides </w:t>
      </w:r>
      <w:r>
        <w:rPr>
          <w:b/>
          <w:i w:val="0"/>
          <w:smallCaps w:val="0"/>
          <w:strike w:val="0"/>
          <w:sz w:val="22"/>
          <w:highlight w:val="cyan"/>
          <w:u w:val="single"/>
        </w:rPr>
        <w:t>incentives</w:t>
      </w:r>
      <w:r>
        <w:rPr>
          <w:b w:val="0"/>
          <w:i w:val="0"/>
          <w:smallCaps w:val="0"/>
          <w:strike w:val="0"/>
          <w:sz w:val="22"/>
          <w:u w:val="single"/>
        </w:rPr>
        <w:t xml:space="preserve"> for inventors </w:t>
      </w:r>
      <w:r>
        <w:rPr>
          <w:b w:val="0"/>
          <w:i w:val="0"/>
          <w:smallCaps w:val="0"/>
          <w:strike w:val="0"/>
          <w:sz w:val="22"/>
          <w:highlight w:val="cyan"/>
          <w:u w:val="single"/>
        </w:rPr>
        <w:t xml:space="preserve">to produce inventions that </w:t>
      </w:r>
      <w:r>
        <w:rPr>
          <w:b/>
          <w:i w:val="0"/>
          <w:smallCaps w:val="0"/>
          <w:strike w:val="0"/>
          <w:sz w:val="22"/>
          <w:highlight w:val="cyan"/>
          <w:u w:val="single"/>
        </w:rPr>
        <w:t>are desirable</w:t>
      </w:r>
      <w:r>
        <w:rPr>
          <w:b w:val="0"/>
          <w:i w:val="0"/>
          <w:smallCaps w:val="0"/>
          <w:strike w:val="0"/>
          <w:sz w:val="16"/>
          <w:u w:val="none"/>
        </w:rPr>
        <w:t xml:space="preserve"> for consumers and producers. As a result of competition among inventions, the market for inventions helps to determine the best inventions for particular needs of consumers and firms. Competition among potential adopters also helps the market for inventions allocate inventions to the highest value users. The market for inventions determines the relative returns to invention, commercialization, and innovation.</w:t>
      </w:r>
    </w:p>
    <w:p>
      <w:pPr>
        <w:spacing w:after="60"/>
      </w:pPr>
      <w:r>
        <w:rPr>
          <w:b w:val="0"/>
          <w:i w:val="0"/>
          <w:smallCaps w:val="0"/>
          <w:strike w:val="0"/>
          <w:sz w:val="16"/>
          <w:u w:val="none"/>
        </w:rPr>
        <w:t xml:space="preserve">The market for inventive control thus provides valuable information and guidance to inventors and adopters. What matters are inventions, which are the outputs of R&amp;D, rather than inventive efforts, which are the inputs of R&amp;D. </w:t>
      </w:r>
      <w:r>
        <w:rPr>
          <w:b w:val="0"/>
          <w:i w:val="0"/>
          <w:smallCaps w:val="0"/>
          <w:strike w:val="0"/>
          <w:sz w:val="22"/>
          <w:highlight w:val="cyan"/>
          <w:u w:val="single"/>
        </w:rPr>
        <w:t>The point is</w:t>
      </w:r>
      <w:r>
        <w:rPr>
          <w:b w:val="0"/>
          <w:i w:val="0"/>
          <w:smallCaps w:val="0"/>
          <w:strike w:val="0"/>
          <w:sz w:val="22"/>
          <w:u w:val="single"/>
        </w:rPr>
        <w:t xml:space="preserve"> not</w:t>
      </w:r>
      <w:r>
        <w:rPr>
          <w:b w:val="0"/>
          <w:i w:val="0"/>
          <w:smallCaps w:val="0"/>
          <w:strike w:val="0"/>
          <w:sz w:val="16"/>
          <w:u w:val="none"/>
        </w:rPr>
        <w:t xml:space="preserve"> simply </w:t>
      </w:r>
      <w:r>
        <w:rPr>
          <w:b w:val="0"/>
          <w:i w:val="0"/>
          <w:smallCaps w:val="0"/>
          <w:strike w:val="0"/>
          <w:sz w:val="22"/>
          <w:u w:val="single"/>
        </w:rPr>
        <w:t>to reward any and all inventive efforts, but</w:t>
      </w:r>
      <w:r>
        <w:rPr>
          <w:b w:val="0"/>
          <w:i w:val="0"/>
          <w:smallCaps w:val="0"/>
          <w:strike w:val="0"/>
          <w:sz w:val="16"/>
          <w:u w:val="none"/>
        </w:rPr>
        <w:t xml:space="preserve"> rather </w:t>
      </w:r>
      <w:r>
        <w:rPr>
          <w:b w:val="0"/>
          <w:i w:val="0"/>
          <w:smallCaps w:val="0"/>
          <w:strike w:val="0"/>
          <w:sz w:val="22"/>
          <w:highlight w:val="cyan"/>
          <w:u w:val="single"/>
        </w:rPr>
        <w:t>to provide incentives</w:t>
      </w:r>
      <w:r>
        <w:rPr>
          <w:b w:val="0"/>
          <w:i w:val="0"/>
          <w:smallCaps w:val="0"/>
          <w:strike w:val="0"/>
          <w:sz w:val="22"/>
          <w:u w:val="single"/>
        </w:rPr>
        <w:t xml:space="preserve"> that direct inventive efforts </w:t>
      </w:r>
      <w:r>
        <w:rPr>
          <w:b/>
          <w:i w:val="0"/>
          <w:smallCaps w:val="0"/>
          <w:strike w:val="0"/>
          <w:sz w:val="22"/>
          <w:highlight w:val="cyan"/>
          <w:u w:val="single"/>
        </w:rPr>
        <w:t>based on</w:t>
      </w:r>
      <w:r>
        <w:rPr>
          <w:b w:val="0"/>
          <w:i w:val="0"/>
          <w:smallCaps w:val="0"/>
          <w:strike w:val="0"/>
          <w:sz w:val="16"/>
          <w:highlight w:val="cyan"/>
          <w:u w:val="single"/>
        </w:rPr>
        <w:t xml:space="preserve"> </w:t>
      </w:r>
      <w:r>
        <w:rPr>
          <w:b w:val="0"/>
          <w:i w:val="0"/>
          <w:smallCaps w:val="0"/>
          <w:strike w:val="0"/>
          <w:sz w:val="22"/>
          <w:highlight w:val="cyan"/>
          <w:u w:val="single"/>
        </w:rPr>
        <w:t>the</w:t>
      </w:r>
      <w:r>
        <w:rPr>
          <w:b w:val="0"/>
          <w:i w:val="0"/>
          <w:smallCaps w:val="0"/>
          <w:strike w:val="0"/>
          <w:sz w:val="16"/>
          <w:u w:val="none"/>
        </w:rPr>
        <w:t xml:space="preserve"> anticipated market </w:t>
      </w:r>
      <w:r>
        <w:rPr>
          <w:b/>
          <w:i w:val="0"/>
          <w:smallCaps w:val="0"/>
          <w:strike w:val="0"/>
          <w:sz w:val="22"/>
          <w:highlight w:val="cyan"/>
          <w:u w:val="single"/>
        </w:rPr>
        <w:t>value</w:t>
      </w:r>
      <w:r>
        <w:rPr>
          <w:b w:val="0"/>
          <w:i w:val="0"/>
          <w:smallCaps w:val="0"/>
          <w:strike w:val="0"/>
          <w:sz w:val="22"/>
          <w:highlight w:val="cyan"/>
          <w:u w:val="single"/>
        </w:rPr>
        <w:t xml:space="preserve"> of inventions</w:t>
      </w:r>
      <w:r>
        <w:rPr>
          <w:b w:val="0"/>
          <w:i w:val="0"/>
          <w:smallCaps w:val="0"/>
          <w:strike w:val="0"/>
          <w:sz w:val="16"/>
          <w:highlight w:val="cyan"/>
          <w:u w:val="none"/>
        </w:rPr>
        <w:t xml:space="preserve"> </w:t>
      </w:r>
      <w:r>
        <w:rPr>
          <w:b w:val="0"/>
          <w:i w:val="0"/>
          <w:smallCaps w:val="0"/>
          <w:strike w:val="0"/>
          <w:sz w:val="16"/>
          <w:u w:val="none"/>
        </w:rPr>
        <w:t xml:space="preserve">and innovations. </w:t>
      </w:r>
      <w:r>
        <w:rPr>
          <w:b/>
          <w:i w:val="0"/>
          <w:smallCaps w:val="0"/>
          <w:strike w:val="0"/>
          <w:sz w:val="22"/>
          <w:highlight w:val="cyan"/>
          <w:u w:val="single"/>
        </w:rPr>
        <w:t>Simply subsidizing</w:t>
      </w:r>
      <w:r>
        <w:rPr>
          <w:b w:val="0"/>
          <w:i w:val="0"/>
          <w:smallCaps w:val="0"/>
          <w:strike w:val="0"/>
          <w:sz w:val="22"/>
          <w:highlight w:val="cyan"/>
          <w:u w:val="single"/>
        </w:rPr>
        <w:t xml:space="preserve"> invention or </w:t>
      </w:r>
      <w:r>
        <w:rPr>
          <w:b/>
          <w:i w:val="0"/>
          <w:smallCaps w:val="0"/>
          <w:strike w:val="0"/>
          <w:sz w:val="22"/>
          <w:highlight w:val="cyan"/>
          <w:u w:val="single"/>
        </w:rPr>
        <w:t>rewarding</w:t>
      </w:r>
      <w:r>
        <w:rPr>
          <w:b w:val="0"/>
          <w:i w:val="0"/>
          <w:smallCaps w:val="0"/>
          <w:strike w:val="0"/>
          <w:sz w:val="22"/>
          <w:u w:val="single"/>
        </w:rPr>
        <w:t xml:space="preserve"> inventive</w:t>
      </w:r>
      <w:r>
        <w:rPr>
          <w:b w:val="0"/>
          <w:i w:val="0"/>
          <w:smallCaps w:val="0"/>
          <w:strike w:val="0"/>
          <w:sz w:val="16"/>
          <w:u w:val="none"/>
        </w:rPr>
        <w:t xml:space="preserve"> </w:t>
      </w:r>
      <w:r>
        <w:rPr>
          <w:b w:val="0"/>
          <w:i w:val="0"/>
          <w:smallCaps w:val="0"/>
          <w:strike w:val="0"/>
          <w:sz w:val="22"/>
          <w:highlight w:val="cyan"/>
          <w:u w:val="single"/>
        </w:rPr>
        <w:t>efforts</w:t>
      </w:r>
      <w:r>
        <w:rPr>
          <w:b w:val="0"/>
          <w:i w:val="0"/>
          <w:smallCaps w:val="0"/>
          <w:strike w:val="0"/>
          <w:sz w:val="16"/>
          <w:highlight w:val="cyan"/>
          <w:u w:val="single"/>
        </w:rPr>
        <w:t xml:space="preserve"> </w:t>
      </w:r>
      <w:r>
        <w:rPr>
          <w:b w:val="0"/>
          <w:i w:val="0"/>
          <w:smallCaps w:val="0"/>
          <w:strike w:val="0"/>
          <w:sz w:val="22"/>
          <w:highlight w:val="cyan"/>
          <w:u w:val="single"/>
        </w:rPr>
        <w:t>could produce more</w:t>
      </w:r>
      <w:r>
        <w:rPr>
          <w:b w:val="0"/>
          <w:i w:val="0"/>
          <w:smallCaps w:val="0"/>
          <w:strike w:val="0"/>
          <w:sz w:val="22"/>
          <w:u w:val="single"/>
        </w:rPr>
        <w:t xml:space="preserve"> inventive </w:t>
      </w:r>
      <w:r>
        <w:rPr>
          <w:b w:val="0"/>
          <w:i w:val="0"/>
          <w:smallCaps w:val="0"/>
          <w:strike w:val="0"/>
          <w:sz w:val="22"/>
          <w:highlight w:val="cyan"/>
          <w:u w:val="single"/>
        </w:rPr>
        <w:t xml:space="preserve">efforts but </w:t>
      </w:r>
      <w:r>
        <w:rPr>
          <w:b/>
          <w:i w:val="0"/>
          <w:smallCaps w:val="0"/>
          <w:strike w:val="0"/>
          <w:sz w:val="22"/>
          <w:highlight w:val="cyan"/>
          <w:u w:val="single"/>
        </w:rPr>
        <w:t>not</w:t>
      </w:r>
      <w:r>
        <w:rPr>
          <w:b w:val="0"/>
          <w:i w:val="0"/>
          <w:smallCaps w:val="0"/>
          <w:strike w:val="0"/>
          <w:sz w:val="22"/>
          <w:u w:val="single"/>
        </w:rPr>
        <w:t xml:space="preserve"> necessarily </w:t>
      </w:r>
      <w:r>
        <w:rPr>
          <w:b/>
          <w:i w:val="0"/>
          <w:smallCaps w:val="0"/>
          <w:strike w:val="0"/>
          <w:sz w:val="22"/>
          <w:highlight w:val="cyan"/>
          <w:u w:val="single"/>
        </w:rPr>
        <w:t>better inventions</w:t>
      </w:r>
      <w:r>
        <w:rPr>
          <w:b w:val="0"/>
          <w:i w:val="0"/>
          <w:smallCaps w:val="0"/>
          <w:strike w:val="0"/>
          <w:sz w:val="22"/>
          <w:highlight w:val="cyan"/>
          <w:u w:val="single"/>
        </w:rPr>
        <w:t xml:space="preserve">. Government </w:t>
      </w:r>
      <w:r>
        <w:rPr>
          <w:b/>
          <w:i w:val="0"/>
          <w:smallCaps w:val="0"/>
          <w:strike w:val="0"/>
          <w:sz w:val="22"/>
          <w:highlight w:val="cyan"/>
          <w:u w:val="single"/>
        </w:rPr>
        <w:t>subsidies</w:t>
      </w:r>
      <w:r>
        <w:rPr>
          <w:b w:val="0"/>
          <w:i w:val="0"/>
          <w:smallCaps w:val="0"/>
          <w:strike w:val="0"/>
          <w:sz w:val="16"/>
          <w:u w:val="none"/>
        </w:rPr>
        <w:t xml:space="preserve"> </w:t>
      </w:r>
      <w:r>
        <w:rPr>
          <w:b w:val="0"/>
          <w:i w:val="0"/>
          <w:smallCaps w:val="0"/>
          <w:strike w:val="0"/>
          <w:sz w:val="16"/>
          <w:u w:val="none"/>
        </w:rPr>
        <w:t xml:space="preserve">or rewards </w:t>
      </w:r>
      <w:r>
        <w:rPr>
          <w:b w:val="0"/>
          <w:i w:val="0"/>
          <w:smallCaps w:val="0"/>
          <w:strike w:val="0"/>
          <w:sz w:val="22"/>
          <w:u w:val="single"/>
        </w:rPr>
        <w:t xml:space="preserve">for invention </w:t>
      </w:r>
      <w:r>
        <w:rPr>
          <w:b/>
          <w:i w:val="0"/>
          <w:smallCaps w:val="0"/>
          <w:strike w:val="0"/>
          <w:sz w:val="22"/>
          <w:highlight w:val="cyan"/>
          <w:u w:val="single"/>
        </w:rPr>
        <w:t>in the absence of IP</w:t>
      </w:r>
      <w:r>
        <w:rPr>
          <w:b w:val="0"/>
          <w:i w:val="0"/>
          <w:smallCaps w:val="0"/>
          <w:strike w:val="0"/>
          <w:sz w:val="16"/>
          <w:u w:val="none"/>
        </w:rPr>
        <w:t xml:space="preserve"> protections also </w:t>
      </w:r>
      <w:r>
        <w:rPr>
          <w:b w:val="0"/>
          <w:i w:val="0"/>
          <w:smallCaps w:val="0"/>
          <w:strike w:val="0"/>
          <w:sz w:val="22"/>
          <w:highlight w:val="cyan"/>
          <w:u w:val="single"/>
        </w:rPr>
        <w:t xml:space="preserve">would </w:t>
      </w:r>
      <w:r>
        <w:rPr>
          <w:b/>
          <w:i w:val="0"/>
          <w:smallCaps w:val="0"/>
          <w:strike w:val="0"/>
          <w:sz w:val="22"/>
          <w:highlight w:val="cyan"/>
          <w:u w:val="single"/>
        </w:rPr>
        <w:t>not provide incentives</w:t>
      </w:r>
      <w:r>
        <w:rPr>
          <w:b w:val="0"/>
          <w:i w:val="0"/>
          <w:smallCaps w:val="0"/>
          <w:strike w:val="0"/>
          <w:sz w:val="22"/>
          <w:u w:val="single"/>
        </w:rPr>
        <w:t xml:space="preserve"> for commercialization</w:t>
      </w:r>
      <w:r>
        <w:rPr>
          <w:b w:val="0"/>
          <w:i w:val="0"/>
          <w:smallCaps w:val="0"/>
          <w:strike w:val="0"/>
          <w:sz w:val="16"/>
          <w:u w:val="none"/>
        </w:rPr>
        <w:t xml:space="preserve"> of inventions, </w:t>
      </w:r>
      <w:r>
        <w:rPr>
          <w:b w:val="0"/>
          <w:i w:val="0"/>
          <w:smallCaps w:val="0"/>
          <w:strike w:val="0"/>
          <w:sz w:val="22"/>
          <w:u w:val="single"/>
        </w:rPr>
        <w:t>which</w:t>
      </w:r>
      <w:r>
        <w:rPr>
          <w:b w:val="0"/>
          <w:i w:val="0"/>
          <w:smallCaps w:val="0"/>
          <w:strike w:val="0"/>
          <w:sz w:val="22"/>
          <w:u w:val="single"/>
        </w:rPr>
        <w:t xml:space="preserve"> is </w:t>
      </w:r>
      <w:r>
        <w:rPr>
          <w:b w:val="0"/>
          <w:i w:val="0"/>
          <w:smallCaps w:val="0"/>
          <w:strike w:val="0"/>
          <w:sz w:val="22"/>
          <w:highlight w:val="cyan"/>
          <w:u w:val="single"/>
        </w:rPr>
        <w:t>essential for diffusion</w:t>
      </w:r>
      <w:r>
        <w:rPr>
          <w:b w:val="0"/>
          <w:i w:val="0"/>
          <w:smallCaps w:val="0"/>
          <w:strike w:val="0"/>
          <w:sz w:val="22"/>
          <w:u w:val="single"/>
        </w:rPr>
        <w:t xml:space="preserve"> of</w:t>
      </w:r>
      <w:r>
        <w:rPr>
          <w:b w:val="0"/>
          <w:i w:val="0"/>
          <w:smallCaps w:val="0"/>
          <w:strike w:val="0"/>
          <w:sz w:val="16"/>
          <w:u w:val="none"/>
        </w:rPr>
        <w:t xml:space="preserve"> technology and </w:t>
      </w:r>
      <w:r>
        <w:rPr>
          <w:b w:val="0"/>
          <w:i w:val="0"/>
          <w:smallCaps w:val="0"/>
          <w:strike w:val="0"/>
          <w:sz w:val="22"/>
          <w:u w:val="single"/>
        </w:rPr>
        <w:t>innovation</w:t>
      </w:r>
      <w:r>
        <w:rPr>
          <w:b w:val="0"/>
          <w:i w:val="0"/>
          <w:smallCaps w:val="0"/>
          <w:strike w:val="0"/>
          <w:sz w:val="16"/>
          <w:u w:val="none"/>
        </w:rPr>
        <w: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