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Developing economies cap existential</w:t>
      </w:r>
      <w:r>
        <w:rPr>
          <w:b/>
          <w:i w:val="0"/>
          <w:smallCaps w:val="0"/>
          <w:strike w:val="0"/>
          <w:sz w:val="26"/>
          <w:u w:val="single"/>
        </w:rPr>
        <w:t xml:space="preserve"> threats</w:t>
      </w:r>
      <w:r>
        <w:rPr>
          <w:b/>
          <w:i w:val="0"/>
          <w:smallCaps w:val="0"/>
          <w:strike w:val="0"/>
          <w:sz w:val="26"/>
          <w:u w:val="none"/>
        </w:rPr>
        <w:t xml:space="preserve">. </w:t>
      </w:r>
      <w:r>
        <w:rPr>
          <w:b/>
          <w:i w:val="0"/>
          <w:smallCaps w:val="0"/>
          <w:strike w:val="0"/>
          <w:sz w:val="26"/>
          <w:u w:val="none"/>
        </w:rPr>
        <w:t>Pandemics</w:t>
      </w:r>
      <w:r>
        <w:rPr>
          <w:b/>
          <w:i w:val="0"/>
          <w:smallCaps w:val="0"/>
          <w:strike w:val="0"/>
          <w:sz w:val="26"/>
          <w:u w:val="none"/>
        </w:rPr>
        <w:t>, international insecurity, terrorism.</w:t>
      </w:r>
    </w:p>
    <w:p>
      <w:pPr>
        <w:spacing w:after="80"/>
      </w:pPr>
      <w:r>
        <w:rPr>
          <w:b/>
          <w:i w:val="0"/>
          <w:smallCaps w:val="0"/>
          <w:strike w:val="0"/>
          <w:sz w:val="26"/>
          <w:u w:val="none"/>
        </w:rPr>
        <w:t xml:space="preserve">Wong ’22 </w:t>
      </w:r>
      <w:r>
        <w:rPr>
          <w:b w:val="0"/>
          <w:i w:val="0"/>
          <w:smallCaps w:val="0"/>
          <w:strike w:val="0"/>
          <w:u w:val="none"/>
        </w:rPr>
        <w:t xml:space="preserve">[Ruth and Eevee Ciara; September 1; Senior Cloud Systems Engineer, M.A. from Johns Hopkins University, M.Sc. in Bioinformatics from Western </w:t>
      </w:r>
      <w:r>
        <w:rPr>
          <w:b w:val="0"/>
          <w:i w:val="0"/>
          <w:smallCaps w:val="0"/>
          <w:strike w:val="0"/>
          <w:u w:val="none"/>
        </w:rPr>
        <w:t>Univrsity</w:t>
      </w:r>
      <w:r>
        <w:rPr>
          <w:b w:val="0"/>
          <w:i w:val="0"/>
          <w:smallCaps w:val="0"/>
          <w:strike w:val="0"/>
          <w:u w:val="none"/>
        </w:rPr>
        <w:t xml:space="preserve">; Machine learning engineer at PayPal, writer for the Effective Altruism Forum; </w:t>
      </w:r>
      <w:r>
        <w:rPr>
          <w:b w:val="0"/>
          <w:i w:val="0"/>
          <w:smallCaps w:val="0"/>
          <w:strike w:val="0"/>
          <w:u w:val="none"/>
        </w:rPr>
        <w:t>Substack</w:t>
      </w:r>
      <w:r>
        <w:rPr>
          <w:b w:val="0"/>
          <w:i w:val="0"/>
          <w:smallCaps w:val="0"/>
          <w:strike w:val="0"/>
          <w:u w:val="none"/>
        </w:rPr>
        <w:t xml:space="preserve">, “Rethinking </w:t>
      </w:r>
      <w:r>
        <w:rPr>
          <w:b w:val="0"/>
          <w:i w:val="0"/>
          <w:smallCaps w:val="0"/>
          <w:strike w:val="0"/>
          <w:u w:val="none"/>
        </w:rPr>
        <w:t>longtermism</w:t>
      </w:r>
      <w:r>
        <w:rPr>
          <w:b w:val="0"/>
          <w:i w:val="0"/>
          <w:smallCaps w:val="0"/>
          <w:strike w:val="0"/>
          <w:u w:val="none"/>
        </w:rPr>
        <w:t xml:space="preserve"> and global development,” https://sunyshore.substack.com/p/rethinking-longtermism-and-global]</w:t>
      </w:r>
    </w:p>
    <w:p>
      <w:pPr>
        <w:spacing w:after="60"/>
      </w:pPr>
      <w:r>
        <w:rPr>
          <w:b w:val="0"/>
          <w:i w:val="0"/>
          <w:smallCaps w:val="0"/>
          <w:strike w:val="0"/>
          <w:sz w:val="16"/>
          <w:u w:val="none"/>
        </w:rPr>
        <w:t xml:space="preserve">We agree that more powerful countries are likely to have more influence on the long-term future than less powerful ones, and that a country’s economic </w:t>
      </w:r>
      <w:r>
        <w:rPr>
          <w:b w:val="0"/>
          <w:i w:val="0"/>
          <w:smallCaps w:val="0"/>
          <w:strike w:val="0"/>
          <w:sz w:val="22"/>
          <w:highlight w:val="cyan"/>
          <w:u w:val="single"/>
        </w:rPr>
        <w:t>development is a</w:t>
      </w:r>
      <w:r>
        <w:rPr>
          <w:b w:val="0"/>
          <w:i w:val="0"/>
          <w:smallCaps w:val="0"/>
          <w:strike w:val="0"/>
          <w:sz w:val="22"/>
          <w:u w:val="single"/>
        </w:rPr>
        <w:t xml:space="preserve"> </w:t>
      </w:r>
      <w:r>
        <w:rPr>
          <w:b/>
          <w:i w:val="0"/>
          <w:smallCaps w:val="0"/>
          <w:strike w:val="0"/>
          <w:sz w:val="22"/>
          <w:u w:val="single"/>
        </w:rPr>
        <w:t xml:space="preserve">strong </w:t>
      </w:r>
      <w:r>
        <w:rPr>
          <w:b/>
          <w:i w:val="0"/>
          <w:smallCaps w:val="0"/>
          <w:strike w:val="0"/>
          <w:sz w:val="22"/>
          <w:highlight w:val="cyan"/>
          <w:u w:val="single"/>
        </w:rPr>
        <w:t>indicator</w:t>
      </w:r>
      <w:r>
        <w:rPr>
          <w:b w:val="0"/>
          <w:i w:val="0"/>
          <w:smallCaps w:val="0"/>
          <w:strike w:val="0"/>
          <w:sz w:val="22"/>
          <w:highlight w:val="cyan"/>
          <w:u w:val="single"/>
        </w:rPr>
        <w:t xml:space="preserve"> of</w:t>
      </w:r>
      <w:r>
        <w:rPr>
          <w:b w:val="0"/>
          <w:i w:val="0"/>
          <w:smallCaps w:val="0"/>
          <w:strike w:val="0"/>
          <w:sz w:val="22"/>
          <w:u w:val="single"/>
        </w:rPr>
        <w:t xml:space="preserve"> its </w:t>
      </w:r>
      <w:r>
        <w:rPr>
          <w:b/>
          <w:i w:val="0"/>
          <w:smallCaps w:val="0"/>
          <w:strike w:val="0"/>
          <w:sz w:val="22"/>
          <w:u w:val="single"/>
        </w:rPr>
        <w:t>tech</w:t>
      </w:r>
      <w:r>
        <w:rPr>
          <w:b w:val="0"/>
          <w:i w:val="0"/>
          <w:smallCaps w:val="0"/>
          <w:strike w:val="0"/>
          <w:sz w:val="22"/>
          <w:u w:val="single"/>
        </w:rPr>
        <w:t xml:space="preserve">nological and </w:t>
      </w:r>
      <w:r>
        <w:rPr>
          <w:b/>
          <w:i w:val="0"/>
          <w:smallCaps w:val="0"/>
          <w:strike w:val="0"/>
          <w:sz w:val="22"/>
          <w:u w:val="single"/>
        </w:rPr>
        <w:t xml:space="preserve">geopolitical </w:t>
      </w:r>
      <w:r>
        <w:rPr>
          <w:b/>
          <w:i w:val="0"/>
          <w:smallCaps w:val="0"/>
          <w:strike w:val="0"/>
          <w:sz w:val="22"/>
          <w:highlight w:val="cyan"/>
          <w:u w:val="single"/>
        </w:rPr>
        <w:t>power</w:t>
      </w:r>
      <w:r>
        <w:rPr>
          <w:b w:val="0"/>
          <w:i w:val="0"/>
          <w:smallCaps w:val="0"/>
          <w:strike w:val="0"/>
          <w:sz w:val="22"/>
          <w:u w:val="single"/>
        </w:rPr>
        <w:t>. However, this</w:t>
      </w:r>
      <w:r>
        <w:rPr>
          <w:b w:val="0"/>
          <w:i w:val="0"/>
          <w:smallCaps w:val="0"/>
          <w:strike w:val="0"/>
          <w:sz w:val="16"/>
          <w:u w:val="none"/>
        </w:rPr>
        <w:t xml:space="preserve"> does not mean that developed countries matter morally more than developing ones. Rather, it </w:t>
      </w:r>
      <w:r>
        <w:rPr>
          <w:b w:val="0"/>
          <w:i w:val="0"/>
          <w:smallCaps w:val="0"/>
          <w:strike w:val="0"/>
          <w:sz w:val="22"/>
          <w:u w:val="single"/>
        </w:rPr>
        <w:t>underscores the importance of global development</w:t>
      </w:r>
      <w:r>
        <w:rPr>
          <w:b w:val="0"/>
          <w:i w:val="0"/>
          <w:smallCaps w:val="0"/>
          <w:strike w:val="0"/>
          <w:sz w:val="16"/>
          <w:u w:val="none"/>
        </w:rPr>
        <w:t xml:space="preserve">—the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 for the same work. Once again, </w:t>
      </w:r>
      <w:r>
        <w:rPr>
          <w:b w:val="0"/>
          <w:i w:val="0"/>
          <w:smallCaps w:val="0"/>
          <w:strike w:val="0"/>
          <w:sz w:val="22"/>
          <w:u w:val="single"/>
        </w:rPr>
        <w:t xml:space="preserve">this speaks to the </w:t>
      </w:r>
      <w:r>
        <w:rPr>
          <w:b/>
          <w:i w:val="0"/>
          <w:smallCaps w:val="0"/>
          <w:strike w:val="0"/>
          <w:sz w:val="22"/>
          <w:u w:val="single"/>
        </w:rPr>
        <w:t>import</w:t>
      </w:r>
      <w:r>
        <w:rPr>
          <w:b w:val="0"/>
          <w:i w:val="0"/>
          <w:smallCaps w:val="0"/>
          <w:strike w:val="0"/>
          <w:sz w:val="22"/>
          <w:u w:val="single"/>
        </w:rPr>
        <w:t xml:space="preserve">ance of </w:t>
      </w:r>
      <w:r>
        <w:rPr>
          <w:b/>
          <w:i w:val="0"/>
          <w:smallCaps w:val="0"/>
          <w:strike w:val="0"/>
          <w:sz w:val="22"/>
          <w:u w:val="single"/>
        </w:rPr>
        <w:t>global development</w:t>
      </w:r>
      <w:r>
        <w:rPr>
          <w:b w:val="0"/>
          <w:i w:val="0"/>
          <w:smallCaps w:val="0"/>
          <w:strike w:val="0"/>
          <w:sz w:val="22"/>
          <w:u w:val="single"/>
        </w:rPr>
        <w:t xml:space="preserve"> and helping people </w:t>
      </w:r>
      <w:r>
        <w:rPr>
          <w:b/>
          <w:i w:val="0"/>
          <w:smallCaps w:val="0"/>
          <w:strike w:val="0"/>
          <w:sz w:val="22"/>
          <w:u w:val="single"/>
        </w:rPr>
        <w:t>escape poverty</w:t>
      </w:r>
      <w:r>
        <w:rPr>
          <w:b w:val="0"/>
          <w:i w:val="0"/>
          <w:smallCaps w:val="0"/>
          <w:strike w:val="0"/>
          <w:sz w:val="16"/>
          <w:u w:val="none"/>
        </w:rPr>
        <w:t xml:space="preserve">. This essay describes why it’s important for the </w:t>
      </w:r>
      <w:r>
        <w:rPr>
          <w:b w:val="0"/>
          <w:i w:val="0"/>
          <w:smallCaps w:val="0"/>
          <w:strike w:val="0"/>
          <w:sz w:val="16"/>
          <w:u w:val="none"/>
        </w:rPr>
        <w:t>long term</w:t>
      </w:r>
      <w:r>
        <w:rPr>
          <w:b w:val="0"/>
          <w:i w:val="0"/>
          <w:smallCaps w:val="0"/>
          <w:strike w:val="0"/>
          <w:sz w:val="16"/>
          <w:u w:val="none"/>
        </w:rPr>
        <w:t xml:space="preserve"> future for everyone to be in a relatively high-income country, and what it might look like for global development to be a </w:t>
      </w:r>
      <w:r>
        <w:rPr>
          <w:b w:val="0"/>
          <w:i w:val="0"/>
          <w:smallCaps w:val="0"/>
          <w:strike w:val="0"/>
          <w:sz w:val="16"/>
          <w:u w:val="none"/>
        </w:rPr>
        <w:t>longtermist</w:t>
      </w:r>
      <w:r>
        <w:rPr>
          <w:b w:val="0"/>
          <w:i w:val="0"/>
          <w:smallCaps w:val="0"/>
          <w:strike w:val="0"/>
          <w:sz w:val="16"/>
          <w:u w:val="none"/>
        </w:rPr>
        <w:t xml:space="preserve"> issue. </w:t>
      </w:r>
      <w:r>
        <w:rPr>
          <w:b w:val="0"/>
          <w:i w:val="0"/>
          <w:smallCaps w:val="0"/>
          <w:strike w:val="0"/>
          <w:sz w:val="22"/>
          <w:u w:val="single"/>
        </w:rPr>
        <w:t xml:space="preserve">Global </w:t>
      </w:r>
      <w:r>
        <w:rPr>
          <w:b w:val="0"/>
          <w:i w:val="0"/>
          <w:smallCaps w:val="0"/>
          <w:strike w:val="0"/>
          <w:sz w:val="22"/>
          <w:highlight w:val="cyan"/>
          <w:u w:val="single"/>
        </w:rPr>
        <w:t xml:space="preserve">development benefits </w:t>
      </w:r>
      <w:r>
        <w:rPr>
          <w:b w:val="0"/>
          <w:i w:val="0"/>
          <w:smallCaps w:val="0"/>
          <w:strike w:val="0"/>
          <w:sz w:val="22"/>
          <w:u w:val="single"/>
        </w:rPr>
        <w:t xml:space="preserve">the </w:t>
      </w:r>
      <w:r>
        <w:rPr>
          <w:b/>
          <w:i w:val="0"/>
          <w:smallCaps w:val="0"/>
          <w:strike w:val="0"/>
          <w:sz w:val="22"/>
          <w:u w:val="single"/>
        </w:rPr>
        <w:t xml:space="preserve">long-term </w:t>
      </w:r>
      <w:r>
        <w:rPr>
          <w:b/>
          <w:i w:val="0"/>
          <w:smallCaps w:val="0"/>
          <w:strike w:val="0"/>
          <w:sz w:val="22"/>
          <w:highlight w:val="cyan"/>
          <w:u w:val="single"/>
        </w:rPr>
        <w:t>future</w:t>
      </w:r>
      <w:r>
        <w:rPr>
          <w:b w:val="0"/>
          <w:i w:val="0"/>
          <w:smallCaps w:val="0"/>
          <w:strike w:val="0"/>
          <w:sz w:val="22"/>
          <w:u w:val="single"/>
        </w:rPr>
        <w:t xml:space="preserve"> by increasing diversity in </w:t>
      </w:r>
      <w:r>
        <w:rPr>
          <w:b/>
          <w:i w:val="0"/>
          <w:smallCaps w:val="0"/>
          <w:strike w:val="0"/>
          <w:sz w:val="22"/>
          <w:u w:val="single"/>
        </w:rPr>
        <w:t>global institutions</w:t>
      </w:r>
      <w:r>
        <w:rPr>
          <w:b w:val="0"/>
          <w:i w:val="0"/>
          <w:smallCaps w:val="0"/>
          <w:strike w:val="0"/>
          <w:sz w:val="22"/>
          <w:u w:val="single"/>
        </w:rPr>
        <w:t xml:space="preserve"> and </w:t>
      </w:r>
      <w:r>
        <w:rPr>
          <w:b w:val="0"/>
          <w:i w:val="0"/>
          <w:smallCaps w:val="0"/>
          <w:strike w:val="0"/>
          <w:sz w:val="22"/>
          <w:highlight w:val="cyan"/>
          <w:u w:val="single"/>
        </w:rPr>
        <w:t>reducing</w:t>
      </w:r>
      <w:r>
        <w:rPr>
          <w:b w:val="0"/>
          <w:i w:val="0"/>
          <w:smallCaps w:val="0"/>
          <w:strike w:val="0"/>
          <w:sz w:val="22"/>
          <w:u w:val="single"/>
        </w:rPr>
        <w:t xml:space="preserve"> civilization’s </w:t>
      </w:r>
      <w:r>
        <w:rPr>
          <w:b w:val="0"/>
          <w:i w:val="0"/>
          <w:smallCaps w:val="0"/>
          <w:strike w:val="0"/>
          <w:sz w:val="22"/>
          <w:highlight w:val="cyan"/>
          <w:u w:val="single"/>
        </w:rPr>
        <w:t>vulnerability to</w:t>
      </w:r>
      <w:r>
        <w:rPr>
          <w:b w:val="0"/>
          <w:i w:val="0"/>
          <w:smallCaps w:val="0"/>
          <w:strike w:val="0"/>
          <w:sz w:val="22"/>
          <w:u w:val="single"/>
        </w:rPr>
        <w:t xml:space="preserve"> </w:t>
      </w:r>
      <w:r>
        <w:rPr>
          <w:b/>
          <w:i w:val="0"/>
          <w:smallCaps w:val="0"/>
          <w:strike w:val="0"/>
          <w:sz w:val="22"/>
          <w:u w:val="single"/>
        </w:rPr>
        <w:t xml:space="preserve">global </w:t>
      </w:r>
      <w:r>
        <w:rPr>
          <w:b/>
          <w:i w:val="0"/>
          <w:smallCaps w:val="0"/>
          <w:strike w:val="0"/>
          <w:sz w:val="22"/>
          <w:highlight w:val="cyan"/>
          <w:u w:val="single"/>
        </w:rPr>
        <w:t>catastrophic risks</w:t>
      </w:r>
      <w:r>
        <w:rPr>
          <w:b w:val="0"/>
          <w:i w:val="0"/>
          <w:smallCaps w:val="0"/>
          <w:strike w:val="0"/>
          <w:sz w:val="22"/>
          <w:highlight w:val="cyan"/>
          <w:u w:val="single"/>
        </w:rPr>
        <w:t xml:space="preserve"> like</w:t>
      </w:r>
      <w:r>
        <w:rPr>
          <w:b w:val="0"/>
          <w:i w:val="0"/>
          <w:smallCaps w:val="0"/>
          <w:strike w:val="0"/>
          <w:sz w:val="22"/>
          <w:u w:val="single"/>
        </w:rPr>
        <w:t xml:space="preserve"> </w:t>
      </w:r>
      <w:r>
        <w:rPr>
          <w:b/>
          <w:i w:val="0"/>
          <w:smallCaps w:val="0"/>
          <w:strike w:val="0"/>
          <w:sz w:val="22"/>
          <w:u w:val="single"/>
        </w:rPr>
        <w:t xml:space="preserve">armed </w:t>
      </w:r>
      <w:r>
        <w:rPr>
          <w:b/>
          <w:i w:val="0"/>
          <w:smallCaps w:val="0"/>
          <w:strike w:val="0"/>
          <w:sz w:val="22"/>
          <w:highlight w:val="cyan"/>
          <w:u w:val="single"/>
        </w:rPr>
        <w:t>conflict</w:t>
      </w:r>
      <w:r>
        <w:rPr>
          <w:b w:val="0"/>
          <w:i w:val="0"/>
          <w:smallCaps w:val="0"/>
          <w:strike w:val="0"/>
          <w:sz w:val="22"/>
          <w:highlight w:val="cyan"/>
          <w:u w:val="single"/>
        </w:rPr>
        <w:t xml:space="preserve"> and </w:t>
      </w:r>
      <w:r>
        <w:rPr>
          <w:b/>
          <w:i w:val="0"/>
          <w:smallCaps w:val="0"/>
          <w:strike w:val="0"/>
          <w:sz w:val="22"/>
          <w:highlight w:val="cyan"/>
          <w:u w:val="single"/>
        </w:rPr>
        <w:t>pandemics</w:t>
      </w:r>
      <w:r>
        <w:rPr>
          <w:b w:val="0"/>
          <w:i w:val="0"/>
          <w:smallCaps w:val="0"/>
          <w:strike w:val="0"/>
          <w:sz w:val="16"/>
          <w:u w:val="none"/>
        </w:rPr>
        <w:t xml:space="preserve">. What is global development? Effective altruists regularly talk about “global health and development” as a category of ways to do good. However, it’s clear now that development drives health much more than health drives development.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the summary from Bill Gates: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w:t>
      </w:r>
      <w:r>
        <w:rPr>
          <w:b w:val="0"/>
          <w:i w:val="0"/>
          <w:smallCaps w:val="0"/>
          <w:strike w:val="0"/>
          <w:sz w:val="16"/>
          <w:u w:val="none"/>
        </w:rPr>
        <w:t>free-market</w:t>
      </w:r>
      <w:r>
        <w:rPr>
          <w:b w:val="0"/>
          <w:i w:val="0"/>
          <w:smallCaps w:val="0"/>
          <w:strike w:val="0"/>
          <w:sz w:val="16"/>
          <w:u w:val="none"/>
        </w:rPr>
        <w:t xml:space="preserve"> thinking pervasive at the World Bank and IMF at the time, or who were otherwise too corrupt or incompetent to stay true in delivering their development strategy. Global development is important for the long-term future In an EA Forum post,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Pr>
          <w:b w:val="0"/>
          <w:i w:val="0"/>
          <w:smallCaps w:val="0"/>
          <w:strike w:val="0"/>
          <w:sz w:val="22"/>
          <w:u w:val="single"/>
        </w:rPr>
        <w:t xml:space="preserve">global development creates significant </w:t>
      </w:r>
      <w:r>
        <w:rPr>
          <w:b/>
          <w:i w:val="0"/>
          <w:smallCaps w:val="0"/>
          <w:strike w:val="0"/>
          <w:sz w:val="22"/>
          <w:u w:val="single"/>
        </w:rPr>
        <w:t>long-term benefits</w:t>
      </w:r>
      <w:r>
        <w:rPr>
          <w:b w:val="0"/>
          <w:i w:val="0"/>
          <w:smallCaps w:val="0"/>
          <w:strike w:val="0"/>
          <w:sz w:val="22"/>
          <w:u w:val="single"/>
        </w:rPr>
        <w:t xml:space="preserve"> through this route. Global development can also lead to </w:t>
      </w:r>
      <w:r>
        <w:rPr>
          <w:b/>
          <w:i w:val="0"/>
          <w:smallCaps w:val="0"/>
          <w:strike w:val="0"/>
          <w:sz w:val="22"/>
          <w:u w:val="single"/>
        </w:rPr>
        <w:t>trajectory changes</w:t>
      </w:r>
      <w:r>
        <w:rPr>
          <w:b w:val="0"/>
          <w:i w:val="0"/>
          <w:smallCaps w:val="0"/>
          <w:strike w:val="0"/>
          <w:sz w:val="22"/>
          <w:u w:val="single"/>
        </w:rPr>
        <w:t xml:space="preserve"> in the global political environment that would </w:t>
      </w:r>
      <w:r>
        <w:rPr>
          <w:b/>
          <w:i w:val="0"/>
          <w:smallCaps w:val="0"/>
          <w:strike w:val="0"/>
          <w:sz w:val="22"/>
          <w:u w:val="single"/>
        </w:rPr>
        <w:t>not</w:t>
      </w:r>
      <w:r>
        <w:rPr>
          <w:b w:val="0"/>
          <w:i w:val="0"/>
          <w:smallCaps w:val="0"/>
          <w:strike w:val="0"/>
          <w:sz w:val="22"/>
          <w:u w:val="single"/>
        </w:rPr>
        <w:t xml:space="preserve"> happen if the development timeline were </w:t>
      </w:r>
      <w:r>
        <w:rPr>
          <w:b/>
          <w:i w:val="0"/>
          <w:smallCaps w:val="0"/>
          <w:strike w:val="0"/>
          <w:sz w:val="22"/>
          <w:u w:val="single"/>
        </w:rPr>
        <w:t>slowed down</w:t>
      </w:r>
      <w:r>
        <w:rPr>
          <w:b w:val="0"/>
          <w:i w:val="0"/>
          <w:smallCaps w:val="0"/>
          <w:strike w:val="0"/>
          <w:sz w:val="22"/>
          <w:u w:val="single"/>
        </w:rPr>
        <w:t xml:space="preserve">, since such changes can be </w:t>
      </w:r>
      <w:r>
        <w:rPr>
          <w:b/>
          <w:i w:val="0"/>
          <w:smallCaps w:val="0"/>
          <w:strike w:val="0"/>
          <w:sz w:val="22"/>
          <w:u w:val="single"/>
        </w:rPr>
        <w:t>locked in</w:t>
      </w:r>
      <w:r>
        <w:rPr>
          <w:b w:val="0"/>
          <w:i w:val="0"/>
          <w:smallCaps w:val="0"/>
          <w:strike w:val="0"/>
          <w:sz w:val="22"/>
          <w:u w:val="single"/>
        </w:rPr>
        <w:t xml:space="preserve"> over time</w:t>
      </w:r>
      <w:r>
        <w:rPr>
          <w:b w:val="0"/>
          <w:i w:val="0"/>
          <w:smallCaps w:val="0"/>
          <w:strike w:val="0"/>
          <w:sz w:val="16"/>
          <w:u w:val="none"/>
        </w:rPr>
        <w:t>. Global development increases diversity in global governance</w:t>
      </w:r>
      <w:r>
        <w:rPr>
          <w:b w:val="0"/>
          <w:i w:val="0"/>
          <w:smallCaps w:val="0"/>
          <w:strike w:val="0"/>
          <w:sz w:val="16"/>
          <w:u w:val="none"/>
        </w:rPr>
        <w:t xml:space="preserve"> One</w:t>
      </w:r>
      <w:r>
        <w:rPr>
          <w:b w:val="0"/>
          <w:i w:val="0"/>
          <w:smallCaps w:val="0"/>
          <w:strike w:val="0"/>
          <w:sz w:val="16"/>
          <w:u w:val="none"/>
        </w:rPr>
        <w:t xml:space="preserve"> of the main ways global </w:t>
      </w:r>
      <w:r>
        <w:rPr>
          <w:b w:val="0"/>
          <w:i w:val="0"/>
          <w:smallCaps w:val="0"/>
          <w:strike w:val="0"/>
          <w:sz w:val="16"/>
          <w:u w:val="none"/>
        </w:rPr>
        <w:t>development</w:t>
      </w:r>
      <w:r>
        <w:rPr>
          <w:b w:val="0"/>
          <w:i w:val="0"/>
          <w:smallCaps w:val="0"/>
          <w:strike w:val="0"/>
          <w:sz w:val="16"/>
          <w:u w:val="none"/>
        </w:rPr>
        <w:t xml:space="preserve"> benefits the far future is through its impact on diversity and inclusion in world institutions. </w:t>
      </w:r>
      <w:r>
        <w:rPr>
          <w:b w:val="0"/>
          <w:i w:val="0"/>
          <w:smallCaps w:val="0"/>
          <w:strike w:val="0"/>
          <w:sz w:val="22"/>
          <w:highlight w:val="cyan"/>
          <w:u w:val="single"/>
        </w:rPr>
        <w:t>As countries get richer</w:t>
      </w:r>
      <w:r>
        <w:rPr>
          <w:b w:val="0"/>
          <w:i w:val="0"/>
          <w:smallCaps w:val="0"/>
          <w:strike w:val="0"/>
          <w:sz w:val="22"/>
          <w:u w:val="single"/>
        </w:rPr>
        <w:t xml:space="preserve">, their </w:t>
      </w:r>
      <w:r>
        <w:rPr>
          <w:b w:val="0"/>
          <w:i w:val="0"/>
          <w:smallCaps w:val="0"/>
          <w:strike w:val="0"/>
          <w:sz w:val="22"/>
          <w:highlight w:val="cyan"/>
          <w:u w:val="single"/>
        </w:rPr>
        <w:t>people get</w:t>
      </w:r>
      <w:r>
        <w:rPr>
          <w:b w:val="0"/>
          <w:i w:val="0"/>
          <w:smallCaps w:val="0"/>
          <w:strike w:val="0"/>
          <w:sz w:val="22"/>
          <w:u w:val="single"/>
        </w:rPr>
        <w:t xml:space="preserve"> </w:t>
      </w:r>
      <w:r>
        <w:rPr>
          <w:b/>
          <w:i w:val="0"/>
          <w:smallCaps w:val="0"/>
          <w:strike w:val="0"/>
          <w:sz w:val="22"/>
          <w:u w:val="single"/>
        </w:rPr>
        <w:t xml:space="preserve">better </w:t>
      </w:r>
      <w:r>
        <w:rPr>
          <w:b/>
          <w:i w:val="0"/>
          <w:smallCaps w:val="0"/>
          <w:strike w:val="0"/>
          <w:sz w:val="22"/>
          <w:highlight w:val="cyan"/>
          <w:u w:val="single"/>
        </w:rPr>
        <w:t>educated</w:t>
      </w:r>
      <w:r>
        <w:rPr>
          <w:b w:val="0"/>
          <w:i w:val="0"/>
          <w:smallCaps w:val="0"/>
          <w:strike w:val="0"/>
          <w:sz w:val="22"/>
          <w:highlight w:val="cyan"/>
          <w:u w:val="single"/>
        </w:rPr>
        <w:t xml:space="preserve"> and</w:t>
      </w:r>
      <w:r>
        <w:rPr>
          <w:b w:val="0"/>
          <w:i w:val="0"/>
          <w:smallCaps w:val="0"/>
          <w:strike w:val="0"/>
          <w:sz w:val="22"/>
          <w:u w:val="single"/>
        </w:rPr>
        <w:t xml:space="preserve"> thus better placed to </w:t>
      </w:r>
      <w:r>
        <w:rPr>
          <w:b w:val="0"/>
          <w:i w:val="0"/>
          <w:smallCaps w:val="0"/>
          <w:strike w:val="0"/>
          <w:sz w:val="22"/>
          <w:highlight w:val="cyan"/>
          <w:u w:val="single"/>
        </w:rPr>
        <w:t xml:space="preserve">participate in </w:t>
      </w:r>
      <w:r>
        <w:rPr>
          <w:b/>
          <w:i w:val="0"/>
          <w:smallCaps w:val="0"/>
          <w:strike w:val="0"/>
          <w:sz w:val="22"/>
          <w:highlight w:val="cyan"/>
          <w:u w:val="single"/>
        </w:rPr>
        <w:t>institutions</w:t>
      </w:r>
      <w:r>
        <w:rPr>
          <w:b w:val="0"/>
          <w:i w:val="0"/>
          <w:smallCaps w:val="0"/>
          <w:strike w:val="0"/>
          <w:sz w:val="16"/>
          <w:u w:val="none"/>
        </w:rPr>
        <w:t xml:space="preserve"> with great decision-making power over the world, such as multinational corporations, governments, and international organizations. Increasing the diversity of decision makers in </w:t>
      </w:r>
      <w:r>
        <w:rPr>
          <w:b w:val="0"/>
          <w:i w:val="0"/>
          <w:smallCaps w:val="0"/>
          <w:strike w:val="0"/>
          <w:sz w:val="22"/>
          <w:u w:val="single"/>
        </w:rPr>
        <w:t xml:space="preserve">global institutions </w:t>
      </w:r>
      <w:r>
        <w:rPr>
          <w:b/>
          <w:i w:val="0"/>
          <w:smallCaps w:val="0"/>
          <w:strike w:val="0"/>
          <w:sz w:val="22"/>
          <w:highlight w:val="cyan"/>
          <w:u w:val="single"/>
        </w:rPr>
        <w:t>improves</w:t>
      </w:r>
      <w:r>
        <w:rPr>
          <w:b/>
          <w:i w:val="0"/>
          <w:smallCaps w:val="0"/>
          <w:strike w:val="0"/>
          <w:sz w:val="22"/>
          <w:u w:val="single"/>
        </w:rPr>
        <w:t xml:space="preserve"> the quality</w:t>
      </w:r>
      <w:r>
        <w:rPr>
          <w:b w:val="0"/>
          <w:i w:val="0"/>
          <w:smallCaps w:val="0"/>
          <w:strike w:val="0"/>
          <w:sz w:val="22"/>
          <w:u w:val="single"/>
        </w:rPr>
        <w:t xml:space="preserve"> of </w:t>
      </w:r>
      <w:r>
        <w:rPr>
          <w:b/>
          <w:i w:val="0"/>
          <w:smallCaps w:val="0"/>
          <w:strike w:val="0"/>
          <w:sz w:val="22"/>
          <w:u w:val="single"/>
        </w:rPr>
        <w:t xml:space="preserve">world </w:t>
      </w:r>
      <w:r>
        <w:rPr>
          <w:b/>
          <w:i w:val="0"/>
          <w:smallCaps w:val="0"/>
          <w:strike w:val="0"/>
          <w:sz w:val="22"/>
          <w:highlight w:val="cyan"/>
          <w:u w:val="single"/>
        </w:rPr>
        <w:t>governance</w:t>
      </w:r>
      <w:r>
        <w:rPr>
          <w:b w:val="0"/>
          <w:i w:val="0"/>
          <w:smallCaps w:val="0"/>
          <w:strike w:val="0"/>
          <w:sz w:val="22"/>
          <w:highlight w:val="cyan"/>
          <w:u w:val="single"/>
        </w:rPr>
        <w:t>, which</w:t>
      </w:r>
      <w:r>
        <w:rPr>
          <w:b w:val="0"/>
          <w:i w:val="0"/>
          <w:smallCaps w:val="0"/>
          <w:strike w:val="0"/>
          <w:sz w:val="22"/>
          <w:u w:val="single"/>
        </w:rPr>
        <w:t xml:space="preserve"> enables humanity to better </w:t>
      </w:r>
      <w:r>
        <w:rPr>
          <w:b/>
          <w:i w:val="0"/>
          <w:smallCaps w:val="0"/>
          <w:strike w:val="0"/>
          <w:sz w:val="22"/>
          <w:highlight w:val="cyan"/>
          <w:u w:val="single"/>
        </w:rPr>
        <w:t xml:space="preserve">navigate </w:t>
      </w:r>
      <w:r>
        <w:rPr>
          <w:b/>
          <w:i w:val="0"/>
          <w:smallCaps w:val="0"/>
          <w:strike w:val="0"/>
          <w:sz w:val="30"/>
          <w:highlight w:val="cyan"/>
          <w:u w:val="single"/>
        </w:rPr>
        <w:t>existential risks</w:t>
      </w:r>
      <w:r>
        <w:rPr>
          <w:b w:val="0"/>
          <w:i w:val="0"/>
          <w:smallCaps w:val="0"/>
          <w:strike w:val="0"/>
          <w:sz w:val="28"/>
          <w:u w:val="single"/>
        </w:rPr>
        <w:t xml:space="preserve"> </w:t>
      </w:r>
      <w:r>
        <w:rPr>
          <w:b w:val="0"/>
          <w:i w:val="0"/>
          <w:smallCaps w:val="0"/>
          <w:strike w:val="0"/>
          <w:sz w:val="22"/>
          <w:u w:val="single"/>
        </w:rPr>
        <w:t xml:space="preserve">and other </w:t>
      </w:r>
      <w:r>
        <w:rPr>
          <w:b/>
          <w:i w:val="0"/>
          <w:smallCaps w:val="0"/>
          <w:strike w:val="0"/>
          <w:sz w:val="22"/>
          <w:u w:val="single"/>
        </w:rPr>
        <w:t>global challenges</w:t>
      </w:r>
      <w:r>
        <w:rPr>
          <w:b w:val="0"/>
          <w:i w:val="0"/>
          <w:smallCaps w:val="0"/>
          <w:strike w:val="0"/>
          <w:sz w:val="16"/>
          <w:u w:val="none"/>
        </w:rPr>
        <w:t xml:space="preserve">.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w:t>
      </w:r>
      <w:r>
        <w:rPr>
          <w:b w:val="0"/>
          <w:i w:val="0"/>
          <w:smallCaps w:val="0"/>
          <w:strike w:val="0"/>
          <w:sz w:val="16"/>
          <w:u w:val="none"/>
        </w:rPr>
        <w:t>humanity as a whole</w:t>
      </w:r>
      <w:r>
        <w:rPr>
          <w:b w:val="0"/>
          <w:i w:val="0"/>
          <w:smallCaps w:val="0"/>
          <w:strike w:val="0"/>
          <w:sz w:val="16"/>
          <w:u w:val="none"/>
        </w:rPr>
        <w:t xml:space="preserve">. It has been proposed that humanity should engage in a “long reflection”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r>
        <w:rPr>
          <w:b w:val="0"/>
          <w:i w:val="0"/>
          <w:smallCaps w:val="0"/>
          <w:strike w:val="0"/>
          <w:sz w:val="22"/>
          <w:u w:val="single"/>
        </w:rPr>
        <w:t xml:space="preserve">Currently, about </w:t>
      </w:r>
      <w:r>
        <w:rPr>
          <w:b/>
          <w:i w:val="0"/>
          <w:smallCaps w:val="0"/>
          <w:strike w:val="0"/>
          <w:sz w:val="22"/>
          <w:u w:val="single"/>
        </w:rPr>
        <w:t>689 million</w:t>
      </w:r>
      <w:r>
        <w:rPr>
          <w:b w:val="0"/>
          <w:i w:val="0"/>
          <w:smallCaps w:val="0"/>
          <w:strike w:val="0"/>
          <w:sz w:val="22"/>
          <w:u w:val="single"/>
        </w:rPr>
        <w:t xml:space="preserve"> of the 8 billion people worldwide live in </w:t>
      </w:r>
      <w:r>
        <w:rPr>
          <w:b/>
          <w:i w:val="0"/>
          <w:smallCaps w:val="0"/>
          <w:strike w:val="0"/>
          <w:sz w:val="22"/>
          <w:u w:val="single"/>
        </w:rPr>
        <w:t>extreme poverty</w:t>
      </w:r>
      <w:r>
        <w:rPr>
          <w:b w:val="0"/>
          <w:i w:val="0"/>
          <w:smallCaps w:val="0"/>
          <w:strike w:val="0"/>
          <w:sz w:val="22"/>
          <w:u w:val="single"/>
        </w:rPr>
        <w:t xml:space="preserve">, and they </w:t>
      </w:r>
      <w:r>
        <w:rPr>
          <w:b/>
          <w:i w:val="0"/>
          <w:smallCaps w:val="0"/>
          <w:strike w:val="0"/>
          <w:sz w:val="22"/>
          <w:u w:val="single"/>
        </w:rPr>
        <w:t>cannot</w:t>
      </w:r>
      <w:r>
        <w:rPr>
          <w:b w:val="0"/>
          <w:i w:val="0"/>
          <w:smallCaps w:val="0"/>
          <w:strike w:val="0"/>
          <w:sz w:val="22"/>
          <w:u w:val="single"/>
        </w:rPr>
        <w:t xml:space="preserve"> participate meaningfully in world governance</w:t>
      </w:r>
      <w:r>
        <w:rPr>
          <w:b w:val="0"/>
          <w:i w:val="0"/>
          <w:smallCaps w:val="0"/>
          <w:strike w:val="0"/>
          <w:sz w:val="16"/>
          <w:u w:val="none"/>
        </w:rPr>
        <w:t xml:space="preserve"> </w:t>
      </w:r>
      <w:r>
        <w:rPr>
          <w:b w:val="0"/>
          <w:i w:val="0"/>
          <w:smallCaps w:val="0"/>
          <w:strike w:val="0"/>
          <w:sz w:val="16"/>
          <w:u w:val="none"/>
        </w:rPr>
        <w:t>as long as</w:t>
      </w:r>
      <w:r>
        <w:rPr>
          <w:b w:val="0"/>
          <w:i w:val="0"/>
          <w:smallCaps w:val="0"/>
          <w:strike w:val="0"/>
          <w:sz w:val="16"/>
          <w:u w:val="none"/>
        </w:rPr>
        <w:t xml:space="preserve">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Another barrier to diversity in global governance is the structure of institutions such as the United Nations,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w:t>
      </w:r>
      <w:r>
        <w:rPr>
          <w:b w:val="0"/>
          <w:i w:val="0"/>
          <w:smallCaps w:val="0"/>
          <w:strike w:val="0"/>
          <w:sz w:val="16"/>
          <w:u w:val="none"/>
        </w:rPr>
        <w:t xml:space="preserve"> </w:t>
      </w:r>
      <w:r>
        <w:rPr>
          <w:b/>
          <w:i w:val="0"/>
          <w:smallCaps w:val="0"/>
          <w:strike w:val="0"/>
          <w:sz w:val="22"/>
          <w:u w:val="single"/>
        </w:rPr>
        <w:t>Another</w:t>
      </w:r>
      <w:r>
        <w:rPr>
          <w:b w:val="0"/>
          <w:i w:val="0"/>
          <w:smallCaps w:val="0"/>
          <w:strike w:val="0"/>
          <w:sz w:val="22"/>
          <w:u w:val="single"/>
        </w:rPr>
        <w:t xml:space="preserve"> important way in which global development improves the long-term future is by </w:t>
      </w:r>
      <w:r>
        <w:rPr>
          <w:b/>
          <w:i w:val="0"/>
          <w:smallCaps w:val="0"/>
          <w:strike w:val="0"/>
          <w:sz w:val="22"/>
          <w:u w:val="single"/>
        </w:rPr>
        <w:t>reducing existential risks</w:t>
      </w:r>
      <w:r>
        <w:rPr>
          <w:b w:val="0"/>
          <w:i w:val="0"/>
          <w:smallCaps w:val="0"/>
          <w:strike w:val="0"/>
          <w:sz w:val="22"/>
          <w:u w:val="single"/>
        </w:rPr>
        <w:t xml:space="preserve">, particularly risks from </w:t>
      </w:r>
      <w:r>
        <w:rPr>
          <w:b/>
          <w:i w:val="0"/>
          <w:smallCaps w:val="0"/>
          <w:strike w:val="0"/>
          <w:sz w:val="22"/>
          <w:highlight w:val="cyan"/>
          <w:u w:val="single"/>
        </w:rPr>
        <w:t>pandemics</w:t>
      </w:r>
      <w:r>
        <w:rPr>
          <w:b w:val="0"/>
          <w:i w:val="0"/>
          <w:smallCaps w:val="0"/>
          <w:strike w:val="0"/>
          <w:sz w:val="22"/>
          <w:highlight w:val="cyan"/>
          <w:u w:val="single"/>
        </w:rPr>
        <w:t xml:space="preserve"> and </w:t>
      </w:r>
      <w:r>
        <w:rPr>
          <w:b/>
          <w:i w:val="0"/>
          <w:smallCaps w:val="0"/>
          <w:strike w:val="0"/>
          <w:sz w:val="22"/>
          <w:highlight w:val="cyan"/>
          <w:u w:val="single"/>
        </w:rPr>
        <w:t>political instability</w:t>
      </w:r>
      <w:r>
        <w:rPr>
          <w:b w:val="0"/>
          <w:i w:val="0"/>
          <w:smallCaps w:val="0"/>
          <w:strike w:val="0"/>
          <w:sz w:val="16"/>
          <w:u w:val="none"/>
        </w:rPr>
        <w:t xml:space="preserve">. 80,000 Hours estimates that the risk of a biological existential catastrophe in the next 100 years is about 1 in 1000. </w:t>
      </w:r>
      <w:r>
        <w:rPr>
          <w:b w:val="0"/>
          <w:i w:val="0"/>
          <w:smallCaps w:val="0"/>
          <w:strike w:val="0"/>
          <w:sz w:val="22"/>
          <w:highlight w:val="cyan"/>
          <w:u w:val="single"/>
        </w:rPr>
        <w:t>Poverty</w:t>
      </w:r>
      <w:r>
        <w:rPr>
          <w:b w:val="0"/>
          <w:i w:val="0"/>
          <w:smallCaps w:val="0"/>
          <w:strike w:val="0"/>
          <w:sz w:val="22"/>
          <w:u w:val="single"/>
        </w:rPr>
        <w:t xml:space="preserve"> makes communities more susceptible to </w:t>
      </w:r>
      <w:r>
        <w:rPr>
          <w:b w:val="0"/>
          <w:i w:val="0"/>
          <w:smallCaps w:val="0"/>
          <w:strike w:val="0"/>
          <w:sz w:val="22"/>
          <w:highlight w:val="cyan"/>
          <w:u w:val="single"/>
        </w:rPr>
        <w:t>spread</w:t>
      </w:r>
      <w:r>
        <w:rPr>
          <w:b w:val="0"/>
          <w:i w:val="0"/>
          <w:smallCaps w:val="0"/>
          <w:strike w:val="0"/>
          <w:sz w:val="22"/>
          <w:u w:val="single"/>
        </w:rPr>
        <w:t xml:space="preserve">ing infectious </w:t>
      </w:r>
      <w:r>
        <w:rPr>
          <w:b/>
          <w:i w:val="0"/>
          <w:smallCaps w:val="0"/>
          <w:strike w:val="0"/>
          <w:sz w:val="22"/>
          <w:highlight w:val="cyan"/>
          <w:u w:val="single"/>
        </w:rPr>
        <w:t>diseases</w:t>
      </w:r>
      <w:r>
        <w:rPr>
          <w:b w:val="0"/>
          <w:i w:val="0"/>
          <w:smallCaps w:val="0"/>
          <w:strike w:val="0"/>
          <w:sz w:val="16"/>
          <w:u w:val="none"/>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Pr>
          <w:b w:val="0"/>
          <w:i w:val="0"/>
          <w:smallCaps w:val="0"/>
          <w:strike w:val="0"/>
          <w:sz w:val="22"/>
          <w:u w:val="single"/>
        </w:rPr>
        <w:t xml:space="preserve">Raising national </w:t>
      </w:r>
      <w:r>
        <w:rPr>
          <w:b w:val="0"/>
          <w:i w:val="0"/>
          <w:smallCaps w:val="0"/>
          <w:strike w:val="0"/>
          <w:sz w:val="22"/>
          <w:highlight w:val="cyan"/>
          <w:u w:val="single"/>
        </w:rPr>
        <w:t>income improves</w:t>
      </w:r>
      <w:r>
        <w:rPr>
          <w:b w:val="0"/>
          <w:i w:val="0"/>
          <w:smallCaps w:val="0"/>
          <w:strike w:val="0"/>
          <w:sz w:val="22"/>
          <w:u w:val="single"/>
        </w:rPr>
        <w:t xml:space="preserve"> </w:t>
      </w:r>
      <w:r>
        <w:rPr>
          <w:b/>
          <w:i w:val="0"/>
          <w:smallCaps w:val="0"/>
          <w:strike w:val="0"/>
          <w:sz w:val="22"/>
          <w:u w:val="single"/>
        </w:rPr>
        <w:t>population health</w:t>
      </w:r>
      <w:r>
        <w:rPr>
          <w:b w:val="0"/>
          <w:i w:val="0"/>
          <w:smallCaps w:val="0"/>
          <w:strike w:val="0"/>
          <w:sz w:val="22"/>
          <w:u w:val="single"/>
        </w:rPr>
        <w:t xml:space="preserve"> and enables countries to </w:t>
      </w:r>
      <w:r>
        <w:rPr>
          <w:b/>
          <w:i w:val="0"/>
          <w:smallCaps w:val="0"/>
          <w:strike w:val="0"/>
          <w:sz w:val="22"/>
          <w:u w:val="single"/>
        </w:rPr>
        <w:t>invest more</w:t>
      </w:r>
      <w:r>
        <w:rPr>
          <w:b w:val="0"/>
          <w:i w:val="0"/>
          <w:smallCaps w:val="0"/>
          <w:strike w:val="0"/>
          <w:sz w:val="22"/>
          <w:u w:val="single"/>
        </w:rPr>
        <w:t xml:space="preserve"> in </w:t>
      </w:r>
      <w:r>
        <w:rPr>
          <w:b/>
          <w:i w:val="0"/>
          <w:smallCaps w:val="0"/>
          <w:strike w:val="0"/>
          <w:sz w:val="22"/>
          <w:highlight w:val="cyan"/>
          <w:u w:val="single"/>
        </w:rPr>
        <w:t>public</w:t>
      </w:r>
      <w:r>
        <w:rPr>
          <w:b/>
          <w:i w:val="0"/>
          <w:smallCaps w:val="0"/>
          <w:strike w:val="0"/>
          <w:sz w:val="22"/>
          <w:u w:val="single"/>
        </w:rPr>
        <w:t xml:space="preserve"> health </w:t>
      </w:r>
      <w:r>
        <w:rPr>
          <w:b/>
          <w:i w:val="0"/>
          <w:smallCaps w:val="0"/>
          <w:strike w:val="0"/>
          <w:sz w:val="22"/>
          <w:highlight w:val="cyan"/>
          <w:u w:val="single"/>
        </w:rPr>
        <w:t>infrastructure</w:t>
      </w:r>
      <w:r>
        <w:rPr>
          <w:b w:val="0"/>
          <w:i w:val="0"/>
          <w:smallCaps w:val="0"/>
          <w:strike w:val="0"/>
          <w:sz w:val="22"/>
          <w:u w:val="single"/>
        </w:rPr>
        <w:t xml:space="preserve">, which makes populations more </w:t>
      </w:r>
      <w:r>
        <w:rPr>
          <w:b/>
          <w:i w:val="0"/>
          <w:smallCaps w:val="0"/>
          <w:strike w:val="0"/>
          <w:sz w:val="22"/>
          <w:highlight w:val="cyan"/>
          <w:u w:val="single"/>
        </w:rPr>
        <w:t>resilient</w:t>
      </w:r>
      <w:r>
        <w:rPr>
          <w:b w:val="0"/>
          <w:i w:val="0"/>
          <w:smallCaps w:val="0"/>
          <w:strike w:val="0"/>
          <w:sz w:val="22"/>
          <w:highlight w:val="cyan"/>
          <w:u w:val="single"/>
        </w:rPr>
        <w:t xml:space="preserve"> to</w:t>
      </w:r>
      <w:r>
        <w:rPr>
          <w:b w:val="0"/>
          <w:i w:val="0"/>
          <w:smallCaps w:val="0"/>
          <w:strike w:val="0"/>
          <w:sz w:val="22"/>
          <w:u w:val="single"/>
        </w:rPr>
        <w:t xml:space="preserve"> potentially </w:t>
      </w:r>
      <w:r>
        <w:rPr>
          <w:b/>
          <w:i w:val="0"/>
          <w:smallCaps w:val="0"/>
          <w:strike w:val="0"/>
          <w:sz w:val="22"/>
          <w:highlight w:val="cyan"/>
          <w:u w:val="single"/>
        </w:rPr>
        <w:t>catastrophic pandemics</w:t>
      </w:r>
      <w:r>
        <w:rPr>
          <w:b w:val="0"/>
          <w:i w:val="0"/>
          <w:smallCaps w:val="0"/>
          <w:strike w:val="0"/>
          <w:sz w:val="16"/>
          <w:u w:val="none"/>
        </w:rPr>
        <w:t xml:space="preserve">. </w:t>
      </w:r>
      <w:r>
        <w:rPr>
          <w:b/>
          <w:i w:val="0"/>
          <w:smallCaps w:val="0"/>
          <w:strike w:val="0"/>
          <w:sz w:val="22"/>
          <w:u w:val="single"/>
        </w:rPr>
        <w:t xml:space="preserve">Global </w:t>
      </w:r>
      <w:r>
        <w:rPr>
          <w:b/>
          <w:i w:val="0"/>
          <w:smallCaps w:val="0"/>
          <w:strike w:val="0"/>
          <w:sz w:val="22"/>
          <w:highlight w:val="cyan"/>
          <w:u w:val="single"/>
        </w:rPr>
        <w:t>poverty</w:t>
      </w:r>
      <w:r>
        <w:rPr>
          <w:b w:val="0"/>
          <w:i w:val="0"/>
          <w:smallCaps w:val="0"/>
          <w:strike w:val="0"/>
          <w:sz w:val="22"/>
          <w:u w:val="single"/>
        </w:rPr>
        <w:t xml:space="preserve"> also </w:t>
      </w:r>
      <w:r>
        <w:rPr>
          <w:b w:val="0"/>
          <w:i w:val="0"/>
          <w:smallCaps w:val="0"/>
          <w:strike w:val="0"/>
          <w:sz w:val="22"/>
          <w:highlight w:val="cyan"/>
          <w:u w:val="single"/>
        </w:rPr>
        <w:t xml:space="preserve">causes </w:t>
      </w:r>
      <w:r>
        <w:rPr>
          <w:b/>
          <w:i w:val="0"/>
          <w:smallCaps w:val="0"/>
          <w:strike w:val="0"/>
          <w:sz w:val="22"/>
          <w:highlight w:val="cyan"/>
          <w:u w:val="single"/>
        </w:rPr>
        <w:t>existential risk</w:t>
      </w:r>
      <w:r>
        <w:rPr>
          <w:b w:val="0"/>
          <w:i w:val="0"/>
          <w:smallCaps w:val="0"/>
          <w:strike w:val="0"/>
          <w:sz w:val="22"/>
          <w:highlight w:val="cyan"/>
          <w:u w:val="single"/>
        </w:rPr>
        <w:t xml:space="preserve"> through</w:t>
      </w:r>
      <w:r>
        <w:rPr>
          <w:b w:val="0"/>
          <w:i w:val="0"/>
          <w:smallCaps w:val="0"/>
          <w:strike w:val="0"/>
          <w:sz w:val="22"/>
          <w:u w:val="single"/>
        </w:rPr>
        <w:t xml:space="preserve"> its negative effects on </w:t>
      </w:r>
      <w:r>
        <w:rPr>
          <w:b/>
          <w:i w:val="0"/>
          <w:smallCaps w:val="0"/>
          <w:strike w:val="0"/>
          <w:sz w:val="22"/>
          <w:highlight w:val="cyan"/>
          <w:u w:val="single"/>
        </w:rPr>
        <w:t>international security</w:t>
      </w:r>
      <w:r>
        <w:rPr>
          <w:b w:val="0"/>
          <w:i w:val="0"/>
          <w:smallCaps w:val="0"/>
          <w:strike w:val="0"/>
          <w:sz w:val="22"/>
          <w:u w:val="single"/>
        </w:rPr>
        <w:t xml:space="preserve">. Many developing countries, particularly weak states, are caught in a </w:t>
      </w:r>
      <w:r>
        <w:rPr>
          <w:b/>
          <w:i w:val="0"/>
          <w:smallCaps w:val="0"/>
          <w:strike w:val="0"/>
          <w:sz w:val="22"/>
          <w:u w:val="single"/>
        </w:rPr>
        <w:t>vicious cycle</w:t>
      </w:r>
      <w:r>
        <w:rPr>
          <w:b w:val="0"/>
          <w:i w:val="0"/>
          <w:smallCaps w:val="0"/>
          <w:strike w:val="0"/>
          <w:sz w:val="22"/>
          <w:u w:val="single"/>
        </w:rPr>
        <w:t xml:space="preserve"> of poverty, </w:t>
      </w:r>
      <w:r>
        <w:rPr>
          <w:b/>
          <w:i w:val="0"/>
          <w:smallCaps w:val="0"/>
          <w:strike w:val="0"/>
          <w:sz w:val="22"/>
          <w:u w:val="single"/>
        </w:rPr>
        <w:t>corruption</w:t>
      </w:r>
      <w:r>
        <w:rPr>
          <w:b w:val="0"/>
          <w:i w:val="0"/>
          <w:smallCaps w:val="0"/>
          <w:strike w:val="0"/>
          <w:sz w:val="22"/>
          <w:u w:val="single"/>
        </w:rPr>
        <w:t xml:space="preserve">, and </w:t>
      </w:r>
      <w:r>
        <w:rPr>
          <w:b/>
          <w:i w:val="0"/>
          <w:smallCaps w:val="0"/>
          <w:strike w:val="0"/>
          <w:sz w:val="22"/>
          <w:u w:val="single"/>
        </w:rPr>
        <w:t>political instability</w:t>
      </w:r>
      <w:r>
        <w:rPr>
          <w:b w:val="0"/>
          <w:i w:val="0"/>
          <w:smallCaps w:val="0"/>
          <w:strike w:val="0"/>
          <w:sz w:val="16"/>
          <w:u w:val="none"/>
        </w:rPr>
        <w:t xml:space="preserve">: “Inept, corrupt, or weak governance fosters poverty; widespread poverty makes effective, equitable governance more difficult to achieve; and when weak governments fail to improve their people’s lives, their legitimacy suffers.” </w:t>
      </w:r>
      <w:r>
        <w:rPr>
          <w:b w:val="0"/>
          <w:i w:val="0"/>
          <w:smallCaps w:val="0"/>
          <w:strike w:val="0"/>
          <w:sz w:val="22"/>
          <w:highlight w:val="cyan"/>
          <w:u w:val="single"/>
        </w:rPr>
        <w:t>Weak states</w:t>
      </w:r>
      <w:r>
        <w:rPr>
          <w:b w:val="0"/>
          <w:i w:val="0"/>
          <w:smallCaps w:val="0"/>
          <w:strike w:val="0"/>
          <w:sz w:val="22"/>
          <w:u w:val="single"/>
        </w:rPr>
        <w:t xml:space="preserve"> often </w:t>
      </w:r>
      <w:r>
        <w:rPr>
          <w:b/>
          <w:i w:val="0"/>
          <w:smallCaps w:val="0"/>
          <w:strike w:val="0"/>
          <w:sz w:val="22"/>
          <w:highlight w:val="cyan"/>
          <w:u w:val="single"/>
        </w:rPr>
        <w:t>engender terrorism</w:t>
      </w:r>
      <w:r>
        <w:rPr>
          <w:b w:val="0"/>
          <w:i w:val="0"/>
          <w:smallCaps w:val="0"/>
          <w:strike w:val="0"/>
          <w:sz w:val="22"/>
          <w:highlight w:val="cyan"/>
          <w:u w:val="single"/>
        </w:rPr>
        <w:t xml:space="preserve"> and </w:t>
      </w:r>
      <w:r>
        <w:rPr>
          <w:b/>
          <w:i w:val="0"/>
          <w:smallCaps w:val="0"/>
          <w:strike w:val="0"/>
          <w:sz w:val="22"/>
          <w:highlight w:val="cyan"/>
          <w:u w:val="single"/>
        </w:rPr>
        <w:t>crime</w:t>
      </w:r>
      <w:r>
        <w:rPr>
          <w:b w:val="0"/>
          <w:i w:val="0"/>
          <w:smallCaps w:val="0"/>
          <w:strike w:val="0"/>
          <w:sz w:val="22"/>
          <w:u w:val="single"/>
        </w:rPr>
        <w:t xml:space="preserve"> because they are unable to maintain law and order in their territories</w:t>
      </w:r>
      <w:r>
        <w:rPr>
          <w:b w:val="0"/>
          <w:i w:val="0"/>
          <w:smallCaps w:val="0"/>
          <w:strike w:val="0"/>
          <w:sz w:val="16"/>
          <w:u w:val="none"/>
        </w:rPr>
        <w:t xml:space="preserve">. Global development in practice There are two general ways </w:t>
      </w:r>
      <w:r>
        <w:rPr>
          <w:b w:val="0"/>
          <w:i w:val="0"/>
          <w:smallCaps w:val="0"/>
          <w:strike w:val="0"/>
          <w:sz w:val="22"/>
          <w:u w:val="single"/>
        </w:rPr>
        <w:t>to increase the living standards</w:t>
      </w:r>
      <w:r>
        <w:rPr>
          <w:b w:val="0"/>
          <w:i w:val="0"/>
          <w:smallCaps w:val="0"/>
          <w:strike w:val="0"/>
          <w:sz w:val="16"/>
          <w:u w:val="none"/>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Pr>
          <w:b w:val="0"/>
          <w:i w:val="0"/>
          <w:smallCaps w:val="0"/>
          <w:strike w:val="0"/>
          <w:sz w:val="22"/>
          <w:u w:val="single"/>
        </w:rPr>
        <w:t>pursue policies to increase the productivity of low-income countries so that their people are better off.</w:t>
      </w:r>
      <w:r>
        <w:rPr>
          <w:b w:val="0"/>
          <w:i w:val="0"/>
          <w:smallCaps w:val="0"/>
          <w:strike w:val="0"/>
          <w:sz w:val="16"/>
          <w:u w:val="none"/>
        </w:rPr>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income countries.11 Catch-up growth </w:t>
      </w:r>
      <w:r>
        <w:rPr>
          <w:b w:val="0"/>
          <w:i w:val="0"/>
          <w:smallCaps w:val="0"/>
          <w:strike w:val="0"/>
          <w:sz w:val="22"/>
          <w:u w:val="single"/>
        </w:rPr>
        <w:t>Economic growth improves quality of life better than public health interventions</w:t>
      </w:r>
      <w:r>
        <w:rPr>
          <w:b w:val="0"/>
          <w:i w:val="0"/>
          <w:smallCaps w:val="0"/>
          <w:strike w:val="0"/>
          <w:sz w:val="16"/>
          <w:u w:val="none"/>
        </w:rPr>
        <w:t xml:space="preserve">. However, it is difficult for a country to increase its income unless the country's leadership is both dedicated to this </w:t>
      </w:r>
      <w:r>
        <w:rPr>
          <w:b w:val="0"/>
          <w:i w:val="0"/>
          <w:smallCaps w:val="0"/>
          <w:strike w:val="0"/>
          <w:sz w:val="16"/>
          <w:u w:val="none"/>
        </w:rPr>
        <w:t>cause, and</w:t>
      </w:r>
      <w:r>
        <w:rPr>
          <w:b w:val="0"/>
          <w:i w:val="0"/>
          <w:smallCaps w:val="0"/>
          <w:strike w:val="0"/>
          <w:sz w:val="16"/>
          <w:u w:val="none"/>
        </w:rPr>
        <w:t xml:space="preserve">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Here are some examples of organizations pursuing catch-up growth in low- and middle-income countries: The World Bank and IMF provide loans and advice to </w:t>
      </w:r>
      <w:r>
        <w:rPr>
          <w:b w:val="0"/>
          <w:i w:val="0"/>
          <w:smallCaps w:val="0"/>
          <w:strike w:val="0"/>
          <w:sz w:val="16"/>
          <w:u w:val="none"/>
        </w:rPr>
        <w:t>low and middle income</w:t>
      </w:r>
      <w:r>
        <w:rPr>
          <w:b w:val="0"/>
          <w:i w:val="0"/>
          <w:smallCaps w:val="0"/>
          <w:strike w:val="0"/>
          <w:sz w:val="16"/>
          <w:u w:val="none"/>
        </w:rPr>
        <w:t xml:space="preserv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w:t>
      </w:r>
      <w:r>
        <w:rPr>
          <w:b w:val="0"/>
          <w:i w:val="0"/>
          <w:smallCaps w:val="0"/>
          <w:strike w:val="0"/>
          <w:sz w:val="16"/>
          <w:u w:val="none"/>
        </w:rPr>
        <w:t>production</w:t>
      </w:r>
      <w:r>
        <w:rPr>
          <w:b w:val="0"/>
          <w:i w:val="0"/>
          <w:smallCaps w:val="0"/>
          <w:strike w:val="0"/>
          <w:sz w:val="16"/>
          <w:u w:val="none"/>
        </w:rPr>
        <w:t xml:space="preserve"> value of exports. Interestingly, investment in non-hydro renewable energy has </w:t>
      </w:r>
      <w:r>
        <w:rPr>
          <w:b w:val="0"/>
          <w:i w:val="0"/>
          <w:smallCaps w:val="0"/>
          <w:strike w:val="0"/>
          <w:sz w:val="16"/>
          <w:u w:val="none"/>
        </w:rPr>
        <w:t>actually tipped</w:t>
      </w:r>
      <w:r>
        <w:rPr>
          <w:b w:val="0"/>
          <w:i w:val="0"/>
          <w:smallCaps w:val="0"/>
          <w:strike w:val="0"/>
          <w:sz w:val="16"/>
          <w:u w:val="none"/>
        </w:rPr>
        <w:t xml:space="preserve"> to be greater in low- and middle-income countries than in high-income countries, now that solar has become cheaper. The Center for Global Development advocates for rich-world policies that benefit low- and middle-income countries. Other organizations engage in activities such as microloans, which are shown to benefit the recipient </w:t>
      </w:r>
      <w:r>
        <w:rPr>
          <w:b w:val="0"/>
          <w:i w:val="0"/>
          <w:smallCaps w:val="0"/>
          <w:strike w:val="0"/>
          <w:sz w:val="16"/>
          <w:u w:val="none"/>
        </w:rPr>
        <w:t>as long as</w:t>
      </w:r>
      <w:r>
        <w:rPr>
          <w:b w:val="0"/>
          <w:i w:val="0"/>
          <w:smallCaps w:val="0"/>
          <w:strike w:val="0"/>
          <w:sz w:val="16"/>
          <w:u w:val="none"/>
        </w:rPr>
        <w:t xml:space="preserve"> the microloan is not used to fund people joining multi-level marketing schemes. Organizations like Grameen America should stop allowing the loans to be used for this purpose. </w:t>
      </w:r>
      <w:r>
        <w:rPr>
          <w:b w:val="0"/>
          <w:i w:val="0"/>
          <w:smallCaps w:val="0"/>
          <w:strike w:val="0"/>
          <w:sz w:val="16"/>
          <w:u w:val="none"/>
        </w:rPr>
        <w:t>Overall</w:t>
      </w:r>
      <w:r>
        <w:rPr>
          <w:b w:val="0"/>
          <w:i w:val="0"/>
          <w:smallCaps w:val="0"/>
          <w:strike w:val="0"/>
          <w:sz w:val="16"/>
          <w:u w:val="none"/>
        </w:rPr>
        <w:t xml:space="preserve"> there are many more initiatives meant to alleviate poverty than to encourage the economic development and democratic power necessary to end it. </w:t>
      </w:r>
      <w:r>
        <w:rPr>
          <w:b w:val="0"/>
          <w:i w:val="0"/>
          <w:smallCaps w:val="0"/>
          <w:strike w:val="0"/>
          <w:sz w:val="22"/>
          <w:u w:val="single"/>
        </w:rPr>
        <w:t>Given that government-led development is hard without a people in power dedicated to and capable of executing development strategy</w:t>
      </w:r>
      <w:r>
        <w:rPr>
          <w:b w:val="0"/>
          <w:i w:val="0"/>
          <w:smallCaps w:val="0"/>
          <w:strike w:val="0"/>
          <w:sz w:val="16"/>
          <w:u w:val="none"/>
        </w:rPr>
        <w:t xml:space="preserve">, </w:t>
      </w:r>
      <w:r>
        <w:rPr>
          <w:b/>
          <w:i w:val="0"/>
          <w:smallCaps w:val="0"/>
          <w:strike w:val="0"/>
          <w:sz w:val="22"/>
          <w:u w:val="single"/>
        </w:rPr>
        <w:t xml:space="preserve">the mechanism by which </w:t>
      </w:r>
      <w:r>
        <w:rPr>
          <w:b/>
          <w:i w:val="0"/>
          <w:smallCaps w:val="0"/>
          <w:strike w:val="0"/>
          <w:sz w:val="22"/>
          <w:highlight w:val="cyan"/>
          <w:u w:val="single"/>
        </w:rPr>
        <w:t>development happens</w:t>
      </w:r>
      <w:r>
        <w:rPr>
          <w:b/>
          <w:i w:val="0"/>
          <w:smallCaps w:val="0"/>
          <w:strike w:val="0"/>
          <w:sz w:val="22"/>
          <w:u w:val="single"/>
        </w:rPr>
        <w:t xml:space="preserve"> is </w:t>
      </w:r>
      <w:r>
        <w:rPr>
          <w:b/>
          <w:i w:val="0"/>
          <w:smallCaps w:val="0"/>
          <w:strike w:val="0"/>
          <w:sz w:val="22"/>
          <w:highlight w:val="cyan"/>
          <w:u w:val="single"/>
        </w:rPr>
        <w:t>by successful businesses giving</w:t>
      </w:r>
      <w:r>
        <w:rPr>
          <w:b/>
          <w:i w:val="0"/>
          <w:smallCaps w:val="0"/>
          <w:strike w:val="0"/>
          <w:sz w:val="22"/>
          <w:u w:val="single"/>
        </w:rPr>
        <w:t xml:space="preserve"> people stable </w:t>
      </w:r>
      <w:r>
        <w:rPr>
          <w:b/>
          <w:i w:val="0"/>
          <w:smallCaps w:val="0"/>
          <w:strike w:val="0"/>
          <w:sz w:val="22"/>
          <w:highlight w:val="cyan"/>
          <w:u w:val="single"/>
        </w:rPr>
        <w:t>jobs</w:t>
      </w:r>
      <w:r>
        <w:rPr>
          <w:b w:val="0"/>
          <w:i w:val="0"/>
          <w:smallCaps w:val="0"/>
          <w:strike w:val="0"/>
          <w:sz w:val="16"/>
          <w:u w:val="none"/>
        </w:rPr>
        <w:t xml:space="preserve">, especially jobs that upskill workers in their career. Conclusion While a naive application of </w:t>
      </w:r>
      <w:r>
        <w:rPr>
          <w:b w:val="0"/>
          <w:i w:val="0"/>
          <w:smallCaps w:val="0"/>
          <w:strike w:val="0"/>
          <w:sz w:val="16"/>
          <w:u w:val="none"/>
        </w:rPr>
        <w:t>longtermism</w:t>
      </w:r>
      <w:r>
        <w:rPr>
          <w:b w:val="0"/>
          <w:i w:val="0"/>
          <w:smallCaps w:val="0"/>
          <w:strike w:val="0"/>
          <w:sz w:val="16"/>
          <w:u w:val="none"/>
        </w:rPr>
        <w:t xml:space="preserve"> might lead one to think that low-income countries are less important than high-income countries, this view is facile because it ignores the fact that countries can and do develop over time. Rather, </w:t>
      </w:r>
      <w:r>
        <w:rPr>
          <w:b w:val="0"/>
          <w:i w:val="0"/>
          <w:smallCaps w:val="0"/>
          <w:strike w:val="0"/>
          <w:sz w:val="16"/>
          <w:u w:val="none"/>
        </w:rPr>
        <w:t>longtermism</w:t>
      </w:r>
      <w:r>
        <w:rPr>
          <w:b w:val="0"/>
          <w:i w:val="0"/>
          <w:smallCaps w:val="0"/>
          <w:strike w:val="0"/>
          <w:sz w:val="16"/>
          <w:u w:val="none"/>
        </w:rPr>
        <w:t xml:space="preserve"> speaks to the importance of developing low-income countries into high-income ones. </w:t>
      </w:r>
      <w:r>
        <w:rPr>
          <w:b w:val="0"/>
          <w:i w:val="0"/>
          <w:smallCaps w:val="0"/>
          <w:strike w:val="0"/>
          <w:sz w:val="22"/>
          <w:u w:val="single"/>
        </w:rPr>
        <w:t xml:space="preserve">Global development improves the long-term future of humanity by improving global governance and decreasing civilization’s vulnerability to catastrophic risks. This makes global development a pressing </w:t>
      </w:r>
      <w:r>
        <w:rPr>
          <w:b w:val="0"/>
          <w:i w:val="0"/>
          <w:smallCaps w:val="0"/>
          <w:strike w:val="0"/>
          <w:sz w:val="22"/>
          <w:u w:val="single"/>
        </w:rPr>
        <w:t>longtermist</w:t>
      </w:r>
      <w:r>
        <w:rPr>
          <w:b w:val="0"/>
          <w:i w:val="0"/>
          <w:smallCaps w:val="0"/>
          <w:strike w:val="0"/>
          <w:sz w:val="22"/>
          <w:u w:val="single"/>
        </w:rPr>
        <w:t xml:space="preserve"> issue.</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