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color w:val="000000"/>
          <w:sz w:val="26"/>
          <w:u w:val="none"/>
        </w:rPr>
        <w:t>China rise isn’t a threat.</w:t>
      </w:r>
    </w:p>
    <w:p>
      <w:pPr>
        <w:spacing w:after="80"/>
      </w:pPr>
      <w:r>
        <w:rPr>
          <w:b w:val="0"/>
          <w:i w:val="0"/>
          <w:smallCaps w:val="0"/>
          <w:strike w:val="0"/>
          <w:color w:val="000000"/>
          <w:u w:val="none"/>
        </w:rPr>
        <w:t xml:space="preserve">Denny </w:t>
      </w:r>
      <w:r>
        <w:rPr>
          <w:b/>
          <w:i w:val="0"/>
          <w:smallCaps w:val="0"/>
          <w:strike w:val="0"/>
          <w:sz w:val="26"/>
          <w:u w:val="none"/>
        </w:rPr>
        <w:t>Roy 20</w:t>
      </w:r>
      <w:r>
        <w:rPr>
          <w:b w:val="0"/>
          <w:i w:val="0"/>
          <w:smallCaps w:val="0"/>
          <w:strike w:val="0"/>
          <w:color w:val="000000"/>
          <w:u w:val="none"/>
        </w:rPr>
        <w:t>. Senior Fellow at the East-West Center, specializing in Northeast Asian affairs, Ph.D., Political Science, University of Chicago. “China Won’t Achieve Regional Hegemony”. Spring 2020. Washington Quarterly.</w:t>
      </w:r>
    </w:p>
    <w:p>
      <w:pPr>
        <w:spacing w:after="60"/>
      </w:pPr>
      <w:r>
        <w:rPr>
          <w:b w:val="0"/>
          <w:i w:val="0"/>
          <w:smallCaps w:val="0"/>
          <w:strike w:val="0"/>
          <w:color w:val="000000"/>
          <w:u w:val="single"/>
        </w:rPr>
        <w:t>If the Chinese government expects resistance</w:t>
      </w:r>
      <w:r>
        <w:rPr>
          <w:b w:val="0"/>
          <w:i w:val="0"/>
          <w:smallCaps w:val="0"/>
          <w:strike w:val="0"/>
          <w:color w:val="000000"/>
          <w:sz w:val="16"/>
          <w:u w:val="none"/>
        </w:rPr>
        <w:t xml:space="preserve"> from a militarily strong United States and several mid-sized US security partners, </w:t>
      </w:r>
      <w:r>
        <w:rPr>
          <w:b w:val="0"/>
          <w:i w:val="0"/>
          <w:smallCaps w:val="0"/>
          <w:strike w:val="0"/>
          <w:color w:val="000000"/>
          <w:u w:val="single"/>
        </w:rPr>
        <w:t>Beijing is unlikely to fight for hegemony</w:t>
      </w:r>
      <w:r>
        <w:rPr>
          <w:b w:val="0"/>
          <w:i w:val="0"/>
          <w:smallCaps w:val="0"/>
          <w:strike w:val="0"/>
          <w:color w:val="000000"/>
          <w:sz w:val="16"/>
          <w:u w:val="none"/>
        </w:rPr>
        <w:t xml:space="preserve">. There is a discernable pattern of caution in China’s behavior— </w:t>
      </w:r>
      <w:r>
        <w:rPr>
          <w:b/>
          <w:i w:val="0"/>
          <w:smallCaps w:val="0"/>
          <w:strike w:val="0"/>
          <w:color w:val="000000"/>
          <w:u w:val="single"/>
        </w:rPr>
        <w:t>China consistently</w:t>
      </w:r>
      <w:r>
        <w:rPr>
          <w:b w:val="0"/>
          <w:i w:val="0"/>
          <w:smallCaps w:val="0"/>
          <w:strike w:val="0"/>
          <w:color w:val="000000"/>
          <w:sz w:val="16"/>
          <w:u w:val="none"/>
        </w:rPr>
        <w:t xml:space="preserve"> </w:t>
      </w:r>
      <w:r>
        <w:rPr>
          <w:b w:val="0"/>
          <w:i w:val="0"/>
          <w:smallCaps w:val="0"/>
          <w:strike w:val="0"/>
          <w:color w:val="000000"/>
          <w:u w:val="single"/>
        </w:rPr>
        <w:t>seeks cheap gains while</w:t>
      </w:r>
      <w:r>
        <w:rPr>
          <w:b w:val="0"/>
          <w:i w:val="0"/>
          <w:smallCaps w:val="0"/>
          <w:strike w:val="0"/>
          <w:color w:val="000000"/>
          <w:sz w:val="16"/>
          <w:u w:val="none"/>
        </w:rPr>
        <w:t xml:space="preserve"> </w:t>
      </w:r>
      <w:r>
        <w:rPr>
          <w:b/>
          <w:i w:val="0"/>
          <w:smallCaps w:val="0"/>
          <w:strike w:val="0"/>
          <w:color w:val="000000"/>
          <w:u w:val="single"/>
        </w:rPr>
        <w:t>avoiding costly consequences</w:t>
      </w:r>
      <w:r>
        <w:rPr>
          <w:b/>
          <w:i w:val="0"/>
          <w:smallCaps w:val="0"/>
          <w:strike w:val="0"/>
          <w:color w:val="000000"/>
          <w:u w:val="single"/>
        </w:rPr>
        <w:t>.</w:t>
      </w:r>
      <w:r>
        <w:rPr>
          <w:b w:val="0"/>
          <w:i w:val="0"/>
          <w:smallCaps w:val="0"/>
          <w:strike w:val="0"/>
          <w:color w:val="000000"/>
          <w:sz w:val="16"/>
          <w:u w:val="none"/>
        </w:rPr>
        <w:t xml:space="preserve"> </w:t>
      </w:r>
      <w:r>
        <w:rPr>
          <w:b w:val="0"/>
          <w:i w:val="0"/>
          <w:smallCaps w:val="0"/>
          <w:strike w:val="0"/>
          <w:color w:val="000000"/>
          <w:u w:val="single"/>
        </w:rPr>
        <w:t>This pattern is in keeping with traditional Chinese strategic culture</w:t>
      </w:r>
      <w:r>
        <w:rPr>
          <w:b w:val="0"/>
          <w:i w:val="0"/>
          <w:smallCaps w:val="0"/>
          <w:strike w:val="0"/>
          <w:color w:val="000000"/>
          <w:sz w:val="16"/>
          <w:u w:val="none"/>
        </w:rPr>
        <w:t xml:space="preserve">, which calls for indirect approaches to counter the moves of a strong opponent and eschews Pyrrhic victories. </w:t>
      </w:r>
      <w:r>
        <w:rPr>
          <w:b w:val="0"/>
          <w:i w:val="0"/>
          <w:smallCaps w:val="0"/>
          <w:strike w:val="0"/>
          <w:color w:val="000000"/>
          <w:u w:val="single"/>
        </w:rPr>
        <w:t>Despite</w:t>
      </w:r>
      <w:r>
        <w:rPr>
          <w:b w:val="0"/>
          <w:i w:val="0"/>
          <w:smallCaps w:val="0"/>
          <w:strike w:val="0"/>
          <w:color w:val="000000"/>
          <w:sz w:val="16"/>
          <w:u w:val="none"/>
        </w:rPr>
        <w:t xml:space="preserve"> </w:t>
      </w:r>
      <w:r>
        <w:rPr>
          <w:b/>
          <w:i w:val="0"/>
          <w:smallCaps w:val="0"/>
          <w:strike w:val="0"/>
          <w:color w:val="000000"/>
          <w:u w:val="single"/>
        </w:rPr>
        <w:t>consistently</w:t>
      </w:r>
      <w:r>
        <w:rPr>
          <w:b w:val="0"/>
          <w:i w:val="0"/>
          <w:smallCaps w:val="0"/>
          <w:strike w:val="0"/>
          <w:color w:val="000000"/>
          <w:sz w:val="16"/>
          <w:u w:val="none"/>
        </w:rPr>
        <w:t xml:space="preserve"> </w:t>
      </w:r>
      <w:r>
        <w:rPr>
          <w:b/>
          <w:i w:val="0"/>
          <w:smallCaps w:val="0"/>
          <w:strike w:val="0"/>
          <w:color w:val="000000"/>
          <w:u w:val="single"/>
        </w:rPr>
        <w:t>tough talk</w:t>
      </w:r>
      <w:r>
        <w:rPr>
          <w:b w:val="0"/>
          <w:i w:val="0"/>
          <w:smallCaps w:val="0"/>
          <w:strike w:val="0"/>
          <w:color w:val="000000"/>
          <w:sz w:val="16"/>
          <w:u w:val="none"/>
        </w:rPr>
        <w:t xml:space="preserve"> </w:t>
      </w:r>
      <w:r>
        <w:rPr>
          <w:b w:val="0"/>
          <w:i w:val="0"/>
          <w:smallCaps w:val="0"/>
          <w:strike w:val="0"/>
          <w:color w:val="000000"/>
          <w:u w:val="single"/>
        </w:rPr>
        <w:t>in recent years about a commitment to fight for Chinese territory</w:t>
      </w:r>
      <w:r>
        <w:rPr>
          <w:b w:val="0"/>
          <w:i w:val="0"/>
          <w:smallCaps w:val="0"/>
          <w:strike w:val="0"/>
          <w:color w:val="000000"/>
          <w:sz w:val="16"/>
          <w:u w:val="none"/>
        </w:rPr>
        <w:t xml:space="preserve">,19 </w:t>
      </w:r>
      <w:r>
        <w:rPr>
          <w:b w:val="0"/>
          <w:i w:val="0"/>
          <w:smallCaps w:val="0"/>
          <w:strike w:val="0"/>
          <w:color w:val="000000"/>
          <w:u w:val="single"/>
        </w:rPr>
        <w:t>Beijing’s actions have been</w:t>
      </w:r>
      <w:r>
        <w:rPr>
          <w:b w:val="0"/>
          <w:i w:val="0"/>
          <w:smallCaps w:val="0"/>
          <w:strike w:val="0"/>
          <w:color w:val="000000"/>
          <w:sz w:val="16"/>
          <w:u w:val="none"/>
        </w:rPr>
        <w:t xml:space="preserve"> </w:t>
      </w:r>
      <w:r>
        <w:rPr>
          <w:b/>
          <w:i w:val="0"/>
          <w:smallCaps w:val="0"/>
          <w:strike w:val="0"/>
          <w:color w:val="000000"/>
          <w:u w:val="single"/>
        </w:rPr>
        <w:t>relatively</w:t>
      </w:r>
      <w:r>
        <w:rPr>
          <w:b w:val="0"/>
          <w:i w:val="0"/>
          <w:smallCaps w:val="0"/>
          <w:strike w:val="0"/>
          <w:color w:val="000000"/>
          <w:sz w:val="16"/>
          <w:u w:val="none"/>
        </w:rPr>
        <w:t xml:space="preserve"> </w:t>
      </w:r>
      <w:r>
        <w:rPr>
          <w:b/>
          <w:i w:val="0"/>
          <w:smallCaps w:val="0"/>
          <w:strike w:val="0"/>
          <w:color w:val="000000"/>
          <w:u w:val="single"/>
        </w:rPr>
        <w:t>risk-averse</w:t>
      </w:r>
      <w:r>
        <w:rPr>
          <w:b/>
          <w:i w:val="0"/>
          <w:smallCaps w:val="0"/>
          <w:strike w:val="0"/>
          <w:color w:val="000000"/>
          <w:u w:val="single"/>
        </w:rPr>
        <w:t>.</w:t>
      </w:r>
      <w:r>
        <w:rPr>
          <w:b w:val="0"/>
          <w:i w:val="0"/>
          <w:smallCaps w:val="0"/>
          <w:strike w:val="0"/>
          <w:color w:val="000000"/>
          <w:sz w:val="16"/>
          <w:u w:val="none"/>
        </w:rPr>
        <w:t xml:space="preserve"> </w:t>
      </w:r>
      <w:r>
        <w:rPr>
          <w:b w:val="0"/>
          <w:i w:val="0"/>
          <w:smallCaps w:val="0"/>
          <w:strike w:val="0"/>
          <w:color w:val="000000"/>
          <w:u w:val="single"/>
        </w:rPr>
        <w:t>The</w:t>
      </w:r>
      <w:r>
        <w:rPr>
          <w:b w:val="0"/>
          <w:i w:val="0"/>
          <w:smallCaps w:val="0"/>
          <w:strike w:val="0"/>
          <w:color w:val="000000"/>
          <w:sz w:val="16"/>
          <w:u w:val="none"/>
        </w:rPr>
        <w:t xml:space="preserve"> </w:t>
      </w:r>
      <w:r>
        <w:rPr>
          <w:b w:val="0"/>
          <w:i w:val="0"/>
          <w:smallCaps w:val="0"/>
          <w:strike w:val="0"/>
          <w:color w:val="000000"/>
          <w:u w:val="single"/>
        </w:rPr>
        <w:t>recent Chinese actions that some characterize as bold or assertive have remained below the line likely to trigger a military response</w:t>
      </w:r>
      <w:r>
        <w:rPr>
          <w:b w:val="0"/>
          <w:i w:val="0"/>
          <w:smallCaps w:val="0"/>
          <w:strike w:val="0"/>
          <w:color w:val="000000"/>
          <w:sz w:val="16"/>
          <w:u w:val="none"/>
        </w:rPr>
        <w:t xml:space="preserve"> from other countries. The Chinese government, for example, correctly assessed that the United States would not attempt to physically prevent the construction of Chinese military bases in the South China Sea. The </w:t>
      </w:r>
      <w:r>
        <w:rPr>
          <w:b w:val="0"/>
          <w:i w:val="0"/>
          <w:smallCaps w:val="0"/>
          <w:strike w:val="0"/>
          <w:color w:val="000000"/>
          <w:u w:val="single"/>
        </w:rPr>
        <w:t>patrols</w:t>
      </w:r>
      <w:r>
        <w:rPr>
          <w:b w:val="0"/>
          <w:i w:val="0"/>
          <w:smallCaps w:val="0"/>
          <w:strike w:val="0"/>
          <w:color w:val="000000"/>
          <w:sz w:val="16"/>
          <w:u w:val="none"/>
        </w:rPr>
        <w:t xml:space="preserve"> </w:t>
      </w:r>
      <w:r>
        <w:rPr>
          <w:b w:val="0"/>
          <w:i w:val="0"/>
          <w:smallCaps w:val="0"/>
          <w:strike w:val="0"/>
          <w:color w:val="000000"/>
          <w:u w:val="single"/>
        </w:rPr>
        <w:t>by PLA ships and aircraft</w:t>
      </w:r>
      <w:r>
        <w:rPr>
          <w:b w:val="0"/>
          <w:i w:val="0"/>
          <w:smallCaps w:val="0"/>
          <w:strike w:val="0"/>
          <w:color w:val="000000"/>
          <w:sz w:val="16"/>
          <w:u w:val="none"/>
        </w:rPr>
        <w:t xml:space="preserve"> around Taiwan and near Japanese islands are menacing signals, but they </w:t>
      </w:r>
      <w:r>
        <w:rPr>
          <w:b w:val="0"/>
          <w:i w:val="0"/>
          <w:smallCaps w:val="0"/>
          <w:strike w:val="0"/>
          <w:color w:val="000000"/>
          <w:u w:val="single"/>
        </w:rPr>
        <w:t>are</w:t>
      </w:r>
      <w:r>
        <w:rPr>
          <w:b w:val="0"/>
          <w:i w:val="0"/>
          <w:smallCaps w:val="0"/>
          <w:strike w:val="0"/>
          <w:color w:val="000000"/>
          <w:sz w:val="16"/>
          <w:u w:val="none"/>
        </w:rPr>
        <w:t xml:space="preserve"> </w:t>
      </w:r>
      <w:r>
        <w:rPr>
          <w:b w:val="0"/>
          <w:i w:val="0"/>
          <w:smallCaps w:val="0"/>
          <w:strike w:val="0"/>
          <w:color w:val="000000"/>
          <w:u w:val="single"/>
        </w:rPr>
        <w:t>clearly</w:t>
      </w:r>
      <w:r>
        <w:rPr>
          <w:b w:val="0"/>
          <w:i w:val="0"/>
          <w:smallCaps w:val="0"/>
          <w:strike w:val="0"/>
          <w:color w:val="000000"/>
          <w:sz w:val="16"/>
          <w:u w:val="none"/>
        </w:rPr>
        <w:t xml:space="preserve"> </w:t>
      </w:r>
      <w:r>
        <w:rPr>
          <w:b/>
          <w:i w:val="0"/>
          <w:smallCaps w:val="0"/>
          <w:strike w:val="0"/>
          <w:color w:val="000000"/>
          <w:u w:val="single"/>
        </w:rPr>
        <w:t>not</w:t>
      </w:r>
      <w:r>
        <w:rPr>
          <w:b w:val="0"/>
          <w:i w:val="0"/>
          <w:smallCaps w:val="0"/>
          <w:strike w:val="0"/>
          <w:color w:val="000000"/>
          <w:sz w:val="16"/>
          <w:u w:val="none"/>
        </w:rPr>
        <w:t xml:space="preserve"> </w:t>
      </w:r>
      <w:r>
        <w:rPr>
          <w:b w:val="0"/>
          <w:i w:val="0"/>
          <w:smallCaps w:val="0"/>
          <w:strike w:val="0"/>
          <w:color w:val="000000"/>
          <w:u w:val="single"/>
        </w:rPr>
        <w:t>attack runs</w:t>
      </w:r>
      <w:r>
        <w:rPr>
          <w:b w:val="0"/>
          <w:i w:val="0"/>
          <w:smallCaps w:val="0"/>
          <w:strike w:val="0"/>
          <w:color w:val="000000"/>
          <w:sz w:val="16"/>
          <w:u w:val="none"/>
        </w:rPr>
        <w:t xml:space="preserve">. In disputed seas, firing on foreign vessels to disable or drive them away would likely bring retaliation in kind, so the Chinese have employed the less provocative but often effective tactic of ramming or threatening to ram. Chinese vessels have repeatedly damaged and occasionally sunk the boats of rival claimants in the South China Sea through intentional collisions, and in 2013, a Chinese ship maneuvered into the path of a US Navy cruiser and then stopped </w:t>
      </w:r>
      <w:r>
        <w:rPr>
          <w:b w:val="0"/>
          <w:i w:val="0"/>
          <w:smallCaps w:val="0"/>
          <w:strike w:val="0"/>
          <w:color w:val="000000"/>
          <w:sz w:val="16"/>
          <w:u w:val="none"/>
        </w:rPr>
        <w:t>in an effort to</w:t>
      </w:r>
      <w:r>
        <w:rPr>
          <w:b w:val="0"/>
          <w:i w:val="0"/>
          <w:smallCaps w:val="0"/>
          <w:strike w:val="0"/>
          <w:color w:val="000000"/>
          <w:sz w:val="16"/>
          <w:u w:val="none"/>
        </w:rPr>
        <w:t xml:space="preserve"> drive the US ship out of the area. Beijing attempts to enforce its claims in the South China Sea with fishing boats or with white-hulled Chinese Coast Guard or maritime enforcement vessels, keeping PLA Navy ships on the sidelines unless needed for backup. Beijing specifically criticized the Philippines for breaching this etiquette by calling in a gray-hulled Philippine Navy vessel to arrest Chinese fishermen at Scarborough Shoal in 2012. Despite fears and expectations to the contrary, </w:t>
      </w:r>
      <w:r>
        <w:rPr>
          <w:b w:val="0"/>
          <w:i w:val="0"/>
          <w:smallCaps w:val="0"/>
          <w:strike w:val="0"/>
          <w:color w:val="000000"/>
          <w:u w:val="single"/>
        </w:rPr>
        <w:t>the Chinese government has not declared an air defense identification zone</w:t>
      </w:r>
      <w:r>
        <w:rPr>
          <w:b w:val="0"/>
          <w:i w:val="0"/>
          <w:smallCaps w:val="0"/>
          <w:strike w:val="0"/>
          <w:color w:val="000000"/>
          <w:sz w:val="16"/>
          <w:u w:val="none"/>
        </w:rPr>
        <w:t xml:space="preserve"> (ADIZ) over the South China Sea, likely because </w:t>
      </w:r>
      <w:r>
        <w:rPr>
          <w:b w:val="0"/>
          <w:i w:val="0"/>
          <w:smallCaps w:val="0"/>
          <w:strike w:val="0"/>
          <w:color w:val="000000"/>
          <w:u w:val="single"/>
        </w:rPr>
        <w:t>Beijing believes interference in commercial traffic is a red line for China’s potential adversaries</w:t>
      </w:r>
      <w:r>
        <w:rPr>
          <w:b w:val="0"/>
          <w:i w:val="0"/>
          <w:smallCaps w:val="0"/>
          <w:strike w:val="0"/>
          <w:color w:val="000000"/>
          <w:sz w:val="16"/>
          <w:u w:val="none"/>
        </w:rPr>
        <w:t xml:space="preserve">. As Singapore-based analyst Alan Chong observes, China wants to avoid “driving ASEAN into the arms of the United States.” 20 Many analysts contend that, </w:t>
      </w:r>
      <w:r>
        <w:rPr>
          <w:b w:val="0"/>
          <w:i w:val="0"/>
          <w:smallCaps w:val="0"/>
          <w:strike w:val="0"/>
          <w:color w:val="000000"/>
          <w:u w:val="single"/>
        </w:rPr>
        <w:t>given</w:t>
      </w:r>
      <w:r>
        <w:rPr>
          <w:b w:val="0"/>
          <w:i w:val="0"/>
          <w:smallCaps w:val="0"/>
          <w:strike w:val="0"/>
          <w:color w:val="000000"/>
          <w:sz w:val="16"/>
          <w:u w:val="none"/>
        </w:rPr>
        <w:t xml:space="preserve"> </w:t>
      </w:r>
      <w:r>
        <w:rPr>
          <w:b/>
          <w:i w:val="0"/>
          <w:smallCaps w:val="0"/>
          <w:strike w:val="0"/>
          <w:color w:val="000000"/>
          <w:u w:val="single"/>
        </w:rPr>
        <w:t>China’s fragile</w:t>
      </w:r>
      <w:r>
        <w:rPr>
          <w:b w:val="0"/>
          <w:i w:val="0"/>
          <w:smallCaps w:val="0"/>
          <w:strike w:val="0"/>
          <w:color w:val="000000"/>
          <w:sz w:val="16"/>
          <w:u w:val="none"/>
        </w:rPr>
        <w:t xml:space="preserve"> </w:t>
      </w:r>
      <w:r>
        <w:rPr>
          <w:b/>
          <w:i w:val="0"/>
          <w:smallCaps w:val="0"/>
          <w:strike w:val="0"/>
          <w:color w:val="000000"/>
          <w:u w:val="single"/>
        </w:rPr>
        <w:t>economic</w:t>
      </w:r>
      <w:r>
        <w:rPr>
          <w:b w:val="0"/>
          <w:i w:val="0"/>
          <w:smallCaps w:val="0"/>
          <w:strike w:val="0"/>
          <w:color w:val="000000"/>
          <w:sz w:val="16"/>
          <w:u w:val="none"/>
        </w:rPr>
        <w:t xml:space="preserve"> </w:t>
      </w:r>
      <w:r>
        <w:rPr>
          <w:b w:val="0"/>
          <w:i w:val="0"/>
          <w:smallCaps w:val="0"/>
          <w:strike w:val="0"/>
          <w:color w:val="000000"/>
          <w:u w:val="single"/>
        </w:rPr>
        <w:t>and</w:t>
      </w:r>
      <w:r>
        <w:rPr>
          <w:b w:val="0"/>
          <w:i w:val="0"/>
          <w:smallCaps w:val="0"/>
          <w:strike w:val="0"/>
          <w:color w:val="000000"/>
          <w:sz w:val="16"/>
          <w:u w:val="none"/>
        </w:rPr>
        <w:t xml:space="preserve"> </w:t>
      </w:r>
      <w:r>
        <w:rPr>
          <w:b/>
          <w:i w:val="0"/>
          <w:smallCaps w:val="0"/>
          <w:strike w:val="0"/>
          <w:color w:val="000000"/>
          <w:u w:val="single"/>
        </w:rPr>
        <w:t>domestic</w:t>
      </w:r>
      <w:r>
        <w:rPr>
          <w:b w:val="0"/>
          <w:i w:val="0"/>
          <w:smallCaps w:val="0"/>
          <w:strike w:val="0"/>
          <w:color w:val="000000"/>
          <w:sz w:val="16"/>
          <w:u w:val="none"/>
        </w:rPr>
        <w:t xml:space="preserve"> </w:t>
      </w:r>
      <w:r>
        <w:rPr>
          <w:b w:val="0"/>
          <w:i w:val="0"/>
          <w:smallCaps w:val="0"/>
          <w:strike w:val="0"/>
          <w:color w:val="000000"/>
          <w:u w:val="single"/>
        </w:rPr>
        <w:t>political</w:t>
      </w:r>
      <w:r>
        <w:rPr>
          <w:b w:val="0"/>
          <w:i w:val="0"/>
          <w:smallCaps w:val="0"/>
          <w:strike w:val="0"/>
          <w:color w:val="000000"/>
          <w:sz w:val="16"/>
          <w:u w:val="none"/>
        </w:rPr>
        <w:t xml:space="preserve"> </w:t>
      </w:r>
      <w:r>
        <w:rPr>
          <w:b/>
          <w:i w:val="0"/>
          <w:smallCaps w:val="0"/>
          <w:strike w:val="0"/>
          <w:color w:val="000000"/>
          <w:u w:val="single"/>
        </w:rPr>
        <w:t>situation</w:t>
      </w:r>
      <w:r>
        <w:rPr>
          <w:b w:val="0"/>
          <w:i w:val="0"/>
          <w:smallCaps w:val="0"/>
          <w:strike w:val="0"/>
          <w:color w:val="000000"/>
          <w:u w:val="single"/>
        </w:rPr>
        <w:t>,</w:t>
      </w:r>
      <w:r>
        <w:rPr>
          <w:b w:val="0"/>
          <w:i w:val="0"/>
          <w:smallCaps w:val="0"/>
          <w:strike w:val="0"/>
          <w:color w:val="000000"/>
          <w:sz w:val="16"/>
          <w:u w:val="none"/>
        </w:rPr>
        <w:t xml:space="preserve"> </w:t>
      </w:r>
      <w:r>
        <w:rPr>
          <w:b w:val="0"/>
          <w:i w:val="0"/>
          <w:smallCaps w:val="0"/>
          <w:strike w:val="0"/>
          <w:color w:val="000000"/>
          <w:u w:val="single"/>
        </w:rPr>
        <w:t>the CCP leadership</w:t>
      </w:r>
      <w:r>
        <w:rPr>
          <w:b w:val="0"/>
          <w:i w:val="0"/>
          <w:smallCaps w:val="0"/>
          <w:strike w:val="0"/>
          <w:color w:val="000000"/>
          <w:sz w:val="16"/>
          <w:u w:val="none"/>
        </w:rPr>
        <w:t xml:space="preserve"> </w:t>
      </w:r>
      <w:r>
        <w:rPr>
          <w:b/>
          <w:i w:val="0"/>
          <w:smallCaps w:val="0"/>
          <w:strike w:val="0"/>
          <w:color w:val="000000"/>
          <w:u w:val="single"/>
        </w:rPr>
        <w:t>fears a war</w:t>
      </w:r>
      <w:r>
        <w:rPr>
          <w:b w:val="0"/>
          <w:i w:val="0"/>
          <w:smallCaps w:val="0"/>
          <w:strike w:val="0"/>
          <w:color w:val="000000"/>
          <w:sz w:val="16"/>
          <w:u w:val="none"/>
        </w:rPr>
        <w:t xml:space="preserve"> </w:t>
      </w:r>
      <w:r>
        <w:rPr>
          <w:b w:val="0"/>
          <w:i w:val="0"/>
          <w:smallCaps w:val="0"/>
          <w:strike w:val="0"/>
          <w:color w:val="000000"/>
          <w:u w:val="single"/>
        </w:rPr>
        <w:t>with the United States</w:t>
      </w:r>
      <w:r>
        <w:rPr>
          <w:b w:val="0"/>
          <w:i w:val="0"/>
          <w:smallCaps w:val="0"/>
          <w:strike w:val="0"/>
          <w:color w:val="000000"/>
          <w:sz w:val="16"/>
          <w:u w:val="none"/>
        </w:rPr>
        <w:t xml:space="preserve"> </w:t>
      </w:r>
      <w:r>
        <w:rPr>
          <w:b w:val="0"/>
          <w:i w:val="0"/>
          <w:smallCaps w:val="0"/>
          <w:strike w:val="0"/>
          <w:color w:val="000000"/>
          <w:u w:val="single"/>
        </w:rPr>
        <w:t>could</w:t>
      </w:r>
      <w:r>
        <w:rPr>
          <w:b w:val="0"/>
          <w:i w:val="0"/>
          <w:smallCaps w:val="0"/>
          <w:strike w:val="0"/>
          <w:color w:val="000000"/>
          <w:sz w:val="16"/>
          <w:u w:val="none"/>
        </w:rPr>
        <w:t xml:space="preserve"> </w:t>
      </w:r>
      <w:r>
        <w:rPr>
          <w:b/>
          <w:i w:val="0"/>
          <w:smallCaps w:val="0"/>
          <w:strike w:val="0"/>
          <w:color w:val="000000"/>
          <w:u w:val="single"/>
        </w:rPr>
        <w:t>put the survival of the regime at risk</w:t>
      </w:r>
      <w:r>
        <w:rPr>
          <w:b w:val="0"/>
          <w:i w:val="0"/>
          <w:smallCaps w:val="0"/>
          <w:strike w:val="0"/>
          <w:color w:val="000000"/>
          <w:u w:val="single"/>
        </w:rPr>
        <w:t>.</w:t>
      </w:r>
      <w:r>
        <w:rPr>
          <w:b w:val="0"/>
          <w:i w:val="0"/>
          <w:smallCaps w:val="0"/>
          <w:strike w:val="0"/>
          <w:color w:val="000000"/>
          <w:sz w:val="16"/>
          <w:u w:val="none"/>
        </w:rPr>
        <w:t xml:space="preserve"> Therefore, </w:t>
      </w:r>
      <w:r>
        <w:rPr>
          <w:b/>
          <w:i w:val="0"/>
          <w:smallCaps w:val="0"/>
          <w:strike w:val="0"/>
          <w:color w:val="000000"/>
          <w:u w:val="single"/>
        </w:rPr>
        <w:t>Beijing will be cautious</w:t>
      </w:r>
      <w:r>
        <w:rPr>
          <w:b w:val="0"/>
          <w:i w:val="0"/>
          <w:smallCaps w:val="0"/>
          <w:strike w:val="0"/>
          <w:color w:val="000000"/>
          <w:sz w:val="16"/>
          <w:u w:val="none"/>
        </w:rPr>
        <w:t xml:space="preserve"> </w:t>
      </w:r>
      <w:r>
        <w:rPr>
          <w:b w:val="0"/>
          <w:i w:val="0"/>
          <w:smallCaps w:val="0"/>
          <w:strike w:val="0"/>
          <w:color w:val="000000"/>
          <w:u w:val="single"/>
        </w:rPr>
        <w:t>about</w:t>
      </w:r>
      <w:r>
        <w:rPr>
          <w:b w:val="0"/>
          <w:i w:val="0"/>
          <w:smallCaps w:val="0"/>
          <w:strike w:val="0"/>
          <w:color w:val="000000"/>
          <w:sz w:val="16"/>
          <w:u w:val="none"/>
        </w:rPr>
        <w:t xml:space="preserve"> </w:t>
      </w:r>
      <w:r>
        <w:rPr>
          <w:b/>
          <w:i w:val="0"/>
          <w:smallCaps w:val="0"/>
          <w:strike w:val="0"/>
          <w:color w:val="000000"/>
          <w:u w:val="single"/>
        </w:rPr>
        <w:t>engaging in a conflict</w:t>
      </w:r>
      <w:r>
        <w:rPr>
          <w:b w:val="0"/>
          <w:i w:val="0"/>
          <w:smallCaps w:val="0"/>
          <w:strike w:val="0"/>
          <w:color w:val="000000"/>
          <w:sz w:val="16"/>
          <w:u w:val="none"/>
        </w:rPr>
        <w:t xml:space="preserve"> </w:t>
      </w:r>
      <w:r>
        <w:rPr>
          <w:b w:val="0"/>
          <w:i w:val="0"/>
          <w:smallCaps w:val="0"/>
          <w:strike w:val="0"/>
          <w:color w:val="000000"/>
          <w:u w:val="single"/>
        </w:rPr>
        <w:t>it does not consider politically necessary</w:t>
      </w:r>
      <w:r>
        <w:rPr>
          <w:b w:val="0"/>
          <w:i w:val="0"/>
          <w:smallCaps w:val="0"/>
          <w:strike w:val="0"/>
          <w:color w:val="000000"/>
          <w:sz w:val="16"/>
          <w:u w:val="none"/>
        </w:rPr>
        <w:t xml:space="preserve">.21 </w:t>
      </w:r>
      <w:r>
        <w:rPr>
          <w:b w:val="0"/>
          <w:i w:val="0"/>
          <w:smallCaps w:val="0"/>
          <w:strike w:val="0"/>
          <w:color w:val="000000"/>
          <w:u w:val="single"/>
        </w:rPr>
        <w:t>Even on</w:t>
      </w:r>
      <w:r>
        <w:rPr>
          <w:b w:val="0"/>
          <w:i w:val="0"/>
          <w:smallCaps w:val="0"/>
          <w:strike w:val="0"/>
          <w:color w:val="000000"/>
          <w:sz w:val="16"/>
          <w:u w:val="none"/>
        </w:rPr>
        <w:t xml:space="preserve"> the issue of preventing </w:t>
      </w:r>
      <w:r>
        <w:rPr>
          <w:b w:val="0"/>
          <w:i w:val="0"/>
          <w:smallCaps w:val="0"/>
          <w:strike w:val="0"/>
          <w:color w:val="000000"/>
          <w:u w:val="single"/>
        </w:rPr>
        <w:t>Taiwan</w:t>
      </w:r>
      <w:r>
        <w:rPr>
          <w:b w:val="0"/>
          <w:i w:val="0"/>
          <w:smallCaps w:val="0"/>
          <w:strike w:val="0"/>
          <w:color w:val="000000"/>
          <w:sz w:val="16"/>
          <w:u w:val="none"/>
        </w:rPr>
        <w:t xml:space="preserve"> independence, unquestionably a core interest for Beijing, the CCP government refrained from attacking as Taiwan President Chen Shui-bian repeatedly stated in public, “Taiwan is an independent, sovereign country.” 22 </w:t>
      </w:r>
      <w:r>
        <w:rPr>
          <w:b w:val="0"/>
          <w:i w:val="0"/>
          <w:smallCaps w:val="0"/>
          <w:strike w:val="0"/>
          <w:color w:val="000000"/>
          <w:u w:val="single"/>
        </w:rPr>
        <w:t>Beijing may want to</w:t>
      </w:r>
      <w:r>
        <w:rPr>
          <w:b w:val="0"/>
          <w:i w:val="0"/>
          <w:smallCaps w:val="0"/>
          <w:strike w:val="0"/>
          <w:color w:val="000000"/>
          <w:sz w:val="16"/>
          <w:u w:val="none"/>
        </w:rPr>
        <w:t xml:space="preserve"> </w:t>
      </w:r>
      <w:r>
        <w:rPr>
          <w:b w:val="0"/>
          <w:i w:val="0"/>
          <w:smallCaps w:val="0"/>
          <w:strike w:val="0"/>
          <w:color w:val="000000"/>
          <w:u w:val="single"/>
        </w:rPr>
        <w:t>be the strongest power in the region, but</w:t>
      </w:r>
      <w:r>
        <w:rPr>
          <w:b w:val="0"/>
          <w:i w:val="0"/>
          <w:smallCaps w:val="0"/>
          <w:strike w:val="0"/>
          <w:color w:val="000000"/>
          <w:sz w:val="16"/>
          <w:u w:val="none"/>
        </w:rPr>
        <w:t xml:space="preserve"> </w:t>
      </w:r>
      <w:r>
        <w:rPr>
          <w:b/>
          <w:i w:val="0"/>
          <w:smallCaps w:val="0"/>
          <w:strike w:val="0"/>
          <w:color w:val="000000"/>
          <w:u w:val="single"/>
        </w:rPr>
        <w:t>not badly enough to go to war for it.</w:t>
      </w:r>
      <w:r>
        <w:rPr>
          <w:b w:val="0"/>
          <w:i w:val="0"/>
          <w:smallCaps w:val="0"/>
          <w:strike w:val="0"/>
          <w:color w:val="000000"/>
          <w:sz w:val="16"/>
          <w:u w:val="none"/>
        </w:rPr>
        <w:t xml:space="preserve"> For the foreseeable future, </w:t>
      </w:r>
      <w:r>
        <w:rPr>
          <w:b w:val="0"/>
          <w:i w:val="0"/>
          <w:smallCaps w:val="0"/>
          <w:strike w:val="0"/>
          <w:color w:val="000000"/>
          <w:u w:val="single"/>
        </w:rPr>
        <w:t>both China and the United States can</w:t>
      </w:r>
      <w:r>
        <w:rPr>
          <w:b w:val="0"/>
          <w:i w:val="0"/>
          <w:smallCaps w:val="0"/>
          <w:strike w:val="0"/>
          <w:color w:val="000000"/>
          <w:sz w:val="16"/>
          <w:u w:val="none"/>
        </w:rPr>
        <w:t xml:space="preserve"> </w:t>
      </w:r>
      <w:r>
        <w:rPr>
          <w:b/>
          <w:i w:val="0"/>
          <w:smallCaps w:val="0"/>
          <w:strike w:val="0"/>
          <w:color w:val="000000"/>
          <w:u w:val="single"/>
        </w:rPr>
        <w:t>maintain</w:t>
      </w:r>
      <w:r>
        <w:rPr>
          <w:b w:val="0"/>
          <w:i w:val="0"/>
          <w:smallCaps w:val="0"/>
          <w:strike w:val="0"/>
          <w:color w:val="000000"/>
          <w:sz w:val="16"/>
          <w:u w:val="none"/>
        </w:rPr>
        <w:t xml:space="preserve"> </w:t>
      </w:r>
      <w:r>
        <w:rPr>
          <w:b/>
          <w:i w:val="0"/>
          <w:smallCaps w:val="0"/>
          <w:strike w:val="0"/>
          <w:color w:val="000000"/>
          <w:u w:val="single"/>
        </w:rPr>
        <w:t>formidable military capabilities</w:t>
      </w:r>
      <w:r>
        <w:rPr>
          <w:b w:val="0"/>
          <w:i w:val="0"/>
          <w:smallCaps w:val="0"/>
          <w:strike w:val="0"/>
          <w:color w:val="000000"/>
          <w:sz w:val="16"/>
          <w:u w:val="none"/>
        </w:rPr>
        <w:t xml:space="preserve"> in the Indo-Pacific region </w:t>
      </w:r>
      <w:r>
        <w:rPr>
          <w:b w:val="0"/>
          <w:i w:val="0"/>
          <w:smallCaps w:val="0"/>
          <w:strike w:val="0"/>
          <w:color w:val="000000"/>
          <w:u w:val="single"/>
        </w:rPr>
        <w:t>that</w:t>
      </w:r>
      <w:r>
        <w:rPr>
          <w:b w:val="0"/>
          <w:i w:val="0"/>
          <w:smallCaps w:val="0"/>
          <w:strike w:val="0"/>
          <w:color w:val="000000"/>
          <w:sz w:val="16"/>
          <w:u w:val="none"/>
        </w:rPr>
        <w:t xml:space="preserve"> will </w:t>
      </w:r>
      <w:r>
        <w:rPr>
          <w:b/>
          <w:i w:val="0"/>
          <w:smallCaps w:val="0"/>
          <w:strike w:val="0"/>
          <w:color w:val="000000"/>
          <w:u w:val="single"/>
        </w:rPr>
        <w:t>discourage either country</w:t>
      </w:r>
      <w:r>
        <w:rPr>
          <w:b w:val="0"/>
          <w:i w:val="0"/>
          <w:smallCaps w:val="0"/>
          <w:strike w:val="0"/>
          <w:color w:val="000000"/>
          <w:sz w:val="16"/>
          <w:u w:val="none"/>
        </w:rPr>
        <w:t xml:space="preserve"> </w:t>
      </w:r>
      <w:r>
        <w:rPr>
          <w:b w:val="0"/>
          <w:i w:val="0"/>
          <w:smallCaps w:val="0"/>
          <w:strike w:val="0"/>
          <w:color w:val="000000"/>
          <w:u w:val="single"/>
        </w:rPr>
        <w:t>from</w:t>
      </w:r>
      <w:r>
        <w:rPr>
          <w:b w:val="0"/>
          <w:i w:val="0"/>
          <w:smallCaps w:val="0"/>
          <w:strike w:val="0"/>
          <w:color w:val="000000"/>
          <w:sz w:val="16"/>
          <w:u w:val="none"/>
        </w:rPr>
        <w:t xml:space="preserve"> </w:t>
      </w:r>
      <w:r>
        <w:rPr>
          <w:b/>
          <w:i w:val="0"/>
          <w:smallCaps w:val="0"/>
          <w:strike w:val="0"/>
          <w:color w:val="000000"/>
          <w:u w:val="single"/>
        </w:rPr>
        <w:t>starting a war</w:t>
      </w:r>
      <w:r>
        <w:rPr>
          <w:b w:val="0"/>
          <w:i w:val="0"/>
          <w:smallCaps w:val="0"/>
          <w:strike w:val="0"/>
          <w:color w:val="000000"/>
          <w:sz w:val="16"/>
          <w:u w:val="none"/>
        </w:rPr>
        <w:t xml:space="preserve"> </w:t>
      </w:r>
      <w:r>
        <w:rPr>
          <w:b w:val="0"/>
          <w:i w:val="0"/>
          <w:smallCaps w:val="0"/>
          <w:strike w:val="0"/>
          <w:color w:val="000000"/>
          <w:u w:val="single"/>
        </w:rPr>
        <w:t>against the other</w:t>
      </w:r>
      <w:r>
        <w:rPr>
          <w:b w:val="0"/>
          <w:i w:val="0"/>
          <w:smallCaps w:val="0"/>
          <w:strike w:val="0"/>
          <w:color w:val="000000"/>
          <w:sz w:val="16"/>
          <w:u w:val="none"/>
        </w:rPr>
        <w:t xml:space="preserve">. </w:t>
      </w:r>
      <w:r>
        <w:rPr>
          <w:b w:val="0"/>
          <w:i w:val="0"/>
          <w:smallCaps w:val="0"/>
          <w:strike w:val="0"/>
          <w:color w:val="000000"/>
          <w:u w:val="single"/>
        </w:rPr>
        <w:t>Both</w:t>
      </w:r>
      <w:r>
        <w:rPr>
          <w:b w:val="0"/>
          <w:i w:val="0"/>
          <w:smallCaps w:val="0"/>
          <w:strike w:val="0"/>
          <w:color w:val="000000"/>
          <w:sz w:val="16"/>
          <w:u w:val="none"/>
        </w:rPr>
        <w:t xml:space="preserve"> </w:t>
      </w:r>
      <w:r>
        <w:rPr>
          <w:b w:val="0"/>
          <w:i w:val="0"/>
          <w:smallCaps w:val="0"/>
          <w:strike w:val="0"/>
          <w:color w:val="000000"/>
          <w:u w:val="single"/>
        </w:rPr>
        <w:t>countries</w:t>
      </w:r>
      <w:r>
        <w:rPr>
          <w:b w:val="0"/>
          <w:i w:val="0"/>
          <w:smallCaps w:val="0"/>
          <w:strike w:val="0"/>
          <w:color w:val="000000"/>
          <w:sz w:val="16"/>
          <w:u w:val="none"/>
        </w:rPr>
        <w:t xml:space="preserve"> also </w:t>
      </w:r>
      <w:r>
        <w:rPr>
          <w:b w:val="0"/>
          <w:i w:val="0"/>
          <w:smallCaps w:val="0"/>
          <w:strike w:val="0"/>
          <w:color w:val="000000"/>
          <w:u w:val="single"/>
        </w:rPr>
        <w:t>maintain</w:t>
      </w:r>
      <w:r>
        <w:rPr>
          <w:b w:val="0"/>
          <w:i w:val="0"/>
          <w:smallCaps w:val="0"/>
          <w:strike w:val="0"/>
          <w:color w:val="000000"/>
          <w:sz w:val="16"/>
          <w:u w:val="none"/>
        </w:rPr>
        <w:t xml:space="preserve"> </w:t>
      </w:r>
      <w:r>
        <w:rPr>
          <w:b/>
          <w:i w:val="0"/>
          <w:smallCaps w:val="0"/>
          <w:strike w:val="0"/>
          <w:color w:val="000000"/>
          <w:u w:val="single"/>
        </w:rPr>
        <w:t>large</w:t>
      </w:r>
      <w:r>
        <w:rPr>
          <w:b w:val="0"/>
          <w:i w:val="0"/>
          <w:smallCaps w:val="0"/>
          <w:strike w:val="0"/>
          <w:color w:val="000000"/>
          <w:sz w:val="16"/>
          <w:u w:val="none"/>
        </w:rPr>
        <w:t xml:space="preserve"> </w:t>
      </w:r>
      <w:r>
        <w:rPr>
          <w:b w:val="0"/>
          <w:i w:val="0"/>
          <w:smallCaps w:val="0"/>
          <w:strike w:val="0"/>
          <w:color w:val="000000"/>
          <w:u w:val="single"/>
        </w:rPr>
        <w:t>and</w:t>
      </w:r>
      <w:r>
        <w:rPr>
          <w:b w:val="0"/>
          <w:i w:val="0"/>
          <w:smallCaps w:val="0"/>
          <w:strike w:val="0"/>
          <w:color w:val="000000"/>
          <w:sz w:val="16"/>
          <w:u w:val="none"/>
        </w:rPr>
        <w:t xml:space="preserve"> </w:t>
      </w:r>
      <w:r>
        <w:rPr>
          <w:b/>
          <w:i w:val="0"/>
          <w:smallCaps w:val="0"/>
          <w:strike w:val="0"/>
          <w:color w:val="000000"/>
          <w:u w:val="single"/>
        </w:rPr>
        <w:t>survivable strategic nuclear</w:t>
      </w:r>
      <w:r>
        <w:rPr>
          <w:b w:val="0"/>
          <w:i w:val="0"/>
          <w:smallCaps w:val="0"/>
          <w:strike w:val="0"/>
          <w:color w:val="000000"/>
          <w:sz w:val="16"/>
          <w:u w:val="none"/>
        </w:rPr>
        <w:t xml:space="preserve"> </w:t>
      </w:r>
      <w:r>
        <w:rPr>
          <w:b w:val="0"/>
          <w:i w:val="0"/>
          <w:smallCaps w:val="0"/>
          <w:strike w:val="0"/>
          <w:color w:val="000000"/>
          <w:u w:val="single"/>
        </w:rPr>
        <w:t>forces</w:t>
      </w:r>
      <w:r>
        <w:rPr>
          <w:b w:val="0"/>
          <w:i w:val="0"/>
          <w:smallCaps w:val="0"/>
          <w:strike w:val="0"/>
          <w:color w:val="000000"/>
          <w:sz w:val="16"/>
          <w:u w:val="none"/>
        </w:rPr>
        <w:t xml:space="preserve">. Thus, China is not poised to wield its newfound military power to impose Chinese domination upon the region. Rather, the former condition of previously unmatched US supremacy is evolving toward </w:t>
      </w:r>
      <w:r>
        <w:rPr>
          <w:b w:val="0"/>
          <w:i w:val="0"/>
          <w:smallCaps w:val="0"/>
          <w:strike w:val="0"/>
          <w:color w:val="000000"/>
          <w:u w:val="single"/>
        </w:rPr>
        <w:t>a rough military balance</w:t>
      </w:r>
      <w:r>
        <w:rPr>
          <w:b w:val="0"/>
          <w:i w:val="0"/>
          <w:smallCaps w:val="0"/>
          <w:strike w:val="0"/>
          <w:color w:val="000000"/>
          <w:sz w:val="16"/>
          <w:u w:val="none"/>
        </w:rPr>
        <w:t xml:space="preserve"> that </w:t>
      </w:r>
      <w:r>
        <w:rPr>
          <w:b w:val="0"/>
          <w:i w:val="0"/>
          <w:smallCaps w:val="0"/>
          <w:strike w:val="0"/>
          <w:color w:val="000000"/>
          <w:u w:val="single"/>
        </w:rPr>
        <w:t>could last decades.</w:t>
      </w:r>
      <w:r>
        <w:rPr>
          <w:b w:val="0"/>
          <w:i w:val="0"/>
          <w:smallCaps w:val="0"/>
          <w:strike w:val="0"/>
          <w:color w:val="000000"/>
          <w:sz w:val="16"/>
          <w:u w:val="none"/>
        </w:rPr>
        <w:t xml:space="preserve"> China will enjoy increased security over the territory it indisputably owns, </w:t>
      </w:r>
      <w:r>
        <w:rPr>
          <w:b w:val="0"/>
          <w:i w:val="0"/>
          <w:smallCaps w:val="0"/>
          <w:strike w:val="0"/>
          <w:color w:val="000000"/>
          <w:u w:val="single"/>
        </w:rPr>
        <w:t>but Chinese moves to capture</w:t>
      </w:r>
      <w:r>
        <w:rPr>
          <w:b w:val="0"/>
          <w:i w:val="0"/>
          <w:smallCaps w:val="0"/>
          <w:strike w:val="0"/>
          <w:color w:val="000000"/>
          <w:sz w:val="16"/>
          <w:u w:val="none"/>
        </w:rPr>
        <w:t xml:space="preserve"> either disputed or unambiguously </w:t>
      </w:r>
      <w:r>
        <w:rPr>
          <w:b w:val="0"/>
          <w:i w:val="0"/>
          <w:smallCaps w:val="0"/>
          <w:strike w:val="0"/>
          <w:color w:val="000000"/>
          <w:sz w:val="16"/>
          <w:u w:val="none"/>
        </w:rPr>
        <w:t>nonChinese</w:t>
      </w:r>
      <w:r>
        <w:rPr>
          <w:b w:val="0"/>
          <w:i w:val="0"/>
          <w:smallCaps w:val="0"/>
          <w:strike w:val="0"/>
          <w:color w:val="000000"/>
          <w:sz w:val="16"/>
          <w:u w:val="none"/>
        </w:rPr>
        <w:t xml:space="preserve"> </w:t>
      </w:r>
      <w:r>
        <w:rPr>
          <w:b w:val="0"/>
          <w:i w:val="0"/>
          <w:smallCaps w:val="0"/>
          <w:strike w:val="0"/>
          <w:color w:val="000000"/>
          <w:u w:val="single"/>
        </w:rPr>
        <w:t>territory by force will remain</w:t>
      </w:r>
      <w:r>
        <w:rPr>
          <w:b w:val="0"/>
          <w:i w:val="0"/>
          <w:smallCaps w:val="0"/>
          <w:strike w:val="0"/>
          <w:color w:val="000000"/>
          <w:sz w:val="16"/>
          <w:u w:val="none"/>
        </w:rPr>
        <w:t xml:space="preserve"> </w:t>
      </w:r>
      <w:r>
        <w:rPr>
          <w:b/>
          <w:i w:val="0"/>
          <w:smallCaps w:val="0"/>
          <w:strike w:val="0"/>
          <w:color w:val="000000"/>
          <w:u w:val="single"/>
        </w:rPr>
        <w:t>prohibitively risky</w:t>
      </w:r>
      <w:r>
        <w:rPr>
          <w:b w:val="0"/>
          <w:i w:val="0"/>
          <w:smallCaps w:val="0"/>
          <w:strike w:val="0"/>
          <w:color w:val="000000"/>
          <w:sz w:val="16"/>
          <w:u w:val="none"/>
        </w:rPr>
        <w:t xml:space="preserve"> </w:t>
      </w:r>
      <w:r>
        <w:rPr>
          <w:b w:val="0"/>
          <w:i w:val="0"/>
          <w:smallCaps w:val="0"/>
          <w:strike w:val="0"/>
          <w:color w:val="000000"/>
          <w:u w:val="single"/>
        </w:rPr>
        <w:t>for Beijing.</w:t>
      </w:r>
    </w:p>
    <w:p>
      <w:pPr>
        <w:pStyle w:val="Caption"/>
      </w:pPr>
      <w:r>
        <w:t>Source: Consult WIPO CP - Michigan 7 2024 CGO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