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No impact to the trade war – markets adjust</w:t>
      </w:r>
    </w:p>
    <w:p>
      <w:pPr>
        <w:spacing w:after="80"/>
      </w:pPr>
      <w:r>
        <w:rPr>
          <w:b/>
          <w:i w:val="0"/>
          <w:smallCaps w:val="0"/>
          <w:strike w:val="0"/>
          <w:sz w:val="26"/>
          <w:u w:val="none"/>
        </w:rPr>
        <w:t>Cowen 18</w:t>
      </w:r>
      <w:r>
        <w:rPr>
          <w:b w:val="0"/>
          <w:i w:val="0"/>
          <w:smallCaps w:val="0"/>
          <w:strike w:val="0"/>
          <w:color w:val="000000"/>
          <w:u w:val="none"/>
        </w:rPr>
        <w:t xml:space="preserve"> (Tyler Cowen – George Mason University economics professor and Holbert C. Harris chairman, June 27, 2018, “Trade Wars Aren’t Good, But Markets Can Adjust”</w:t>
      </w:r>
      <w:r>
        <w:rPr>
          <w:b w:val="0"/>
          <w:i w:val="0"/>
          <w:smallCaps w:val="0"/>
          <w:strike w:val="0"/>
          <w:color w:val="000000"/>
          <w:u w:val="none"/>
        </w:rPr>
        <w:t>, ,</w:t>
      </w:r>
      <w:r>
        <w:rPr>
          <w:b w:val="0"/>
          <w:i w:val="0"/>
          <w:smallCaps w:val="0"/>
          <w:strike w:val="0"/>
          <w:color w:val="000000"/>
          <w:u w:val="none"/>
        </w:rPr>
        <w:t xml:space="preserve"> accessed 6/27/18,)</w:t>
      </w:r>
    </w:p>
    <w:p>
      <w:pPr>
        <w:spacing w:after="60"/>
      </w:pPr>
      <w:r>
        <w:rPr>
          <w:b w:val="0"/>
          <w:i w:val="0"/>
          <w:smallCaps w:val="0"/>
          <w:strike w:val="0"/>
          <w:color w:val="000000"/>
          <w:sz w:val="16"/>
          <w:u w:val="none"/>
        </w:rPr>
        <w:t xml:space="preserve">Virtually all economists favor free trade. But we differ as to what the costs of trade restrictions might be. The decision of Harley-Davidson Inc. to shift more production overseas to Europe to avoid the impact of new tariffs presents a good opportunity to assess those costs – and the good news is that, so far, the </w:t>
      </w:r>
      <w:r>
        <w:rPr>
          <w:b w:val="0"/>
          <w:i w:val="0"/>
          <w:smallCaps w:val="0"/>
          <w:strike w:val="0"/>
          <w:color w:val="000000"/>
          <w:u w:val="single"/>
        </w:rPr>
        <w:t>economic</w:t>
      </w:r>
      <w:r>
        <w:rPr>
          <w:b w:val="0"/>
          <w:i w:val="0"/>
          <w:smallCaps w:val="0"/>
          <w:strike w:val="0"/>
          <w:color w:val="000000"/>
          <w:sz w:val="16"/>
          <w:u w:val="none"/>
        </w:rPr>
        <w:t xml:space="preserve"> </w:t>
      </w:r>
      <w:r>
        <w:rPr>
          <w:b w:val="0"/>
          <w:i w:val="0"/>
          <w:smallCaps w:val="0"/>
          <w:strike w:val="0"/>
          <w:color w:val="000000"/>
          <w:u w:val="single"/>
        </w:rPr>
        <w:t>costs of</w:t>
      </w:r>
      <w:r>
        <w:rPr>
          <w:b w:val="0"/>
          <w:i w:val="0"/>
          <w:smallCaps w:val="0"/>
          <w:strike w:val="0"/>
          <w:color w:val="000000"/>
          <w:sz w:val="16"/>
          <w:u w:val="none"/>
        </w:rPr>
        <w:t xml:space="preserve"> a </w:t>
      </w:r>
      <w:r>
        <w:rPr>
          <w:b w:val="0"/>
          <w:i w:val="0"/>
          <w:smallCaps w:val="0"/>
          <w:strike w:val="0"/>
          <w:color w:val="000000"/>
          <w:u w:val="single"/>
        </w:rPr>
        <w:t>trade war appear</w:t>
      </w:r>
      <w:r>
        <w:rPr>
          <w:b w:val="0"/>
          <w:i w:val="0"/>
          <w:smallCaps w:val="0"/>
          <w:strike w:val="0"/>
          <w:color w:val="000000"/>
          <w:sz w:val="16"/>
          <w:u w:val="none"/>
        </w:rPr>
        <w:t xml:space="preserve"> to be </w:t>
      </w:r>
      <w:r>
        <w:rPr>
          <w:b w:val="0"/>
          <w:i w:val="0"/>
          <w:smallCaps w:val="0"/>
          <w:strike w:val="0"/>
          <w:color w:val="000000"/>
          <w:u w:val="single"/>
        </w:rPr>
        <w:t>limited</w:t>
      </w:r>
      <w:r>
        <w:rPr>
          <w:b w:val="0"/>
          <w:i w:val="0"/>
          <w:smallCaps w:val="0"/>
          <w:strike w:val="0"/>
          <w:color w:val="000000"/>
          <w:sz w:val="16"/>
          <w:u w:val="none"/>
        </w:rPr>
        <w:t xml:space="preserve">. It is a standard proposition in economics that </w:t>
      </w:r>
      <w:r>
        <w:rPr>
          <w:b w:val="0"/>
          <w:i w:val="0"/>
          <w:smallCaps w:val="0"/>
          <w:strike w:val="0"/>
          <w:color w:val="000000"/>
          <w:u w:val="single"/>
        </w:rPr>
        <w:t>trade</w:t>
      </w:r>
      <w:r>
        <w:rPr>
          <w:b w:val="0"/>
          <w:i w:val="0"/>
          <w:smallCaps w:val="0"/>
          <w:strike w:val="0"/>
          <w:color w:val="000000"/>
          <w:u w:val="single"/>
        </w:rPr>
        <w:t>,</w:t>
      </w:r>
      <w:r>
        <w:rPr>
          <w:b w:val="0"/>
          <w:i w:val="0"/>
          <w:smallCaps w:val="0"/>
          <w:strike w:val="0"/>
          <w:color w:val="000000"/>
          <w:sz w:val="16"/>
          <w:u w:val="none"/>
        </w:rPr>
        <w:t xml:space="preserve"> </w:t>
      </w:r>
      <w:r>
        <w:rPr>
          <w:b/>
          <w:i w:val="0"/>
          <w:smallCaps w:val="0"/>
          <w:strike w:val="0"/>
          <w:color w:val="000000"/>
          <w:u w:val="single"/>
        </w:rPr>
        <w:t>f</w:t>
      </w:r>
      <w:r>
        <w:rPr>
          <w:b w:val="0"/>
          <w:i w:val="0"/>
          <w:smallCaps w:val="0"/>
          <w:strike w:val="0"/>
          <w:color w:val="000000"/>
          <w:u w:val="single"/>
        </w:rPr>
        <w:t>oreign</w:t>
      </w:r>
      <w:r>
        <w:rPr>
          <w:b w:val="0"/>
          <w:i w:val="0"/>
          <w:smallCaps w:val="0"/>
          <w:strike w:val="0"/>
          <w:color w:val="000000"/>
          <w:sz w:val="16"/>
          <w:u w:val="none"/>
        </w:rPr>
        <w:t xml:space="preserve"> </w:t>
      </w:r>
      <w:r>
        <w:rPr>
          <w:b/>
          <w:i w:val="0"/>
          <w:smallCaps w:val="0"/>
          <w:strike w:val="0"/>
          <w:color w:val="000000"/>
          <w:u w:val="single"/>
        </w:rPr>
        <w:t>d</w:t>
      </w:r>
      <w:r>
        <w:rPr>
          <w:b w:val="0"/>
          <w:i w:val="0"/>
          <w:smallCaps w:val="0"/>
          <w:strike w:val="0"/>
          <w:color w:val="000000"/>
          <w:u w:val="single"/>
        </w:rPr>
        <w:t>irect</w:t>
      </w:r>
      <w:r>
        <w:rPr>
          <w:b w:val="0"/>
          <w:i w:val="0"/>
          <w:smallCaps w:val="0"/>
          <w:strike w:val="0"/>
          <w:color w:val="000000"/>
          <w:sz w:val="16"/>
          <w:u w:val="none"/>
        </w:rPr>
        <w:t xml:space="preserve"> </w:t>
      </w:r>
      <w:r>
        <w:rPr>
          <w:b/>
          <w:i w:val="0"/>
          <w:smallCaps w:val="0"/>
          <w:strike w:val="0"/>
          <w:color w:val="000000"/>
          <w:u w:val="single"/>
        </w:rPr>
        <w:t>i</w:t>
      </w:r>
      <w:r>
        <w:rPr>
          <w:b w:val="0"/>
          <w:i w:val="0"/>
          <w:smallCaps w:val="0"/>
          <w:strike w:val="0"/>
          <w:color w:val="000000"/>
          <w:u w:val="single"/>
        </w:rPr>
        <w:t>nvestment</w:t>
      </w:r>
      <w:r>
        <w:rPr>
          <w:b w:val="0"/>
          <w:i w:val="0"/>
          <w:smallCaps w:val="0"/>
          <w:strike w:val="0"/>
          <w:color w:val="000000"/>
          <w:sz w:val="16"/>
          <w:u w:val="none"/>
        </w:rPr>
        <w:t xml:space="preserve"> </w:t>
      </w:r>
      <w:r>
        <w:rPr>
          <w:b w:val="0"/>
          <w:i w:val="0"/>
          <w:smallCaps w:val="0"/>
          <w:strike w:val="0"/>
          <w:color w:val="000000"/>
          <w:u w:val="single"/>
        </w:rPr>
        <w:t>and immigration are all</w:t>
      </w:r>
      <w:r>
        <w:rPr>
          <w:b w:val="0"/>
          <w:i w:val="0"/>
          <w:smallCaps w:val="0"/>
          <w:strike w:val="0"/>
          <w:color w:val="000000"/>
          <w:sz w:val="16"/>
          <w:u w:val="none"/>
        </w:rPr>
        <w:t xml:space="preserve"> </w:t>
      </w:r>
      <w:r>
        <w:rPr>
          <w:b w:val="0"/>
          <w:i w:val="0"/>
          <w:smallCaps w:val="0"/>
          <w:strike w:val="0"/>
          <w:color w:val="000000"/>
          <w:u w:val="single"/>
        </w:rPr>
        <w:t>potential</w:t>
      </w:r>
      <w:r>
        <w:rPr>
          <w:b w:val="0"/>
          <w:i w:val="0"/>
          <w:smallCaps w:val="0"/>
          <w:strike w:val="0"/>
          <w:color w:val="000000"/>
          <w:sz w:val="16"/>
          <w:u w:val="none"/>
        </w:rPr>
        <w:t xml:space="preserve"> </w:t>
      </w:r>
      <w:r>
        <w:rPr>
          <w:b w:val="0"/>
          <w:i w:val="0"/>
          <w:smallCaps w:val="0"/>
          <w:strike w:val="0"/>
          <w:color w:val="000000"/>
          <w:u w:val="single"/>
        </w:rPr>
        <w:t>substitutes</w:t>
      </w:r>
      <w:r>
        <w:rPr>
          <w:b w:val="0"/>
          <w:i w:val="0"/>
          <w:smallCaps w:val="0"/>
          <w:strike w:val="0"/>
          <w:color w:val="000000"/>
          <w:sz w:val="16"/>
          <w:u w:val="none"/>
        </w:rPr>
        <w:t xml:space="preserve"> </w:t>
      </w:r>
      <w:r>
        <w:rPr>
          <w:b w:val="0"/>
          <w:i w:val="0"/>
          <w:smallCaps w:val="0"/>
          <w:strike w:val="0"/>
          <w:color w:val="000000"/>
          <w:u w:val="single"/>
        </w:rPr>
        <w:t>for each other</w:t>
      </w:r>
      <w:r>
        <w:rPr>
          <w:b w:val="0"/>
          <w:i w:val="0"/>
          <w:smallCaps w:val="0"/>
          <w:strike w:val="0"/>
          <w:color w:val="000000"/>
          <w:sz w:val="16"/>
          <w:u w:val="none"/>
        </w:rPr>
        <w:t xml:space="preserve">. If goods cannot cross borders, perhaps capital or people can. </w:t>
      </w:r>
      <w:r>
        <w:rPr>
          <w:b w:val="0"/>
          <w:i w:val="0"/>
          <w:smallCaps w:val="0"/>
          <w:strike w:val="0"/>
          <w:color w:val="000000"/>
          <w:u w:val="single"/>
        </w:rPr>
        <w:t>Both are alternative ways of reaping potential gains from trade.</w:t>
      </w:r>
      <w:r>
        <w:rPr>
          <w:b w:val="0"/>
          <w:i w:val="0"/>
          <w:smallCaps w:val="0"/>
          <w:strike w:val="0"/>
          <w:color w:val="000000"/>
          <w:sz w:val="16"/>
          <w:u w:val="none"/>
        </w:rPr>
        <w:t xml:space="preserve"> </w:t>
      </w:r>
      <w:r>
        <w:rPr>
          <w:b w:val="0"/>
          <w:i w:val="0"/>
          <w:smallCaps w:val="0"/>
          <w:strike w:val="0"/>
          <w:color w:val="000000"/>
          <w:sz w:val="16"/>
          <w:u w:val="none"/>
        </w:rPr>
        <w:t>So</w:t>
      </w:r>
      <w:r>
        <w:rPr>
          <w:b w:val="0"/>
          <w:i w:val="0"/>
          <w:smallCaps w:val="0"/>
          <w:strike w:val="0"/>
          <w:color w:val="000000"/>
          <w:sz w:val="16"/>
          <w:u w:val="none"/>
        </w:rPr>
        <w:t xml:space="preserve"> </w:t>
      </w:r>
      <w:r>
        <w:rPr>
          <w:b w:val="0"/>
          <w:i w:val="0"/>
          <w:smallCaps w:val="0"/>
          <w:strike w:val="0"/>
          <w:color w:val="000000"/>
          <w:u w:val="single"/>
        </w:rPr>
        <w:t>when</w:t>
      </w:r>
      <w:r>
        <w:rPr>
          <w:b w:val="0"/>
          <w:i w:val="0"/>
          <w:smallCaps w:val="0"/>
          <w:strike w:val="0"/>
          <w:color w:val="000000"/>
          <w:sz w:val="16"/>
          <w:u w:val="none"/>
        </w:rPr>
        <w:t xml:space="preserve"> President Ronald </w:t>
      </w:r>
      <w:r>
        <w:rPr>
          <w:b w:val="0"/>
          <w:i w:val="0"/>
          <w:smallCaps w:val="0"/>
          <w:strike w:val="0"/>
          <w:color w:val="000000"/>
          <w:u w:val="single"/>
        </w:rPr>
        <w:t>Reagan imposed</w:t>
      </w:r>
      <w:r>
        <w:rPr>
          <w:b w:val="0"/>
          <w:i w:val="0"/>
          <w:smallCaps w:val="0"/>
          <w:strike w:val="0"/>
          <w:color w:val="000000"/>
          <w:sz w:val="16"/>
          <w:u w:val="none"/>
        </w:rPr>
        <w:t xml:space="preserve"> “voluntary” import </w:t>
      </w:r>
      <w:r>
        <w:rPr>
          <w:b w:val="0"/>
          <w:i w:val="0"/>
          <w:smallCaps w:val="0"/>
          <w:strike w:val="0"/>
          <w:color w:val="000000"/>
          <w:u w:val="single"/>
        </w:rPr>
        <w:t>quotas</w:t>
      </w:r>
      <w:r>
        <w:rPr>
          <w:b w:val="0"/>
          <w:i w:val="0"/>
          <w:smallCaps w:val="0"/>
          <w:strike w:val="0"/>
          <w:color w:val="000000"/>
          <w:sz w:val="16"/>
          <w:u w:val="none"/>
        </w:rPr>
        <w:t xml:space="preserve"> </w:t>
      </w:r>
      <w:r>
        <w:rPr>
          <w:b w:val="0"/>
          <w:i w:val="0"/>
          <w:smallCaps w:val="0"/>
          <w:strike w:val="0"/>
          <w:color w:val="000000"/>
          <w:u w:val="single"/>
        </w:rPr>
        <w:t>on Japanese autos</w:t>
      </w:r>
      <w:r>
        <w:rPr>
          <w:b w:val="0"/>
          <w:i w:val="0"/>
          <w:smallCaps w:val="0"/>
          <w:strike w:val="0"/>
          <w:color w:val="000000"/>
          <w:sz w:val="16"/>
          <w:u w:val="none"/>
        </w:rPr>
        <w:t xml:space="preserve"> in the 1980s, Toyota built more factories in the U.S. </w:t>
      </w:r>
      <w:r>
        <w:rPr>
          <w:b w:val="0"/>
          <w:i w:val="0"/>
          <w:smallCaps w:val="0"/>
          <w:strike w:val="0"/>
          <w:color w:val="000000"/>
          <w:u w:val="single"/>
        </w:rPr>
        <w:t>The end result</w:t>
      </w:r>
      <w:r>
        <w:rPr>
          <w:b w:val="0"/>
          <w:i w:val="0"/>
          <w:smallCaps w:val="0"/>
          <w:strike w:val="0"/>
          <w:color w:val="000000"/>
          <w:sz w:val="16"/>
          <w:u w:val="none"/>
        </w:rPr>
        <w:t xml:space="preserve"> </w:t>
      </w:r>
      <w:r>
        <w:rPr>
          <w:b w:val="0"/>
          <w:i w:val="0"/>
          <w:smallCaps w:val="0"/>
          <w:strike w:val="0"/>
          <w:color w:val="000000"/>
          <w:u w:val="single"/>
        </w:rPr>
        <w:t>was</w:t>
      </w:r>
      <w:r>
        <w:rPr>
          <w:b w:val="0"/>
          <w:i w:val="0"/>
          <w:smallCaps w:val="0"/>
          <w:strike w:val="0"/>
          <w:color w:val="000000"/>
          <w:sz w:val="16"/>
          <w:u w:val="none"/>
        </w:rPr>
        <w:t xml:space="preserve"> that U.S. consumers still got the </w:t>
      </w:r>
      <w:r>
        <w:rPr>
          <w:b w:val="0"/>
          <w:i w:val="0"/>
          <w:smallCaps w:val="0"/>
          <w:strike w:val="0"/>
          <w:color w:val="000000"/>
          <w:u w:val="single"/>
        </w:rPr>
        <w:t>cars</w:t>
      </w:r>
      <w:r>
        <w:rPr>
          <w:b w:val="0"/>
          <w:i w:val="0"/>
          <w:smallCaps w:val="0"/>
          <w:strike w:val="0"/>
          <w:color w:val="000000"/>
          <w:sz w:val="16"/>
          <w:u w:val="none"/>
        </w:rPr>
        <w:t xml:space="preserve">, and </w:t>
      </w:r>
      <w:r>
        <w:rPr>
          <w:b w:val="0"/>
          <w:i w:val="0"/>
          <w:smallCaps w:val="0"/>
          <w:strike w:val="0"/>
          <w:color w:val="000000"/>
          <w:u w:val="single"/>
        </w:rPr>
        <w:t>without</w:t>
      </w:r>
      <w:r>
        <w:rPr>
          <w:b w:val="0"/>
          <w:i w:val="0"/>
          <w:smallCaps w:val="0"/>
          <w:strike w:val="0"/>
          <w:color w:val="000000"/>
          <w:sz w:val="16"/>
          <w:u w:val="none"/>
        </w:rPr>
        <w:t xml:space="preserve"> paying </w:t>
      </w:r>
      <w:r>
        <w:rPr>
          <w:b w:val="0"/>
          <w:i w:val="0"/>
          <w:smallCaps w:val="0"/>
          <w:strike w:val="0"/>
          <w:color w:val="000000"/>
          <w:u w:val="single"/>
        </w:rPr>
        <w:t>tariffs</w:t>
      </w:r>
      <w:r>
        <w:rPr>
          <w:b w:val="0"/>
          <w:i w:val="0"/>
          <w:smallCaps w:val="0"/>
          <w:strike w:val="0"/>
          <w:color w:val="000000"/>
          <w:sz w:val="16"/>
          <w:u w:val="none"/>
        </w:rPr>
        <w:t xml:space="preserve">. You might think America enjoyed </w:t>
      </w:r>
      <w:r>
        <w:rPr>
          <w:b w:val="0"/>
          <w:i w:val="0"/>
          <w:smallCaps w:val="0"/>
          <w:strike w:val="0"/>
          <w:color w:val="000000"/>
          <w:u w:val="single"/>
        </w:rPr>
        <w:t>additional</w:t>
      </w:r>
      <w:r>
        <w:rPr>
          <w:b w:val="0"/>
          <w:i w:val="0"/>
          <w:smallCaps w:val="0"/>
          <w:strike w:val="0"/>
          <w:color w:val="000000"/>
          <w:sz w:val="16"/>
          <w:u w:val="none"/>
        </w:rPr>
        <w:t xml:space="preserve"> </w:t>
      </w:r>
      <w:r>
        <w:rPr>
          <w:b w:val="0"/>
          <w:i w:val="0"/>
          <w:smallCaps w:val="0"/>
          <w:strike w:val="0"/>
          <w:color w:val="000000"/>
          <w:u w:val="single"/>
        </w:rPr>
        <w:t>gains</w:t>
      </w:r>
      <w:r>
        <w:rPr>
          <w:b w:val="0"/>
          <w:i w:val="0"/>
          <w:smallCaps w:val="0"/>
          <w:strike w:val="0"/>
          <w:color w:val="000000"/>
          <w:sz w:val="16"/>
          <w:u w:val="none"/>
        </w:rPr>
        <w:t xml:space="preserve"> from the new jobs created, but much of that </w:t>
      </w:r>
      <w:r>
        <w:rPr>
          <w:b w:val="0"/>
          <w:i w:val="0"/>
          <w:smallCaps w:val="0"/>
          <w:strike w:val="0"/>
          <w:color w:val="000000"/>
          <w:u w:val="single"/>
        </w:rPr>
        <w:t>was given back through capital inflows</w:t>
      </w:r>
      <w:r>
        <w:rPr>
          <w:b w:val="0"/>
          <w:i w:val="0"/>
          <w:smallCaps w:val="0"/>
          <w:strike w:val="0"/>
          <w:color w:val="000000"/>
          <w:sz w:val="16"/>
          <w:u w:val="none"/>
        </w:rPr>
        <w:t xml:space="preserve">, </w:t>
      </w:r>
      <w:r>
        <w:rPr>
          <w:b w:val="0"/>
          <w:i w:val="0"/>
          <w:smallCaps w:val="0"/>
          <w:strike w:val="0"/>
          <w:color w:val="000000"/>
          <w:u w:val="single"/>
        </w:rPr>
        <w:t>as a stronger dollar led to weaker exports</w:t>
      </w:r>
      <w:r>
        <w:rPr>
          <w:b w:val="0"/>
          <w:i w:val="0"/>
          <w:smallCaps w:val="0"/>
          <w:strike w:val="0"/>
          <w:color w:val="000000"/>
          <w:sz w:val="16"/>
          <w:u w:val="none"/>
        </w:rPr>
        <w:t xml:space="preserve">. </w:t>
      </w:r>
      <w:r>
        <w:rPr>
          <w:b/>
          <w:i w:val="0"/>
          <w:smallCaps w:val="0"/>
          <w:strike w:val="0"/>
          <w:color w:val="000000"/>
          <w:u w:val="single"/>
        </w:rPr>
        <w:t>It was a form of market adjustment</w:t>
      </w:r>
      <w:r>
        <w:rPr>
          <w:b/>
          <w:i w:val="0"/>
          <w:smallCaps w:val="0"/>
          <w:strike w:val="0"/>
          <w:color w:val="000000"/>
          <w:u w:val="single"/>
        </w:rPr>
        <w:t>.</w:t>
      </w:r>
      <w:r>
        <w:rPr>
          <w:b w:val="0"/>
          <w:i w:val="0"/>
          <w:smallCaps w:val="0"/>
          <w:strike w:val="0"/>
          <w:color w:val="000000"/>
          <w:sz w:val="16"/>
          <w:u w:val="none"/>
        </w:rPr>
        <w:t xml:space="preserve"> </w:t>
      </w:r>
      <w:r>
        <w:rPr>
          <w:b w:val="0"/>
          <w:i w:val="0"/>
          <w:smallCaps w:val="0"/>
          <w:strike w:val="0"/>
          <w:color w:val="000000"/>
          <w:u w:val="single"/>
        </w:rPr>
        <w:t>By putting</w:t>
      </w:r>
      <w:r>
        <w:rPr>
          <w:b w:val="0"/>
          <w:i w:val="0"/>
          <w:smallCaps w:val="0"/>
          <w:strike w:val="0"/>
          <w:color w:val="000000"/>
          <w:sz w:val="16"/>
          <w:u w:val="none"/>
        </w:rPr>
        <w:t xml:space="preserve"> its </w:t>
      </w:r>
      <w:r>
        <w:rPr>
          <w:b w:val="0"/>
          <w:i w:val="0"/>
          <w:smallCaps w:val="0"/>
          <w:strike w:val="0"/>
          <w:color w:val="000000"/>
          <w:u w:val="single"/>
        </w:rPr>
        <w:t>European production in Europe</w:t>
      </w:r>
      <w:r>
        <w:rPr>
          <w:b w:val="0"/>
          <w:i w:val="0"/>
          <w:smallCaps w:val="0"/>
          <w:strike w:val="0"/>
          <w:color w:val="000000"/>
          <w:sz w:val="16"/>
          <w:u w:val="none"/>
        </w:rPr>
        <w:t xml:space="preserve">, </w:t>
      </w:r>
      <w:r>
        <w:rPr>
          <w:b w:val="0"/>
          <w:i w:val="0"/>
          <w:smallCaps w:val="0"/>
          <w:strike w:val="0"/>
          <w:color w:val="000000"/>
          <w:u w:val="single"/>
        </w:rPr>
        <w:t>Harley is creating a similar</w:t>
      </w:r>
      <w:r>
        <w:rPr>
          <w:b w:val="0"/>
          <w:i w:val="0"/>
          <w:smallCaps w:val="0"/>
          <w:strike w:val="0"/>
          <w:color w:val="000000"/>
          <w:sz w:val="16"/>
          <w:u w:val="none"/>
        </w:rPr>
        <w:t xml:space="preserve"> </w:t>
      </w:r>
      <w:r>
        <w:rPr>
          <w:b w:val="0"/>
          <w:i w:val="0"/>
          <w:smallCaps w:val="0"/>
          <w:strike w:val="0"/>
          <w:color w:val="000000"/>
          <w:u w:val="single"/>
        </w:rPr>
        <w:t>tariff-neutralizing</w:t>
      </w:r>
      <w:r>
        <w:rPr>
          <w:b w:val="0"/>
          <w:i w:val="0"/>
          <w:smallCaps w:val="0"/>
          <w:strike w:val="0"/>
          <w:color w:val="000000"/>
          <w:sz w:val="16"/>
          <w:u w:val="none"/>
        </w:rPr>
        <w:t xml:space="preserve"> </w:t>
      </w:r>
      <w:r>
        <w:rPr>
          <w:b w:val="0"/>
          <w:i w:val="0"/>
          <w:smallCaps w:val="0"/>
          <w:strike w:val="0"/>
          <w:color w:val="000000"/>
          <w:u w:val="single"/>
        </w:rPr>
        <w:t>effect</w:t>
      </w:r>
      <w:r>
        <w:rPr>
          <w:b w:val="0"/>
          <w:i w:val="0"/>
          <w:smallCaps w:val="0"/>
          <w:strike w:val="0"/>
          <w:color w:val="000000"/>
          <w:sz w:val="16"/>
          <w:u w:val="none"/>
        </w:rPr>
        <w:t xml:space="preserve">, </w:t>
      </w:r>
      <w:r>
        <w:rPr>
          <w:b w:val="0"/>
          <w:i w:val="0"/>
          <w:smallCaps w:val="0"/>
          <w:strike w:val="0"/>
          <w:color w:val="000000"/>
          <w:u w:val="single"/>
        </w:rPr>
        <w:t>reflecting the market's ability to adjust to an ill-conceived policy</w:t>
      </w:r>
      <w:r>
        <w:rPr>
          <w:b w:val="0"/>
          <w:i w:val="0"/>
          <w:smallCaps w:val="0"/>
          <w:strike w:val="0"/>
          <w:color w:val="000000"/>
          <w:sz w:val="16"/>
          <w:u w:val="none"/>
        </w:rPr>
        <w:t xml:space="preserve">. </w:t>
      </w:r>
      <w:r>
        <w:rPr>
          <w:b w:val="0"/>
          <w:i w:val="0"/>
          <w:smallCaps w:val="0"/>
          <w:strike w:val="0"/>
          <w:color w:val="000000"/>
          <w:u w:val="single"/>
        </w:rPr>
        <w:t>In turn,</w:t>
      </w:r>
      <w:r>
        <w:rPr>
          <w:b w:val="0"/>
          <w:i w:val="0"/>
          <w:smallCaps w:val="0"/>
          <w:strike w:val="0"/>
          <w:color w:val="000000"/>
          <w:sz w:val="16"/>
          <w:u w:val="none"/>
        </w:rPr>
        <w:t xml:space="preserve"> </w:t>
      </w:r>
      <w:r>
        <w:rPr>
          <w:b w:val="0"/>
          <w:i w:val="0"/>
          <w:smallCaps w:val="0"/>
          <w:strike w:val="0"/>
          <w:color w:val="000000"/>
          <w:u w:val="single"/>
        </w:rPr>
        <w:t>we can expect</w:t>
      </w:r>
      <w:r>
        <w:rPr>
          <w:b w:val="0"/>
          <w:i w:val="0"/>
          <w:smallCaps w:val="0"/>
          <w:strike w:val="0"/>
          <w:color w:val="000000"/>
          <w:sz w:val="16"/>
          <w:u w:val="none"/>
        </w:rPr>
        <w:t xml:space="preserve"> that some </w:t>
      </w:r>
      <w:r>
        <w:rPr>
          <w:b w:val="0"/>
          <w:i w:val="0"/>
          <w:smallCaps w:val="0"/>
          <w:strike w:val="0"/>
          <w:color w:val="000000"/>
          <w:u w:val="single"/>
        </w:rPr>
        <w:t>European producers will place new plants in the U.S. or expand</w:t>
      </w:r>
      <w:r>
        <w:rPr>
          <w:b w:val="0"/>
          <w:i w:val="0"/>
          <w:smallCaps w:val="0"/>
          <w:strike w:val="0"/>
          <w:color w:val="000000"/>
          <w:sz w:val="16"/>
          <w:u w:val="none"/>
        </w:rPr>
        <w:t xml:space="preserve"> </w:t>
      </w:r>
      <w:r>
        <w:rPr>
          <w:b w:val="0"/>
          <w:i w:val="0"/>
          <w:smallCaps w:val="0"/>
          <w:strike w:val="0"/>
          <w:color w:val="000000"/>
          <w:u w:val="single"/>
        </w:rPr>
        <w:t>the</w:t>
      </w:r>
      <w:r>
        <w:rPr>
          <w:b w:val="0"/>
          <w:i w:val="0"/>
          <w:smallCaps w:val="0"/>
          <w:strike w:val="0"/>
          <w:color w:val="000000"/>
          <w:sz w:val="16"/>
          <w:u w:val="none"/>
        </w:rPr>
        <w:t xml:space="preserve"> </w:t>
      </w:r>
      <w:r>
        <w:rPr>
          <w:b w:val="0"/>
          <w:i w:val="0"/>
          <w:smallCaps w:val="0"/>
          <w:strike w:val="0"/>
          <w:color w:val="000000"/>
          <w:u w:val="single"/>
        </w:rPr>
        <w:t>old ones</w:t>
      </w:r>
      <w:r>
        <w:rPr>
          <w:b w:val="0"/>
          <w:i w:val="0"/>
          <w:smallCaps w:val="0"/>
          <w:strike w:val="0"/>
          <w:color w:val="000000"/>
          <w:sz w:val="16"/>
          <w:u w:val="none"/>
        </w:rPr>
        <w:t xml:space="preserve">. Note that Harley already had plans to shrink its U.S. production, and it already was expanding into Brazil, Australia and India. So perhaps </w:t>
      </w:r>
      <w:r>
        <w:rPr>
          <w:b w:val="0"/>
          <w:i w:val="0"/>
          <w:smallCaps w:val="0"/>
          <w:strike w:val="0"/>
          <w:color w:val="000000"/>
          <w:u w:val="single"/>
        </w:rPr>
        <w:t>the result here isn’t so different from what might have happened anyway.</w:t>
      </w:r>
      <w:r>
        <w:rPr>
          <w:b w:val="0"/>
          <w:i w:val="0"/>
          <w:smallCaps w:val="0"/>
          <w:strike w:val="0"/>
          <w:color w:val="000000"/>
          <w:sz w:val="16"/>
          <w:u w:val="none"/>
        </w:rPr>
        <w:t xml:space="preserve"> </w:t>
      </w:r>
      <w:r>
        <w:rPr>
          <w:b w:val="0"/>
          <w:i w:val="0"/>
          <w:smallCaps w:val="0"/>
          <w:strike w:val="0"/>
          <w:color w:val="000000"/>
          <w:sz w:val="16"/>
          <w:u w:val="none"/>
        </w:rPr>
        <w:t>Of course</w:t>
      </w:r>
      <w:r>
        <w:rPr>
          <w:b w:val="0"/>
          <w:i w:val="0"/>
          <w:smallCaps w:val="0"/>
          <w:strike w:val="0"/>
          <w:color w:val="000000"/>
          <w:sz w:val="16"/>
          <w:u w:val="none"/>
        </w:rPr>
        <w:t xml:space="preserve"> it isn’t always that simple. Let’s say that tariffs went up significantly between the U.S. and Malaysia. It might not be worth it for Harley or other producers to build new plants in Malaysia, since it is a relatively small market. The good news, if you could call it that, is that the U.S. is starting a trade war with the economically large European Union. That is precisely the place where, because the potential market is so large, companies will make more investment to offset the impact of trade restrictions. </w:t>
      </w:r>
      <w:r>
        <w:rPr>
          <w:b w:val="0"/>
          <w:i w:val="0"/>
          <w:smallCaps w:val="0"/>
          <w:strike w:val="0"/>
          <w:color w:val="000000"/>
          <w:u w:val="single"/>
        </w:rPr>
        <w:t>The movement of people is another partial substitute</w:t>
      </w:r>
      <w:r>
        <w:rPr>
          <w:b w:val="0"/>
          <w:i w:val="0"/>
          <w:smallCaps w:val="0"/>
          <w:strike w:val="0"/>
          <w:color w:val="000000"/>
          <w:sz w:val="16"/>
          <w:u w:val="none"/>
        </w:rPr>
        <w:t xml:space="preserve"> for standard </w:t>
      </w:r>
      <w:r>
        <w:rPr>
          <w:b w:val="0"/>
          <w:i w:val="0"/>
          <w:smallCaps w:val="0"/>
          <w:strike w:val="0"/>
          <w:color w:val="000000"/>
          <w:sz w:val="16"/>
          <w:u w:val="none"/>
        </w:rPr>
        <w:t>foreign imports</w:t>
      </w:r>
      <w:r>
        <w:rPr>
          <w:b w:val="0"/>
          <w:i w:val="0"/>
          <w:smallCaps w:val="0"/>
          <w:strike w:val="0"/>
          <w:color w:val="000000"/>
          <w:sz w:val="16"/>
          <w:u w:val="none"/>
        </w:rPr>
        <w:t xml:space="preserve"> and exports. </w:t>
      </w:r>
      <w:r>
        <w:rPr>
          <w:b w:val="0"/>
          <w:i w:val="0"/>
          <w:smallCaps w:val="0"/>
          <w:strike w:val="0"/>
          <w:color w:val="000000"/>
          <w:sz w:val="16"/>
          <w:u w:val="none"/>
        </w:rPr>
        <w:t>So</w:t>
      </w:r>
      <w:r>
        <w:rPr>
          <w:b w:val="0"/>
          <w:i w:val="0"/>
          <w:smallCaps w:val="0"/>
          <w:strike w:val="0"/>
          <w:color w:val="000000"/>
          <w:sz w:val="16"/>
          <w:u w:val="none"/>
        </w:rPr>
        <w:t xml:space="preserve"> if the U.S. further restricts French cheese, or the EU places additional limits on American beef imports, </w:t>
      </w:r>
      <w:r>
        <w:rPr>
          <w:b w:val="0"/>
          <w:i w:val="0"/>
          <w:smallCaps w:val="0"/>
          <w:strike w:val="0"/>
          <w:color w:val="000000"/>
          <w:u w:val="single"/>
        </w:rPr>
        <w:t>tourists adjust to limit the burden</w:t>
      </w:r>
      <w:r>
        <w:rPr>
          <w:b w:val="0"/>
          <w:i w:val="0"/>
          <w:smallCaps w:val="0"/>
          <w:strike w:val="0"/>
          <w:color w:val="000000"/>
          <w:sz w:val="16"/>
          <w:u w:val="none"/>
        </w:rPr>
        <w:t xml:space="preserve">. (I don’t foresee a big increase in cross-Atlantic migration, although theoretically that is another possible response.) Even before Trump, the U.S. did not let in many French non-pasteurized cheeses. </w:t>
      </w:r>
      <w:r>
        <w:rPr>
          <w:b w:val="0"/>
          <w:i w:val="0"/>
          <w:smallCaps w:val="0"/>
          <w:strike w:val="0"/>
          <w:color w:val="000000"/>
          <w:u w:val="single"/>
        </w:rPr>
        <w:t>So</w:t>
      </w:r>
      <w:r>
        <w:rPr>
          <w:b w:val="0"/>
          <w:i w:val="0"/>
          <w:smallCaps w:val="0"/>
          <w:strike w:val="0"/>
          <w:color w:val="000000"/>
          <w:sz w:val="16"/>
          <w:u w:val="none"/>
        </w:rPr>
        <w:t xml:space="preserve"> </w:t>
      </w:r>
      <w:r>
        <w:rPr>
          <w:b w:val="0"/>
          <w:i w:val="0"/>
          <w:smallCaps w:val="0"/>
          <w:strike w:val="0"/>
          <w:color w:val="000000"/>
          <w:u w:val="single"/>
        </w:rPr>
        <w:t>when I go to France, the first thing I do is to buy a lot of those cheeses. Just as, I imagine, many French tourists in Texas sample the barbecue.</w:t>
      </w:r>
      <w:r>
        <w:rPr>
          <w:b w:val="0"/>
          <w:i w:val="0"/>
          <w:smallCaps w:val="0"/>
          <w:strike w:val="0"/>
          <w:color w:val="000000"/>
          <w:sz w:val="16"/>
          <w:u w:val="none"/>
        </w:rPr>
        <w:t xml:space="preserve"> </w:t>
      </w:r>
      <w:r>
        <w:rPr>
          <w:b w:val="0"/>
          <w:i w:val="0"/>
          <w:smallCaps w:val="0"/>
          <w:strike w:val="0"/>
          <w:color w:val="000000"/>
          <w:u w:val="single"/>
        </w:rPr>
        <w:t>Another</w:t>
      </w:r>
      <w:r>
        <w:rPr>
          <w:b w:val="0"/>
          <w:i w:val="0"/>
          <w:smallCaps w:val="0"/>
          <w:strike w:val="0"/>
          <w:color w:val="000000"/>
          <w:sz w:val="16"/>
          <w:u w:val="none"/>
        </w:rPr>
        <w:t xml:space="preserve"> </w:t>
      </w:r>
      <w:r>
        <w:rPr>
          <w:b w:val="0"/>
          <w:i w:val="0"/>
          <w:smallCaps w:val="0"/>
          <w:strike w:val="0"/>
          <w:color w:val="000000"/>
          <w:u w:val="single"/>
        </w:rPr>
        <w:t>striking</w:t>
      </w:r>
      <w:r>
        <w:rPr>
          <w:b w:val="0"/>
          <w:i w:val="0"/>
          <w:smallCaps w:val="0"/>
          <w:strike w:val="0"/>
          <w:color w:val="000000"/>
          <w:sz w:val="16"/>
          <w:u w:val="none"/>
        </w:rPr>
        <w:t xml:space="preserve"> </w:t>
      </w:r>
      <w:r>
        <w:rPr>
          <w:b w:val="0"/>
          <w:i w:val="0"/>
          <w:smallCaps w:val="0"/>
          <w:strike w:val="0"/>
          <w:color w:val="000000"/>
          <w:u w:val="single"/>
        </w:rPr>
        <w:t>feature</w:t>
      </w:r>
      <w:r>
        <w:rPr>
          <w:b w:val="0"/>
          <w:i w:val="0"/>
          <w:smallCaps w:val="0"/>
          <w:strike w:val="0"/>
          <w:color w:val="000000"/>
          <w:sz w:val="16"/>
          <w:u w:val="none"/>
        </w:rPr>
        <w:t xml:space="preserve"> </w:t>
      </w:r>
      <w:r>
        <w:rPr>
          <w:b w:val="0"/>
          <w:i w:val="0"/>
          <w:smallCaps w:val="0"/>
          <w:strike w:val="0"/>
          <w:color w:val="000000"/>
          <w:u w:val="single"/>
        </w:rPr>
        <w:t>of trade today</w:t>
      </w:r>
      <w:r>
        <w:rPr>
          <w:b w:val="0"/>
          <w:i w:val="0"/>
          <w:smallCaps w:val="0"/>
          <w:strike w:val="0"/>
          <w:color w:val="000000"/>
          <w:sz w:val="16"/>
          <w:u w:val="none"/>
        </w:rPr>
        <w:t xml:space="preserve"> </w:t>
      </w:r>
      <w:r>
        <w:rPr>
          <w:b w:val="0"/>
          <w:i w:val="0"/>
          <w:smallCaps w:val="0"/>
          <w:strike w:val="0"/>
          <w:color w:val="000000"/>
          <w:u w:val="single"/>
        </w:rPr>
        <w:t>is</w:t>
      </w:r>
      <w:r>
        <w:rPr>
          <w:b w:val="0"/>
          <w:i w:val="0"/>
          <w:smallCaps w:val="0"/>
          <w:strike w:val="0"/>
          <w:color w:val="000000"/>
          <w:sz w:val="16"/>
          <w:u w:val="none"/>
        </w:rPr>
        <w:t xml:space="preserve"> that it is </w:t>
      </w:r>
      <w:r>
        <w:rPr>
          <w:b/>
          <w:i w:val="0"/>
          <w:smallCaps w:val="0"/>
          <w:strike w:val="0"/>
          <w:color w:val="000000"/>
          <w:u w:val="single"/>
        </w:rPr>
        <w:t>increasingly</w:t>
      </w:r>
      <w:r>
        <w:rPr>
          <w:b w:val="0"/>
          <w:i w:val="0"/>
          <w:smallCaps w:val="0"/>
          <w:strike w:val="0"/>
          <w:color w:val="000000"/>
          <w:sz w:val="16"/>
          <w:u w:val="none"/>
        </w:rPr>
        <w:t xml:space="preserve"> based on </w:t>
      </w:r>
      <w:r>
        <w:rPr>
          <w:b w:val="0"/>
          <w:i w:val="0"/>
          <w:smallCaps w:val="0"/>
          <w:strike w:val="0"/>
          <w:color w:val="000000"/>
          <w:u w:val="single"/>
        </w:rPr>
        <w:t>cross-national supply chains</w:t>
      </w:r>
      <w:r>
        <w:rPr>
          <w:b w:val="0"/>
          <w:i w:val="0"/>
          <w:smallCaps w:val="0"/>
          <w:strike w:val="0"/>
          <w:color w:val="000000"/>
          <w:sz w:val="16"/>
          <w:u w:val="none"/>
        </w:rPr>
        <w:t xml:space="preserve">. U.S. car production is heavily dependent on inputs from Mexico; European factories often buy their inputs from America; iPhone manufacturing in China is based on contributions from many nations, including the U.S., South Korea, Japan, the Philippines and Taiwan. There is a certain fragility to these arrangements, but they also mean the </w:t>
      </w:r>
      <w:r>
        <w:rPr>
          <w:b w:val="0"/>
          <w:i w:val="0"/>
          <w:smallCaps w:val="0"/>
          <w:strike w:val="0"/>
          <w:color w:val="000000"/>
          <w:u w:val="single"/>
        </w:rPr>
        <w:t>costs</w:t>
      </w:r>
      <w:r>
        <w:rPr>
          <w:b w:val="0"/>
          <w:i w:val="0"/>
          <w:smallCaps w:val="0"/>
          <w:strike w:val="0"/>
          <w:color w:val="000000"/>
          <w:sz w:val="16"/>
          <w:u w:val="none"/>
        </w:rPr>
        <w:t xml:space="preserve"> </w:t>
      </w:r>
      <w:r>
        <w:rPr>
          <w:b w:val="0"/>
          <w:i w:val="0"/>
          <w:smallCaps w:val="0"/>
          <w:strike w:val="0"/>
          <w:color w:val="000000"/>
          <w:u w:val="single"/>
        </w:rPr>
        <w:t>of small tariffs</w:t>
      </w:r>
      <w:r>
        <w:rPr>
          <w:b w:val="0"/>
          <w:i w:val="0"/>
          <w:smallCaps w:val="0"/>
          <w:strike w:val="0"/>
          <w:color w:val="000000"/>
          <w:sz w:val="16"/>
          <w:u w:val="none"/>
        </w:rPr>
        <w:t xml:space="preserve"> </w:t>
      </w:r>
      <w:r>
        <w:rPr>
          <w:b w:val="0"/>
          <w:i w:val="0"/>
          <w:smallCaps w:val="0"/>
          <w:strike w:val="0"/>
          <w:color w:val="000000"/>
          <w:u w:val="single"/>
        </w:rPr>
        <w:t>are likely to be absorbed</w:t>
      </w:r>
      <w:r>
        <w:rPr>
          <w:b w:val="0"/>
          <w:i w:val="0"/>
          <w:smallCaps w:val="0"/>
          <w:strike w:val="0"/>
          <w:color w:val="000000"/>
          <w:sz w:val="16"/>
          <w:u w:val="none"/>
        </w:rPr>
        <w:t xml:space="preserve"> </w:t>
      </w:r>
      <w:r>
        <w:rPr>
          <w:b w:val="0"/>
          <w:i w:val="0"/>
          <w:smallCaps w:val="0"/>
          <w:strike w:val="0"/>
          <w:color w:val="000000"/>
          <w:u w:val="single"/>
        </w:rPr>
        <w:t>by suppliers,</w:t>
      </w:r>
      <w:r>
        <w:rPr>
          <w:b w:val="0"/>
          <w:i w:val="0"/>
          <w:smallCaps w:val="0"/>
          <w:strike w:val="0"/>
          <w:color w:val="000000"/>
          <w:sz w:val="16"/>
          <w:u w:val="none"/>
        </w:rPr>
        <w:t xml:space="preserve"> </w:t>
      </w:r>
      <w:r>
        <w:rPr>
          <w:b w:val="0"/>
          <w:i w:val="0"/>
          <w:smallCaps w:val="0"/>
          <w:strike w:val="0"/>
          <w:color w:val="000000"/>
          <w:u w:val="single"/>
        </w:rPr>
        <w:t>rather than shutting down trade</w:t>
      </w:r>
      <w:r>
        <w:rPr>
          <w:b w:val="0"/>
          <w:i w:val="0"/>
          <w:smallCaps w:val="0"/>
          <w:strike w:val="0"/>
          <w:color w:val="000000"/>
          <w:sz w:val="16"/>
          <w:u w:val="none"/>
        </w:rPr>
        <w:t xml:space="preserve">. </w:t>
      </w:r>
      <w:r>
        <w:rPr>
          <w:b w:val="0"/>
          <w:i w:val="0"/>
          <w:smallCaps w:val="0"/>
          <w:strike w:val="0"/>
          <w:color w:val="000000"/>
          <w:u w:val="single"/>
        </w:rPr>
        <w:t>That's because if you’ve spent years painstakingly constructing one of these international supply chains, you’re not going to let a few tariffs on one part of the chain shut you down. Instead, you are likely to just eat the loss and move on</w:t>
      </w:r>
      <w:r>
        <w:rPr>
          <w:b w:val="0"/>
          <w:i w:val="0"/>
          <w:smallCaps w:val="0"/>
          <w:strike w:val="0"/>
          <w:color w:val="000000"/>
          <w:sz w:val="16"/>
          <w:u w:val="none"/>
        </w:rPr>
        <w:t xml:space="preserve">, because there is so much total value at stake. At the same time, very large tariffs and trade barriers now will have much higher costs, if they </w:t>
      </w:r>
      <w:r>
        <w:rPr>
          <w:b w:val="0"/>
          <w:i w:val="0"/>
          <w:smallCaps w:val="0"/>
          <w:strike w:val="0"/>
          <w:color w:val="000000"/>
          <w:sz w:val="16"/>
          <w:u w:val="none"/>
        </w:rPr>
        <w:t>are capable of shutting</w:t>
      </w:r>
      <w:r>
        <w:rPr>
          <w:b w:val="0"/>
          <w:i w:val="0"/>
          <w:smallCaps w:val="0"/>
          <w:strike w:val="0"/>
          <w:color w:val="000000"/>
          <w:sz w:val="16"/>
          <w:u w:val="none"/>
        </w:rPr>
        <w:t xml:space="preserve"> down the entire supply chain and disrupting so many moving parts. Thus does a strange dynamic come into play in the global economy: Politicians start to feel they can impose small tariffs without disrupting production very much, or even necessarily inducing higher prices. They’re right – and that is exactly what makes this logic dangerous, because they may be tempted to push further and further on those tariffs, drawing ever close to the danger zone where the tariff really starts to bite. The biggest costs of the current trade war talk may come with China, because in that case there is talk of both higher tariffs and tougher restrictions on Chinese investment in the U.S. (and possibly vice versa). The market adjustments to higher tariffs just aren’t as potent in this context, in part because China still is not a proper and open market economy. Still, when you read about tariffs and trade wars, </w:t>
      </w:r>
      <w:r>
        <w:rPr>
          <w:b/>
          <w:i w:val="0"/>
          <w:smallCaps w:val="0"/>
          <w:strike w:val="0"/>
          <w:color w:val="000000"/>
          <w:u w:val="single"/>
        </w:rPr>
        <w:t>do not dismiss the power of institutions to adjust</w:t>
      </w:r>
      <w:r>
        <w:rPr>
          <w:b w:val="0"/>
          <w:i w:val="0"/>
          <w:smallCaps w:val="0"/>
          <w:strike w:val="0"/>
          <w:color w:val="000000"/>
          <w:sz w:val="16"/>
          <w:u w:val="none"/>
        </w:rPr>
        <w:t xml:space="preserve">. </w:t>
      </w:r>
      <w:r>
        <w:rPr>
          <w:b w:val="0"/>
          <w:i w:val="0"/>
          <w:smallCaps w:val="0"/>
          <w:strike w:val="0"/>
          <w:color w:val="000000"/>
          <w:u w:val="single"/>
        </w:rPr>
        <w:t>One of the great virtues of markets is that it is harder to wreck them than you might think.</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