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Domestic insurgency </w:t>
      </w:r>
      <w:r>
        <w:rPr>
          <w:b/>
          <w:i w:val="0"/>
          <w:smallCaps w:val="0"/>
          <w:strike w:val="0"/>
          <w:sz w:val="26"/>
          <w:u w:val="single"/>
        </w:rPr>
        <w:t>fragments</w:t>
      </w:r>
      <w:r>
        <w:rPr>
          <w:b/>
          <w:i w:val="0"/>
          <w:smallCaps w:val="0"/>
          <w:strike w:val="0"/>
          <w:sz w:val="26"/>
          <w:u w:val="none"/>
        </w:rPr>
        <w:t xml:space="preserve"> the US, collapsing </w:t>
      </w:r>
      <w:r>
        <w:rPr>
          <w:b/>
          <w:i w:val="0"/>
          <w:smallCaps w:val="0"/>
          <w:strike w:val="0"/>
          <w:sz w:val="26"/>
          <w:u w:val="single"/>
        </w:rPr>
        <w:t>state capacity</w:t>
      </w:r>
      <w:r>
        <w:rPr>
          <w:b/>
          <w:i w:val="0"/>
          <w:smallCaps w:val="0"/>
          <w:strike w:val="0"/>
          <w:sz w:val="26"/>
          <w:u w:val="none"/>
        </w:rPr>
        <w:t xml:space="preserve"> and empowering </w:t>
      </w:r>
      <w:r>
        <w:rPr>
          <w:b/>
          <w:i w:val="0"/>
          <w:smallCaps w:val="0"/>
          <w:strike w:val="0"/>
          <w:sz w:val="26"/>
          <w:u w:val="single"/>
        </w:rPr>
        <w:t>nuclear guerilla groups</w:t>
      </w:r>
      <w:r>
        <w:rPr>
          <w:b/>
          <w:i w:val="0"/>
          <w:smallCaps w:val="0"/>
          <w:strike w:val="0"/>
          <w:sz w:val="26"/>
          <w:u w:val="none"/>
        </w:rPr>
        <w:t xml:space="preserve"> that are immune to the military---extinction.</w:t>
      </w:r>
    </w:p>
    <w:p>
      <w:pPr>
        <w:spacing w:after="80"/>
      </w:pPr>
      <w:r>
        <w:rPr>
          <w:b/>
          <w:i w:val="0"/>
          <w:smallCaps w:val="0"/>
          <w:strike w:val="0"/>
          <w:sz w:val="26"/>
          <w:u w:val="none"/>
        </w:rPr>
        <w:t>Marche ’22</w:t>
      </w:r>
      <w:r>
        <w:rPr>
          <w:b w:val="0"/>
          <w:i w:val="0"/>
          <w:smallCaps w:val="0"/>
          <w:strike w:val="0"/>
          <w:sz w:val="22"/>
          <w:u w:val="none"/>
        </w:rPr>
        <w:t xml:space="preserve"> [Stephen; Doctorate in Early Modern Drama, Novelist and essayist citing Former Army Lt. Gen. Bolger and Mansoor, a retired Colonel and Professor of Military History at OSU; “Why the U.S. Military Isn’t Ready for Civil War,” https://foreignpolicy.com/2022/01/04/american-civil-war-january-6-capitol/]</w:t>
      </w:r>
    </w:p>
    <w:p>
      <w:pPr>
        <w:spacing w:after="60"/>
      </w:pPr>
      <w:r>
        <w:rPr>
          <w:b w:val="0"/>
          <w:i w:val="0"/>
          <w:smallCaps w:val="0"/>
          <w:strike w:val="0"/>
          <w:sz w:val="16"/>
          <w:u w:val="none"/>
        </w:rPr>
        <w:t xml:space="preserve">The United States, of course, is not just any country—it is the world’s most enduring democracy and largest economy. But ever fewer Americans believe its size and power are going to save it anymore. In the aftermath of former President Donald Trump’s election, Thomas E. Ricks for </w:t>
      </w:r>
      <w:r>
        <w:rPr>
          <w:b w:val="0"/>
          <w:i w:val="0"/>
          <w:smallCaps w:val="0"/>
          <w:strike w:val="0"/>
          <w:sz w:val="22"/>
          <w:u w:val="single"/>
        </w:rPr>
        <w:t>Foreign Policy asked a group of</w:t>
      </w:r>
      <w:r>
        <w:rPr>
          <w:b w:val="0"/>
          <w:i w:val="0"/>
          <w:smallCaps w:val="0"/>
          <w:strike w:val="0"/>
          <w:sz w:val="16"/>
          <w:u w:val="none"/>
        </w:rPr>
        <w:t xml:space="preserve"> </w:t>
      </w:r>
      <w:r>
        <w:rPr>
          <w:b/>
          <w:i w:val="0"/>
          <w:smallCaps w:val="0"/>
          <w:strike w:val="0"/>
          <w:sz w:val="24"/>
          <w:u w:val="single"/>
        </w:rPr>
        <w:t>national security experts</w:t>
      </w:r>
      <w:r>
        <w:rPr>
          <w:b w:val="0"/>
          <w:i w:val="0"/>
          <w:smallCaps w:val="0"/>
          <w:strike w:val="0"/>
          <w:sz w:val="16"/>
          <w:u w:val="none"/>
        </w:rPr>
        <w:t xml:space="preserve"> to </w:t>
      </w:r>
      <w:r>
        <w:rPr>
          <w:b w:val="0"/>
          <w:i w:val="0"/>
          <w:smallCaps w:val="0"/>
          <w:strike w:val="0"/>
          <w:sz w:val="22"/>
          <w:u w:val="single"/>
        </w:rPr>
        <w:t>assess</w:t>
      </w:r>
      <w:r>
        <w:rPr>
          <w:b w:val="0"/>
          <w:i w:val="0"/>
          <w:smallCaps w:val="0"/>
          <w:strike w:val="0"/>
          <w:sz w:val="16"/>
          <w:u w:val="none"/>
        </w:rPr>
        <w:t xml:space="preserve"> the </w:t>
      </w:r>
      <w:r>
        <w:rPr>
          <w:b w:val="0"/>
          <w:i w:val="0"/>
          <w:smallCaps w:val="0"/>
          <w:strike w:val="0"/>
          <w:sz w:val="22"/>
          <w:u w:val="single"/>
        </w:rPr>
        <w:t>chances of</w:t>
      </w:r>
      <w:r>
        <w:rPr>
          <w:b w:val="0"/>
          <w:i w:val="0"/>
          <w:smallCaps w:val="0"/>
          <w:strike w:val="0"/>
          <w:sz w:val="16"/>
          <w:u w:val="none"/>
        </w:rPr>
        <w:t xml:space="preserve"> a </w:t>
      </w:r>
      <w:r>
        <w:rPr>
          <w:b w:val="0"/>
          <w:i w:val="0"/>
          <w:smallCaps w:val="0"/>
          <w:strike w:val="0"/>
          <w:sz w:val="22"/>
          <w:u w:val="single"/>
        </w:rPr>
        <w:t>civil war</w:t>
      </w:r>
      <w:r>
        <w:rPr>
          <w:b w:val="0"/>
          <w:i w:val="0"/>
          <w:smallCaps w:val="0"/>
          <w:strike w:val="0"/>
          <w:sz w:val="16"/>
          <w:u w:val="none"/>
        </w:rPr>
        <w:t xml:space="preserve"> over the next 10 to 15 years. The </w:t>
      </w:r>
      <w:r>
        <w:rPr>
          <w:b w:val="0"/>
          <w:i w:val="0"/>
          <w:smallCaps w:val="0"/>
          <w:strike w:val="0"/>
          <w:sz w:val="22"/>
          <w:u w:val="single"/>
        </w:rPr>
        <w:t>consensus stood at</w:t>
      </w:r>
      <w:r>
        <w:rPr>
          <w:b w:val="0"/>
          <w:i w:val="0"/>
          <w:smallCaps w:val="0"/>
          <w:strike w:val="0"/>
          <w:sz w:val="16"/>
          <w:u w:val="none"/>
        </w:rPr>
        <w:t xml:space="preserve"> </w:t>
      </w:r>
      <w:r>
        <w:rPr>
          <w:b/>
          <w:i w:val="0"/>
          <w:smallCaps w:val="0"/>
          <w:strike w:val="0"/>
          <w:sz w:val="24"/>
          <w:u w:val="single"/>
        </w:rPr>
        <w:t>35 percent</w:t>
      </w:r>
      <w:r>
        <w:rPr>
          <w:b w:val="0"/>
          <w:i w:val="0"/>
          <w:smallCaps w:val="0"/>
          <w:strike w:val="0"/>
          <w:sz w:val="16"/>
          <w:u w:val="none"/>
        </w:rPr>
        <w:t>. A 2019 poll from Georgetown University asked registered voters how close to the “edge of a civil war” the country was, on a scale from 0 to 100. The mean of their answers was 67.23, so almost exactly two-thirds of the way.</w:t>
      </w:r>
    </w:p>
    <w:p>
      <w:pPr>
        <w:spacing w:after="60"/>
      </w:pPr>
      <w:r>
        <w:rPr>
          <w:b w:val="0"/>
          <w:i w:val="0"/>
          <w:smallCaps w:val="0"/>
          <w:strike w:val="0"/>
          <w:sz w:val="16"/>
          <w:u w:val="none"/>
        </w:rPr>
        <w:t xml:space="preserve">There are plenty of reasons to trust this assessment. The </w:t>
      </w:r>
      <w:r>
        <w:rPr>
          <w:b/>
          <w:i w:val="0"/>
          <w:smallCaps w:val="0"/>
          <w:strike w:val="0"/>
          <w:sz w:val="24"/>
          <w:highlight w:val="cyan"/>
          <w:u w:val="single"/>
        </w:rPr>
        <w:t>U</w:t>
      </w:r>
      <w:r>
        <w:rPr>
          <w:b w:val="0"/>
          <w:i w:val="0"/>
          <w:smallCaps w:val="0"/>
          <w:strike w:val="0"/>
          <w:sz w:val="22"/>
          <w:u w:val="single"/>
        </w:rPr>
        <w:t>nited</w:t>
      </w:r>
      <w:r>
        <w:rPr>
          <w:b w:val="0"/>
          <w:i w:val="0"/>
          <w:smallCaps w:val="0"/>
          <w:strike w:val="0"/>
          <w:sz w:val="16"/>
          <w:u w:val="none"/>
        </w:rPr>
        <w:t xml:space="preserve"> </w:t>
      </w:r>
      <w:r>
        <w:rPr>
          <w:b/>
          <w:i w:val="0"/>
          <w:smallCaps w:val="0"/>
          <w:strike w:val="0"/>
          <w:sz w:val="24"/>
          <w:highlight w:val="cyan"/>
          <w:u w:val="single"/>
        </w:rPr>
        <w:t>S</w:t>
      </w:r>
      <w:r>
        <w:rPr>
          <w:b w:val="0"/>
          <w:i w:val="0"/>
          <w:smallCaps w:val="0"/>
          <w:strike w:val="0"/>
          <w:sz w:val="22"/>
          <w:u w:val="single"/>
        </w:rPr>
        <w:t>tates</w:t>
      </w:r>
      <w:r>
        <w:rPr>
          <w:b w:val="0"/>
          <w:i w:val="0"/>
          <w:smallCaps w:val="0"/>
          <w:strike w:val="0"/>
          <w:sz w:val="16"/>
          <w:u w:val="none"/>
        </w:rPr>
        <w:t xml:space="preserve">, as is stands, </w:t>
      </w:r>
      <w:r>
        <w:rPr>
          <w:b w:val="0"/>
          <w:i w:val="0"/>
          <w:smallCaps w:val="0"/>
          <w:strike w:val="0"/>
          <w:sz w:val="22"/>
          <w:highlight w:val="cyan"/>
          <w:u w:val="single"/>
        </w:rPr>
        <w:t>is a</w:t>
      </w:r>
      <w:r>
        <w:rPr>
          <w:b w:val="0"/>
          <w:i w:val="0"/>
          <w:smallCaps w:val="0"/>
          <w:strike w:val="0"/>
          <w:sz w:val="16"/>
          <w:highlight w:val="cyan"/>
          <w:u w:val="none"/>
        </w:rPr>
        <w:t xml:space="preserve"> </w:t>
      </w:r>
      <w:r>
        <w:rPr>
          <w:b/>
          <w:i w:val="0"/>
          <w:smallCaps w:val="0"/>
          <w:strike w:val="0"/>
          <w:sz w:val="24"/>
          <w:highlight w:val="cyan"/>
          <w:u w:val="single"/>
        </w:rPr>
        <w:t>textbook</w:t>
      </w:r>
      <w:r>
        <w:rPr>
          <w:b w:val="0"/>
          <w:i w:val="0"/>
          <w:smallCaps w:val="0"/>
          <w:strike w:val="0"/>
          <w:sz w:val="16"/>
          <w:highlight w:val="cyan"/>
          <w:u w:val="none"/>
        </w:rPr>
        <w:t xml:space="preserve"> </w:t>
      </w:r>
      <w:r>
        <w:rPr>
          <w:b w:val="0"/>
          <w:i w:val="0"/>
          <w:smallCaps w:val="0"/>
          <w:strike w:val="0"/>
          <w:sz w:val="22"/>
          <w:u w:val="single"/>
        </w:rPr>
        <w:t>case of a country on the</w:t>
      </w:r>
      <w:r>
        <w:rPr>
          <w:b w:val="0"/>
          <w:i w:val="0"/>
          <w:smallCaps w:val="0"/>
          <w:strike w:val="0"/>
          <w:sz w:val="16"/>
          <w:u w:val="none"/>
        </w:rPr>
        <w:t xml:space="preserve"> </w:t>
      </w:r>
      <w:r>
        <w:rPr>
          <w:b/>
          <w:i w:val="0"/>
          <w:smallCaps w:val="0"/>
          <w:strike w:val="0"/>
          <w:sz w:val="24"/>
          <w:highlight w:val="cyan"/>
          <w:u w:val="single"/>
        </w:rPr>
        <w:t>brink</w:t>
      </w:r>
      <w:r>
        <w:rPr>
          <w:b w:val="0"/>
          <w:i w:val="0"/>
          <w:smallCaps w:val="0"/>
          <w:strike w:val="0"/>
          <w:sz w:val="16"/>
          <w:u w:val="none"/>
        </w:rPr>
        <w:t xml:space="preserve"> </w:t>
      </w:r>
      <w:r>
        <w:rPr>
          <w:b w:val="0"/>
          <w:i w:val="0"/>
          <w:smallCaps w:val="0"/>
          <w:strike w:val="0"/>
          <w:sz w:val="22"/>
          <w:u w:val="single"/>
        </w:rPr>
        <w:t>of civil conflict</w:t>
      </w:r>
      <w:r>
        <w:rPr>
          <w:b w:val="0"/>
          <w:i w:val="0"/>
          <w:smallCaps w:val="0"/>
          <w:strike w:val="0"/>
          <w:sz w:val="16"/>
          <w:u w:val="none"/>
        </w:rPr>
        <w:t xml:space="preserve">. The political system has been completely </w:t>
      </w:r>
      <w:r>
        <w:rPr>
          <w:b w:val="0"/>
          <w:i w:val="0"/>
          <w:smallCaps w:val="0"/>
          <w:strike w:val="0"/>
          <w:sz w:val="22"/>
          <w:u w:val="single"/>
        </w:rPr>
        <w:t>overwhelmed by</w:t>
      </w:r>
      <w:r>
        <w:rPr>
          <w:b w:val="0"/>
          <w:i w:val="0"/>
          <w:smallCaps w:val="0"/>
          <w:strike w:val="0"/>
          <w:sz w:val="16"/>
          <w:u w:val="none"/>
        </w:rPr>
        <w:t xml:space="preserve"> </w:t>
      </w:r>
      <w:r>
        <w:rPr>
          <w:b/>
          <w:i w:val="0"/>
          <w:smallCaps w:val="0"/>
          <w:strike w:val="0"/>
          <w:sz w:val="24"/>
          <w:u w:val="single"/>
        </w:rPr>
        <w:t>hyperpartisanship</w:t>
      </w:r>
      <w:r>
        <w:rPr>
          <w:b w:val="0"/>
          <w:i w:val="0"/>
          <w:smallCaps w:val="0"/>
          <w:strike w:val="0"/>
          <w:sz w:val="16"/>
          <w:u w:val="none"/>
        </w:rPr>
        <w:t xml:space="preserve"> that renders each political decision, at best, representative of the will of only half the country. The legal system is increasingly a spoil of political infighting. The Oath Keepers, one of the </w:t>
      </w:r>
      <w:r>
        <w:rPr>
          <w:b/>
          <w:i w:val="0"/>
          <w:smallCaps w:val="0"/>
          <w:strike w:val="0"/>
          <w:sz w:val="24"/>
          <w:u w:val="single"/>
        </w:rPr>
        <w:t>largest</w:t>
      </w:r>
      <w:r>
        <w:rPr>
          <w:b w:val="0"/>
          <w:i w:val="0"/>
          <w:smallCaps w:val="0"/>
          <w:strike w:val="0"/>
          <w:sz w:val="16"/>
          <w:u w:val="none"/>
        </w:rPr>
        <w:t xml:space="preserve"> </w:t>
      </w:r>
      <w:r>
        <w:rPr>
          <w:b w:val="0"/>
          <w:i w:val="0"/>
          <w:smallCaps w:val="0"/>
          <w:strike w:val="0"/>
          <w:sz w:val="22"/>
          <w:highlight w:val="cyan"/>
          <w:u w:val="single"/>
        </w:rPr>
        <w:t>anti-gov</w:t>
      </w:r>
      <w:r>
        <w:rPr>
          <w:b w:val="0"/>
          <w:i w:val="0"/>
          <w:smallCaps w:val="0"/>
          <w:strike w:val="0"/>
          <w:sz w:val="16"/>
          <w:u w:val="none"/>
        </w:rPr>
        <w:t xml:space="preserve">ernment </w:t>
      </w:r>
      <w:r>
        <w:rPr>
          <w:b w:val="0"/>
          <w:i w:val="0"/>
          <w:smallCaps w:val="0"/>
          <w:strike w:val="0"/>
          <w:sz w:val="22"/>
          <w:highlight w:val="cyan"/>
          <w:u w:val="single"/>
        </w:rPr>
        <w:t>militias</w:t>
      </w:r>
      <w:r>
        <w:rPr>
          <w:b w:val="0"/>
          <w:i w:val="0"/>
          <w:smallCaps w:val="0"/>
          <w:strike w:val="0"/>
          <w:sz w:val="16"/>
          <w:u w:val="none"/>
        </w:rPr>
        <w:t xml:space="preserve">, have effectively </w:t>
      </w:r>
      <w:r>
        <w:rPr>
          <w:b/>
          <w:i w:val="0"/>
          <w:smallCaps w:val="0"/>
          <w:strike w:val="0"/>
          <w:sz w:val="24"/>
          <w:highlight w:val="cyan"/>
          <w:u w:val="single"/>
        </w:rPr>
        <w:t>infiltrated</w:t>
      </w:r>
      <w:r>
        <w:rPr>
          <w:b w:val="0"/>
          <w:i w:val="0"/>
          <w:smallCaps w:val="0"/>
          <w:strike w:val="0"/>
          <w:sz w:val="16"/>
          <w:u w:val="none"/>
        </w:rPr>
        <w:t xml:space="preserve"> </w:t>
      </w:r>
      <w:r>
        <w:rPr>
          <w:b w:val="0"/>
          <w:i w:val="0"/>
          <w:smallCaps w:val="0"/>
          <w:strike w:val="0"/>
          <w:sz w:val="22"/>
          <w:u w:val="single"/>
        </w:rPr>
        <w:t xml:space="preserve">police </w:t>
      </w:r>
      <w:r>
        <w:rPr>
          <w:b w:val="0"/>
          <w:i w:val="0"/>
          <w:smallCaps w:val="0"/>
          <w:strike w:val="0"/>
          <w:sz w:val="22"/>
          <w:highlight w:val="cyan"/>
          <w:u w:val="single"/>
        </w:rPr>
        <w:t>forces and</w:t>
      </w:r>
      <w:r>
        <w:rPr>
          <w:b w:val="0"/>
          <w:i w:val="0"/>
          <w:smallCaps w:val="0"/>
          <w:strike w:val="0"/>
          <w:sz w:val="16"/>
          <w:u w:val="none"/>
        </w:rPr>
        <w:t xml:space="preserve"> the </w:t>
      </w:r>
      <w:r>
        <w:rPr>
          <w:b/>
          <w:i w:val="0"/>
          <w:smallCaps w:val="0"/>
          <w:strike w:val="0"/>
          <w:sz w:val="24"/>
          <w:u w:val="single"/>
        </w:rPr>
        <w:t xml:space="preserve">Republican </w:t>
      </w:r>
      <w:r>
        <w:rPr>
          <w:b/>
          <w:i w:val="0"/>
          <w:smallCaps w:val="0"/>
          <w:strike w:val="0"/>
          <w:sz w:val="24"/>
          <w:highlight w:val="cyan"/>
          <w:u w:val="single"/>
        </w:rPr>
        <w:t>Party</w:t>
      </w:r>
      <w:r>
        <w:rPr>
          <w:b w:val="0"/>
          <w:i w:val="0"/>
          <w:smallCaps w:val="0"/>
          <w:strike w:val="0"/>
          <w:sz w:val="16"/>
          <w:u w:val="none"/>
        </w:rPr>
        <w:t>. Elected officials have opened the doors to vandals who desecrate their own legislatures. It has now become perfectly normal for political representatives to call for acts of violence against their political opponents. “When do we get to use the guns?” is an acceptable question at right-wing rallies. Political violence is on the rise, and the response of the courts has been to legitimize vigilantism—see the trial of Kyle Rittenhouse.</w:t>
      </w:r>
    </w:p>
    <w:p>
      <w:pPr>
        <w:spacing w:after="60"/>
      </w:pPr>
      <w:r>
        <w:rPr>
          <w:b w:val="0"/>
          <w:i w:val="0"/>
          <w:smallCaps w:val="0"/>
          <w:strike w:val="0"/>
          <w:sz w:val="22"/>
          <w:u w:val="single"/>
        </w:rPr>
        <w:t xml:space="preserve">Only </w:t>
      </w:r>
      <w:r>
        <w:rPr>
          <w:b/>
          <w:i w:val="0"/>
          <w:smallCaps w:val="0"/>
          <w:strike w:val="0"/>
          <w:sz w:val="24"/>
          <w:u w:val="single"/>
        </w:rPr>
        <w:t>a spark</w:t>
      </w:r>
      <w:r>
        <w:rPr>
          <w:b w:val="0"/>
          <w:i w:val="0"/>
          <w:smallCaps w:val="0"/>
          <w:strike w:val="0"/>
          <w:sz w:val="22"/>
          <w:u w:val="single"/>
        </w:rPr>
        <w:t xml:space="preserve"> is needed</w:t>
      </w:r>
      <w:r>
        <w:rPr>
          <w:b w:val="0"/>
          <w:i w:val="0"/>
          <w:smallCaps w:val="0"/>
          <w:strike w:val="0"/>
          <w:sz w:val="16"/>
          <w:u w:val="none"/>
        </w:rPr>
        <w:t xml:space="preserve">, </w:t>
      </w:r>
      <w:r>
        <w:rPr>
          <w:b w:val="0"/>
          <w:i w:val="0"/>
          <w:smallCaps w:val="0"/>
          <w:strike w:val="0"/>
          <w:sz w:val="22"/>
          <w:u w:val="single"/>
        </w:rPr>
        <w:t>one</w:t>
      </w:r>
      <w:r>
        <w:rPr>
          <w:b w:val="0"/>
          <w:i w:val="0"/>
          <w:smallCaps w:val="0"/>
          <w:strike w:val="0"/>
          <w:sz w:val="16"/>
          <w:u w:val="none"/>
        </w:rPr>
        <w:t xml:space="preserve"> major </w:t>
      </w:r>
      <w:r>
        <w:rPr>
          <w:b/>
          <w:i w:val="0"/>
          <w:smallCaps w:val="0"/>
          <w:strike w:val="0"/>
          <w:sz w:val="24"/>
          <w:u w:val="single"/>
        </w:rPr>
        <w:t>domestic terrorist</w:t>
      </w:r>
      <w:r>
        <w:rPr>
          <w:b w:val="0"/>
          <w:i w:val="0"/>
          <w:smallCaps w:val="0"/>
          <w:strike w:val="0"/>
          <w:sz w:val="16"/>
          <w:u w:val="none"/>
        </w:rPr>
        <w:t xml:space="preserve"> </w:t>
      </w:r>
      <w:r>
        <w:rPr>
          <w:b w:val="0"/>
          <w:i w:val="0"/>
          <w:smallCaps w:val="0"/>
          <w:strike w:val="0"/>
          <w:sz w:val="22"/>
          <w:u w:val="single"/>
        </w:rPr>
        <w:t>event that shifts the perception of the country</w:t>
      </w:r>
      <w:r>
        <w:rPr>
          <w:b w:val="0"/>
          <w:i w:val="0"/>
          <w:smallCaps w:val="0"/>
          <w:strike w:val="0"/>
          <w:sz w:val="16"/>
          <w:u w:val="none"/>
        </w:rPr>
        <w:t xml:space="preserve">—an anti-government patriot who takes his rage against the federal authority and finds expression in flying a drone loaded with explosives into the Capitol dome or a sheriff who decides to take up arms to defend the doctrine of interposition. It’s even possible, though unlikely, that a left-wing rejection of the police, like the Capitol Hill Autonomous Zone in Seattle, might force military action. Retired U.S. Army Col. Peter </w:t>
      </w:r>
      <w:r>
        <w:rPr>
          <w:b w:val="0"/>
          <w:i w:val="0"/>
          <w:smallCaps w:val="0"/>
          <w:strike w:val="0"/>
          <w:sz w:val="22"/>
          <w:u w:val="single"/>
        </w:rPr>
        <w:t>Mansoor, a</w:t>
      </w:r>
      <w:r>
        <w:rPr>
          <w:b w:val="0"/>
          <w:i w:val="0"/>
          <w:smallCaps w:val="0"/>
          <w:strike w:val="0"/>
          <w:sz w:val="16"/>
          <w:u w:val="none"/>
        </w:rPr>
        <w:t xml:space="preserve"> </w:t>
      </w:r>
      <w:r>
        <w:rPr>
          <w:b/>
          <w:i w:val="0"/>
          <w:smallCaps w:val="0"/>
          <w:strike w:val="0"/>
          <w:sz w:val="24"/>
          <w:u w:val="single"/>
        </w:rPr>
        <w:t>professor</w:t>
      </w:r>
      <w:r>
        <w:rPr>
          <w:b w:val="0"/>
          <w:i w:val="0"/>
          <w:smallCaps w:val="0"/>
          <w:strike w:val="0"/>
          <w:sz w:val="16"/>
          <w:u w:val="none"/>
        </w:rPr>
        <w:t xml:space="preserve"> </w:t>
      </w:r>
      <w:r>
        <w:rPr>
          <w:b w:val="0"/>
          <w:i w:val="0"/>
          <w:smallCaps w:val="0"/>
          <w:strike w:val="0"/>
          <w:sz w:val="22"/>
          <w:u w:val="single"/>
        </w:rPr>
        <w:t>of military history at the</w:t>
      </w:r>
      <w:r>
        <w:rPr>
          <w:b w:val="0"/>
          <w:i w:val="0"/>
          <w:smallCaps w:val="0"/>
          <w:strike w:val="0"/>
          <w:sz w:val="16"/>
          <w:u w:val="none"/>
        </w:rPr>
        <w:t xml:space="preserve"> </w:t>
      </w:r>
      <w:r>
        <w:rPr>
          <w:b/>
          <w:i w:val="0"/>
          <w:smallCaps w:val="0"/>
          <w:strike w:val="0"/>
          <w:sz w:val="24"/>
          <w:u w:val="single"/>
        </w:rPr>
        <w:t>O</w:t>
      </w:r>
      <w:r>
        <w:rPr>
          <w:b w:val="0"/>
          <w:i w:val="0"/>
          <w:smallCaps w:val="0"/>
          <w:strike w:val="0"/>
          <w:sz w:val="22"/>
          <w:u w:val="single"/>
        </w:rPr>
        <w:t>hio</w:t>
      </w:r>
      <w:r>
        <w:rPr>
          <w:b w:val="0"/>
          <w:i w:val="0"/>
          <w:smallCaps w:val="0"/>
          <w:strike w:val="0"/>
          <w:sz w:val="16"/>
          <w:u w:val="none"/>
        </w:rPr>
        <w:t xml:space="preserve"> </w:t>
      </w:r>
      <w:r>
        <w:rPr>
          <w:b/>
          <w:i w:val="0"/>
          <w:smallCaps w:val="0"/>
          <w:strike w:val="0"/>
          <w:sz w:val="24"/>
          <w:u w:val="single"/>
        </w:rPr>
        <w:t>S</w:t>
      </w:r>
      <w:r>
        <w:rPr>
          <w:b w:val="0"/>
          <w:i w:val="0"/>
          <w:smallCaps w:val="0"/>
          <w:strike w:val="0"/>
          <w:sz w:val="22"/>
          <w:u w:val="single"/>
        </w:rPr>
        <w:t>tate</w:t>
      </w:r>
      <w:r>
        <w:rPr>
          <w:b w:val="0"/>
          <w:i w:val="0"/>
          <w:smallCaps w:val="0"/>
          <w:strike w:val="0"/>
          <w:sz w:val="16"/>
          <w:u w:val="none"/>
        </w:rPr>
        <w:t xml:space="preserve"> </w:t>
      </w:r>
      <w:r>
        <w:rPr>
          <w:b/>
          <w:i w:val="0"/>
          <w:smallCaps w:val="0"/>
          <w:strike w:val="0"/>
          <w:sz w:val="24"/>
          <w:u w:val="single"/>
        </w:rPr>
        <w:t>U</w:t>
      </w:r>
      <w:r>
        <w:rPr>
          <w:b w:val="0"/>
          <w:i w:val="0"/>
          <w:smallCaps w:val="0"/>
          <w:strike w:val="0"/>
          <w:sz w:val="22"/>
          <w:u w:val="single"/>
        </w:rPr>
        <w:t>niversity</w:t>
      </w:r>
      <w:r>
        <w:rPr>
          <w:b w:val="0"/>
          <w:i w:val="0"/>
          <w:smallCaps w:val="0"/>
          <w:strike w:val="0"/>
          <w:sz w:val="16"/>
          <w:u w:val="none"/>
        </w:rPr>
        <w:t xml:space="preserve">, is a veteran of the Iraq War who now studies the insurgencies of the past. He doesn’t have any difficulty picturing a </w:t>
      </w:r>
      <w:r>
        <w:rPr>
          <w:b w:val="0"/>
          <w:i w:val="0"/>
          <w:smallCaps w:val="0"/>
          <w:strike w:val="0"/>
          <w:sz w:val="22"/>
          <w:highlight w:val="cyan"/>
          <w:u w:val="single"/>
        </w:rPr>
        <w:t>contemporary U.S.</w:t>
      </w:r>
      <w:r>
        <w:rPr>
          <w:b w:val="0"/>
          <w:i w:val="0"/>
          <w:smallCaps w:val="0"/>
          <w:strike w:val="0"/>
          <w:sz w:val="16"/>
          <w:u w:val="none"/>
        </w:rPr>
        <w:t xml:space="preserve"> equivalent to </w:t>
      </w:r>
      <w:r>
        <w:rPr>
          <w:b/>
          <w:i w:val="0"/>
          <w:smallCaps w:val="0"/>
          <w:strike w:val="0"/>
          <w:sz w:val="24"/>
          <w:highlight w:val="cyan"/>
          <w:u w:val="single"/>
        </w:rPr>
        <w:t>civil war</w:t>
      </w:r>
      <w:r>
        <w:rPr>
          <w:b/>
          <w:i w:val="0"/>
          <w:smallCaps w:val="0"/>
          <w:strike w:val="0"/>
          <w:sz w:val="24"/>
          <w:u w:val="single"/>
        </w:rPr>
        <w:t>s</w:t>
      </w:r>
      <w:r>
        <w:rPr>
          <w:b w:val="0"/>
          <w:i w:val="0"/>
          <w:smallCaps w:val="0"/>
          <w:strike w:val="0"/>
          <w:sz w:val="16"/>
          <w:u w:val="none"/>
        </w:rPr>
        <w:t xml:space="preserve"> elsewhere. “It would not be like the first Civil War, with armies maneuvering on the battlefield,” he said. “I think it </w:t>
      </w:r>
      <w:r>
        <w:rPr>
          <w:b w:val="0"/>
          <w:i w:val="0"/>
          <w:smallCaps w:val="0"/>
          <w:strike w:val="0"/>
          <w:sz w:val="22"/>
          <w:u w:val="single"/>
        </w:rPr>
        <w:t>would</w:t>
      </w:r>
      <w:r>
        <w:rPr>
          <w:b w:val="0"/>
          <w:i w:val="0"/>
          <w:smallCaps w:val="0"/>
          <w:strike w:val="0"/>
          <w:sz w:val="16"/>
          <w:u w:val="none"/>
        </w:rPr>
        <w:t xml:space="preserve"> very much </w:t>
      </w:r>
      <w:r>
        <w:rPr>
          <w:b w:val="0"/>
          <w:i w:val="0"/>
          <w:smallCaps w:val="0"/>
          <w:strike w:val="0"/>
          <w:sz w:val="22"/>
          <w:u w:val="single"/>
        </w:rPr>
        <w:t>be a</w:t>
      </w:r>
      <w:r>
        <w:rPr>
          <w:b w:val="0"/>
          <w:i w:val="0"/>
          <w:smallCaps w:val="0"/>
          <w:strike w:val="0"/>
          <w:sz w:val="16"/>
          <w:u w:val="none"/>
        </w:rPr>
        <w:t xml:space="preserve"> </w:t>
      </w:r>
      <w:r>
        <w:rPr>
          <w:b/>
          <w:i w:val="0"/>
          <w:smallCaps w:val="0"/>
          <w:strike w:val="0"/>
          <w:sz w:val="24"/>
          <w:highlight w:val="cyan"/>
          <w:u w:val="single"/>
        </w:rPr>
        <w:t>free-for-all</w:t>
      </w:r>
      <w:r>
        <w:rPr>
          <w:b w:val="0"/>
          <w:i w:val="0"/>
          <w:smallCaps w:val="0"/>
          <w:strike w:val="0"/>
          <w:sz w:val="22"/>
          <w:u w:val="single"/>
        </w:rPr>
        <w:t>, neighbor on neighbor</w:t>
      </w:r>
      <w:r>
        <w:rPr>
          <w:b w:val="0"/>
          <w:i w:val="0"/>
          <w:smallCaps w:val="0"/>
          <w:strike w:val="0"/>
          <w:sz w:val="16"/>
          <w:u w:val="none"/>
        </w:rPr>
        <w:t>, based on beliefs and skin colors and religion. And it would be horrific.”</w:t>
      </w:r>
    </w:p>
    <w:p>
      <w:pPr>
        <w:spacing w:after="60"/>
      </w:pPr>
      <w:r>
        <w:rPr>
          <w:b w:val="0"/>
          <w:i w:val="0"/>
          <w:smallCaps w:val="0"/>
          <w:strike w:val="0"/>
          <w:sz w:val="16"/>
          <w:u w:val="none"/>
        </w:rPr>
        <w:t xml:space="preserve">For the U.S. government, an </w:t>
      </w:r>
      <w:r>
        <w:rPr>
          <w:b w:val="0"/>
          <w:i w:val="0"/>
          <w:smallCaps w:val="0"/>
          <w:strike w:val="0"/>
          <w:sz w:val="22"/>
          <w:u w:val="single"/>
        </w:rPr>
        <w:t>outbreak of widespread</w:t>
      </w:r>
      <w:r>
        <w:rPr>
          <w:b w:val="0"/>
          <w:i w:val="0"/>
          <w:smallCaps w:val="0"/>
          <w:strike w:val="0"/>
          <w:sz w:val="16"/>
          <w:u w:val="none"/>
        </w:rPr>
        <w:t xml:space="preserve"> </w:t>
      </w:r>
      <w:r>
        <w:rPr>
          <w:b/>
          <w:i w:val="0"/>
          <w:smallCaps w:val="0"/>
          <w:strike w:val="0"/>
          <w:sz w:val="24"/>
          <w:u w:val="single"/>
        </w:rPr>
        <w:t>political violence</w:t>
      </w:r>
      <w:r>
        <w:rPr>
          <w:b w:val="0"/>
          <w:i w:val="0"/>
          <w:smallCaps w:val="0"/>
          <w:strike w:val="0"/>
          <w:sz w:val="16"/>
          <w:u w:val="none"/>
        </w:rPr>
        <w:t xml:space="preserve"> </w:t>
      </w:r>
      <w:r>
        <w:rPr>
          <w:b w:val="0"/>
          <w:i w:val="0"/>
          <w:smallCaps w:val="0"/>
          <w:strike w:val="0"/>
          <w:sz w:val="22"/>
          <w:u w:val="single"/>
        </w:rPr>
        <w:t>inside the country’s borders would</w:t>
      </w:r>
      <w:r>
        <w:rPr>
          <w:b w:val="0"/>
          <w:i w:val="0"/>
          <w:smallCaps w:val="0"/>
          <w:strike w:val="0"/>
          <w:sz w:val="16"/>
          <w:u w:val="none"/>
        </w:rPr>
        <w:t xml:space="preserve"> necessarily </w:t>
      </w:r>
      <w:r>
        <w:rPr>
          <w:b w:val="0"/>
          <w:i w:val="0"/>
          <w:smallCaps w:val="0"/>
          <w:strike w:val="0"/>
          <w:sz w:val="22"/>
          <w:u w:val="single"/>
        </w:rPr>
        <w:t>become a</w:t>
      </w:r>
      <w:r>
        <w:rPr>
          <w:b w:val="0"/>
          <w:i w:val="0"/>
          <w:smallCaps w:val="0"/>
          <w:strike w:val="0"/>
          <w:sz w:val="16"/>
          <w:u w:val="none"/>
        </w:rPr>
        <w:t xml:space="preserve"> </w:t>
      </w:r>
      <w:r>
        <w:rPr>
          <w:b/>
          <w:i w:val="0"/>
          <w:smallCaps w:val="0"/>
          <w:strike w:val="0"/>
          <w:sz w:val="24"/>
          <w:u w:val="single"/>
        </w:rPr>
        <w:t>military operation</w:t>
      </w:r>
      <w:r>
        <w:rPr>
          <w:b w:val="0"/>
          <w:i w:val="0"/>
          <w:smallCaps w:val="0"/>
          <w:strike w:val="0"/>
          <w:sz w:val="16"/>
          <w:u w:val="none"/>
        </w:rPr>
        <w:t xml:space="preserve">. </w:t>
      </w:r>
      <w:r>
        <w:rPr>
          <w:b w:val="0"/>
          <w:i w:val="0"/>
          <w:smallCaps w:val="0"/>
          <w:strike w:val="0"/>
          <w:sz w:val="22"/>
          <w:u w:val="single"/>
        </w:rPr>
        <w:t>U.S. militias are</w:t>
      </w:r>
      <w:r>
        <w:rPr>
          <w:b w:val="0"/>
          <w:i w:val="0"/>
          <w:smallCaps w:val="0"/>
          <w:strike w:val="0"/>
          <w:sz w:val="16"/>
          <w:u w:val="none"/>
        </w:rPr>
        <w:t xml:space="preserve"> </w:t>
      </w:r>
      <w:r>
        <w:rPr>
          <w:b/>
          <w:i w:val="0"/>
          <w:smallCaps w:val="0"/>
          <w:strike w:val="0"/>
          <w:sz w:val="24"/>
          <w:u w:val="single"/>
        </w:rPr>
        <w:t>significant</w:t>
      </w:r>
      <w:r>
        <w:rPr>
          <w:b w:val="0"/>
          <w:i w:val="0"/>
          <w:smallCaps w:val="0"/>
          <w:strike w:val="0"/>
          <w:sz w:val="16"/>
          <w:u w:val="none"/>
        </w:rPr>
        <w:t xml:space="preserve"> enough that the </w:t>
      </w:r>
      <w:r>
        <w:rPr>
          <w:b w:val="0"/>
          <w:i w:val="0"/>
          <w:smallCaps w:val="0"/>
          <w:strike w:val="0"/>
          <w:sz w:val="22"/>
          <w:highlight w:val="cyan"/>
          <w:u w:val="single"/>
        </w:rPr>
        <w:t>FBI</w:t>
      </w:r>
      <w:r>
        <w:rPr>
          <w:b w:val="0"/>
          <w:i w:val="0"/>
          <w:smallCaps w:val="0"/>
          <w:strike w:val="0"/>
          <w:sz w:val="22"/>
          <w:u w:val="single"/>
        </w:rPr>
        <w:t xml:space="preserve"> or the</w:t>
      </w:r>
      <w:r>
        <w:rPr>
          <w:b w:val="0"/>
          <w:i w:val="0"/>
          <w:smallCaps w:val="0"/>
          <w:strike w:val="0"/>
          <w:sz w:val="16"/>
          <w:u w:val="none"/>
        </w:rPr>
        <w:t xml:space="preserve"> </w:t>
      </w:r>
      <w:r>
        <w:rPr>
          <w:b/>
          <w:i w:val="0"/>
          <w:smallCaps w:val="0"/>
          <w:strike w:val="0"/>
          <w:sz w:val="24"/>
          <w:highlight w:val="cyan"/>
          <w:u w:val="single"/>
        </w:rPr>
        <w:t>D</w:t>
      </w:r>
      <w:r>
        <w:rPr>
          <w:b w:val="0"/>
          <w:i w:val="0"/>
          <w:smallCaps w:val="0"/>
          <w:strike w:val="0"/>
          <w:sz w:val="22"/>
          <w:u w:val="single"/>
        </w:rPr>
        <w:t>epartment</w:t>
      </w:r>
      <w:r>
        <w:rPr>
          <w:b w:val="0"/>
          <w:i w:val="0"/>
          <w:smallCaps w:val="0"/>
          <w:strike w:val="0"/>
          <w:sz w:val="16"/>
          <w:u w:val="none"/>
        </w:rPr>
        <w:t xml:space="preserve"> of </w:t>
      </w:r>
      <w:r>
        <w:rPr>
          <w:b/>
          <w:i w:val="0"/>
          <w:smallCaps w:val="0"/>
          <w:strike w:val="0"/>
          <w:sz w:val="24"/>
          <w:highlight w:val="cyan"/>
          <w:u w:val="single"/>
        </w:rPr>
        <w:t>H</w:t>
      </w:r>
      <w:r>
        <w:rPr>
          <w:b w:val="0"/>
          <w:i w:val="0"/>
          <w:smallCaps w:val="0"/>
          <w:strike w:val="0"/>
          <w:sz w:val="22"/>
          <w:u w:val="single"/>
        </w:rPr>
        <w:t>omeland</w:t>
      </w:r>
      <w:r>
        <w:rPr>
          <w:b w:val="0"/>
          <w:i w:val="0"/>
          <w:smallCaps w:val="0"/>
          <w:strike w:val="0"/>
          <w:sz w:val="16"/>
          <w:u w:val="none"/>
        </w:rPr>
        <w:t xml:space="preserve"> </w:t>
      </w:r>
      <w:r>
        <w:rPr>
          <w:b/>
          <w:i w:val="0"/>
          <w:smallCaps w:val="0"/>
          <w:strike w:val="0"/>
          <w:sz w:val="24"/>
          <w:highlight w:val="cyan"/>
          <w:u w:val="single"/>
        </w:rPr>
        <w:t>S</w:t>
      </w:r>
      <w:r>
        <w:rPr>
          <w:b w:val="0"/>
          <w:i w:val="0"/>
          <w:smallCaps w:val="0"/>
          <w:strike w:val="0"/>
          <w:sz w:val="22"/>
          <w:u w:val="single"/>
        </w:rPr>
        <w:t>ecurity would</w:t>
      </w:r>
      <w:r>
        <w:rPr>
          <w:b w:val="0"/>
          <w:i w:val="0"/>
          <w:smallCaps w:val="0"/>
          <w:strike w:val="0"/>
          <w:sz w:val="16"/>
          <w:u w:val="none"/>
        </w:rPr>
        <w:t xml:space="preserve"> simply </w:t>
      </w:r>
      <w:r>
        <w:rPr>
          <w:b w:val="0"/>
          <w:i w:val="0"/>
          <w:smallCaps w:val="0"/>
          <w:strike w:val="0"/>
          <w:sz w:val="22"/>
          <w:u w:val="single"/>
        </w:rPr>
        <w:t>be</w:t>
      </w:r>
      <w:r>
        <w:rPr>
          <w:b w:val="0"/>
          <w:i w:val="0"/>
          <w:smallCaps w:val="0"/>
          <w:strike w:val="0"/>
          <w:sz w:val="16"/>
          <w:u w:val="none"/>
        </w:rPr>
        <w:t xml:space="preserve"> </w:t>
      </w:r>
      <w:r>
        <w:rPr>
          <w:b/>
          <w:i w:val="0"/>
          <w:smallCaps w:val="0"/>
          <w:strike w:val="0"/>
          <w:sz w:val="24"/>
          <w:highlight w:val="cyan"/>
          <w:u w:val="single"/>
        </w:rPr>
        <w:t>insufficient</w:t>
      </w:r>
      <w:r>
        <w:rPr>
          <w:b w:val="0"/>
          <w:i w:val="0"/>
          <w:smallCaps w:val="0"/>
          <w:strike w:val="0"/>
          <w:sz w:val="16"/>
          <w:u w:val="none"/>
        </w:rPr>
        <w:t xml:space="preserve"> </w:t>
      </w:r>
      <w:r>
        <w:rPr>
          <w:b w:val="0"/>
          <w:i w:val="0"/>
          <w:smallCaps w:val="0"/>
          <w:strike w:val="0"/>
          <w:sz w:val="22"/>
          <w:u w:val="single"/>
        </w:rPr>
        <w:t>to deal with them</w:t>
      </w:r>
      <w:r>
        <w:rPr>
          <w:b w:val="0"/>
          <w:i w:val="0"/>
          <w:smallCaps w:val="0"/>
          <w:strike w:val="0"/>
          <w:sz w:val="16"/>
          <w:u w:val="none"/>
        </w:rPr>
        <w:t xml:space="preserve">. </w:t>
      </w:r>
      <w:r>
        <w:rPr>
          <w:b w:val="0"/>
          <w:i w:val="0"/>
          <w:smallCaps w:val="0"/>
          <w:strike w:val="0"/>
          <w:sz w:val="22"/>
          <w:u w:val="single"/>
        </w:rPr>
        <w:t>Only</w:t>
      </w:r>
      <w:r>
        <w:rPr>
          <w:b w:val="0"/>
          <w:i w:val="0"/>
          <w:smallCaps w:val="0"/>
          <w:strike w:val="0"/>
          <w:sz w:val="16"/>
          <w:u w:val="none"/>
        </w:rPr>
        <w:t xml:space="preserve"> the </w:t>
      </w:r>
      <w:r>
        <w:rPr>
          <w:b w:val="0"/>
          <w:i w:val="0"/>
          <w:smallCaps w:val="0"/>
          <w:strike w:val="0"/>
          <w:sz w:val="22"/>
          <w:u w:val="single"/>
        </w:rPr>
        <w:t>U.S. military</w:t>
      </w:r>
      <w:r>
        <w:rPr>
          <w:b w:val="0"/>
          <w:i w:val="0"/>
          <w:smallCaps w:val="0"/>
          <w:strike w:val="0"/>
          <w:sz w:val="16"/>
          <w:u w:val="none"/>
        </w:rPr>
        <w:t xml:space="preserve"> could be </w:t>
      </w:r>
      <w:r>
        <w:rPr>
          <w:b/>
          <w:i w:val="0"/>
          <w:smallCaps w:val="0"/>
          <w:strike w:val="0"/>
          <w:sz w:val="24"/>
          <w:u w:val="single"/>
        </w:rPr>
        <w:t>capable</w:t>
      </w:r>
      <w:r>
        <w:rPr>
          <w:b w:val="0"/>
          <w:i w:val="0"/>
          <w:smallCaps w:val="0"/>
          <w:strike w:val="0"/>
          <w:sz w:val="16"/>
          <w:u w:val="none"/>
        </w:rPr>
        <w:t xml:space="preserve"> </w:t>
      </w:r>
      <w:r>
        <w:rPr>
          <w:b w:val="0"/>
          <w:i w:val="0"/>
          <w:smallCaps w:val="0"/>
          <w:strike w:val="0"/>
          <w:sz w:val="22"/>
          <w:u w:val="single"/>
        </w:rPr>
        <w:t>of dealing with</w:t>
      </w:r>
      <w:r>
        <w:rPr>
          <w:b w:val="0"/>
          <w:i w:val="0"/>
          <w:smallCaps w:val="0"/>
          <w:strike w:val="0"/>
          <w:sz w:val="16"/>
          <w:u w:val="none"/>
        </w:rPr>
        <w:t xml:space="preserve"> </w:t>
      </w:r>
      <w:r>
        <w:rPr>
          <w:b/>
          <w:i w:val="0"/>
          <w:smallCaps w:val="0"/>
          <w:strike w:val="0"/>
          <w:sz w:val="24"/>
          <w:u w:val="single"/>
        </w:rPr>
        <w:t>insurgent</w:t>
      </w:r>
      <w:r>
        <w:rPr>
          <w:b w:val="0"/>
          <w:i w:val="0"/>
          <w:smallCaps w:val="0"/>
          <w:strike w:val="0"/>
          <w:sz w:val="16"/>
          <w:u w:val="none"/>
        </w:rPr>
        <w:t xml:space="preserve"> force</w:t>
      </w:r>
      <w:r>
        <w:rPr>
          <w:b/>
          <w:i w:val="0"/>
          <w:smallCaps w:val="0"/>
          <w:strike w:val="0"/>
          <w:sz w:val="24"/>
          <w:u w:val="single"/>
        </w:rPr>
        <w:t>s</w:t>
      </w:r>
      <w:r>
        <w:rPr>
          <w:b w:val="0"/>
          <w:i w:val="0"/>
          <w:smallCaps w:val="0"/>
          <w:strike w:val="0"/>
          <w:sz w:val="16"/>
          <w:u w:val="none"/>
        </w:rPr>
        <w:t>. And from a tactical point of view, any engagement between U.S. forces and a militia (or any insurgent force of any kind for that matter) would be entirely one-sided. Despite the preparations of right-wing militias, and despite the sheer number of weapons available in the United States, the U.S. Marines are still the U.S. Marines. No militia or organized group of militias could compete with them in battle.</w:t>
      </w:r>
    </w:p>
    <w:p>
      <w:pPr>
        <w:spacing w:after="60"/>
      </w:pPr>
      <w:r>
        <w:rPr>
          <w:b w:val="0"/>
          <w:i w:val="0"/>
          <w:smallCaps w:val="0"/>
          <w:strike w:val="0"/>
          <w:sz w:val="16"/>
          <w:u w:val="none"/>
        </w:rPr>
        <w:t xml:space="preserve">The real problems would be legal and bureaucratic, and these problems, in turn, would quickly take on a military character. The U.S. </w:t>
      </w:r>
      <w:r>
        <w:rPr>
          <w:b w:val="0"/>
          <w:i w:val="0"/>
          <w:smallCaps w:val="0"/>
          <w:strike w:val="0"/>
          <w:sz w:val="22"/>
          <w:u w:val="single"/>
        </w:rPr>
        <w:t>military isn’t</w:t>
      </w:r>
      <w:r>
        <w:rPr>
          <w:b w:val="0"/>
          <w:i w:val="0"/>
          <w:smallCaps w:val="0"/>
          <w:strike w:val="0"/>
          <w:sz w:val="16"/>
          <w:u w:val="none"/>
        </w:rPr>
        <w:t xml:space="preserve"> </w:t>
      </w:r>
      <w:r>
        <w:rPr>
          <w:b/>
          <w:i w:val="0"/>
          <w:smallCaps w:val="0"/>
          <w:strike w:val="0"/>
          <w:sz w:val="24"/>
          <w:u w:val="single"/>
        </w:rPr>
        <w:t>culturally</w:t>
      </w:r>
      <w:r>
        <w:rPr>
          <w:b w:val="0"/>
          <w:i w:val="0"/>
          <w:smallCaps w:val="0"/>
          <w:strike w:val="0"/>
          <w:sz w:val="16"/>
          <w:u w:val="none"/>
        </w:rPr>
        <w:t xml:space="preserve"> </w:t>
      </w:r>
      <w:r>
        <w:rPr>
          <w:b w:val="0"/>
          <w:i w:val="0"/>
          <w:smallCaps w:val="0"/>
          <w:strike w:val="0"/>
          <w:sz w:val="22"/>
          <w:u w:val="single"/>
        </w:rPr>
        <w:t>or institutionally designed to be an adequate domestic actor</w:t>
      </w:r>
      <w:r>
        <w:rPr>
          <w:b w:val="0"/>
          <w:i w:val="0"/>
          <w:smallCaps w:val="0"/>
          <w:strike w:val="0"/>
          <w:sz w:val="16"/>
          <w:u w:val="none"/>
        </w:rPr>
        <w:t xml:space="preserve">—rather, the opposite. Its role in American life has been specifically designed to make it ineffective in domestic operations. The use of the </w:t>
      </w:r>
      <w:r>
        <w:rPr>
          <w:b w:val="0"/>
          <w:i w:val="0"/>
          <w:smallCaps w:val="0"/>
          <w:strike w:val="0"/>
          <w:sz w:val="22"/>
          <w:u w:val="single"/>
        </w:rPr>
        <w:t>military</w:t>
      </w:r>
      <w:r>
        <w:rPr>
          <w:b w:val="0"/>
          <w:i w:val="0"/>
          <w:smallCaps w:val="0"/>
          <w:strike w:val="0"/>
          <w:sz w:val="16"/>
          <w:u w:val="none"/>
        </w:rPr>
        <w:t xml:space="preserve"> would not be, in itself, a constitutional crisis; there are legal precedents and explicit executive orders governing the use of military force on U.S. soil. But </w:t>
      </w:r>
      <w:r>
        <w:rPr>
          <w:b w:val="0"/>
          <w:i w:val="0"/>
          <w:smallCaps w:val="0"/>
          <w:strike w:val="0"/>
          <w:sz w:val="22"/>
          <w:u w:val="single"/>
        </w:rPr>
        <w:t>any</w:t>
      </w:r>
      <w:r>
        <w:rPr>
          <w:b w:val="0"/>
          <w:i w:val="0"/>
          <w:smallCaps w:val="0"/>
          <w:strike w:val="0"/>
          <w:sz w:val="16"/>
          <w:u w:val="none"/>
        </w:rPr>
        <w:t xml:space="preserve"> </w:t>
      </w:r>
      <w:r>
        <w:rPr>
          <w:b/>
          <w:i w:val="0"/>
          <w:smallCaps w:val="0"/>
          <w:strike w:val="0"/>
          <w:sz w:val="24"/>
          <w:u w:val="single"/>
        </w:rPr>
        <w:t>military response</w:t>
      </w:r>
      <w:r>
        <w:rPr>
          <w:b w:val="0"/>
          <w:i w:val="0"/>
          <w:smallCaps w:val="0"/>
          <w:strike w:val="0"/>
          <w:sz w:val="16"/>
          <w:u w:val="none"/>
        </w:rPr>
        <w:t xml:space="preserve"> </w:t>
      </w:r>
      <w:r>
        <w:rPr>
          <w:b w:val="0"/>
          <w:i w:val="0"/>
          <w:smallCaps w:val="0"/>
          <w:strike w:val="0"/>
          <w:sz w:val="22"/>
          <w:u w:val="single"/>
        </w:rPr>
        <w:t>to civil unrest is</w:t>
      </w:r>
      <w:r>
        <w:rPr>
          <w:b w:val="0"/>
          <w:i w:val="0"/>
          <w:smallCaps w:val="0"/>
          <w:strike w:val="0"/>
          <w:sz w:val="16"/>
          <w:u w:val="none"/>
        </w:rPr>
        <w:t xml:space="preserve"> highly </w:t>
      </w:r>
      <w:r>
        <w:rPr>
          <w:b/>
          <w:i w:val="0"/>
          <w:smallCaps w:val="0"/>
          <w:strike w:val="0"/>
          <w:sz w:val="24"/>
          <w:u w:val="single"/>
        </w:rPr>
        <w:t>likely</w:t>
      </w:r>
      <w:r>
        <w:rPr>
          <w:b w:val="0"/>
          <w:i w:val="0"/>
          <w:smallCaps w:val="0"/>
          <w:strike w:val="0"/>
          <w:sz w:val="16"/>
          <w:u w:val="none"/>
        </w:rPr>
        <w:t xml:space="preserve"> </w:t>
      </w:r>
      <w:r>
        <w:rPr>
          <w:b w:val="0"/>
          <w:i w:val="0"/>
          <w:smallCaps w:val="0"/>
          <w:strike w:val="0"/>
          <w:sz w:val="22"/>
          <w:u w:val="single"/>
        </w:rPr>
        <w:t>to spin out of control into</w:t>
      </w:r>
      <w:r>
        <w:rPr>
          <w:b w:val="0"/>
          <w:i w:val="0"/>
          <w:smallCaps w:val="0"/>
          <w:strike w:val="0"/>
          <w:sz w:val="16"/>
          <w:u w:val="none"/>
        </w:rPr>
        <w:t xml:space="preserve"> </w:t>
      </w:r>
      <w:r>
        <w:rPr>
          <w:b/>
          <w:i w:val="0"/>
          <w:smallCaps w:val="0"/>
          <w:strike w:val="0"/>
          <w:sz w:val="24"/>
          <w:u w:val="single"/>
        </w:rPr>
        <w:t>extended insurgency</w:t>
      </w:r>
      <w:r>
        <w:rPr>
          <w:b w:val="0"/>
          <w:i w:val="0"/>
          <w:smallCaps w:val="0"/>
          <w:strike w:val="0"/>
          <w:sz w:val="16"/>
          <w:u w:val="none"/>
        </w:rPr>
        <w:t xml:space="preserve">. And for all the U.S. military’s prowess, the </w:t>
      </w:r>
      <w:r>
        <w:rPr>
          <w:b w:val="0"/>
          <w:i w:val="0"/>
          <w:smallCaps w:val="0"/>
          <w:strike w:val="0"/>
          <w:sz w:val="22"/>
          <w:u w:val="single"/>
        </w:rPr>
        <w:t>outcome</w:t>
      </w:r>
      <w:r>
        <w:rPr>
          <w:b w:val="0"/>
          <w:i w:val="0"/>
          <w:smallCaps w:val="0"/>
          <w:strike w:val="0"/>
          <w:sz w:val="16"/>
          <w:u w:val="none"/>
        </w:rPr>
        <w:t xml:space="preserve"> would be </w:t>
      </w:r>
      <w:r>
        <w:rPr>
          <w:b/>
          <w:i w:val="0"/>
          <w:smallCaps w:val="0"/>
          <w:strike w:val="0"/>
          <w:sz w:val="24"/>
          <w:u w:val="single"/>
        </w:rPr>
        <w:t>entirely uncertain</w:t>
      </w:r>
      <w:r>
        <w:rPr>
          <w:b w:val="0"/>
          <w:i w:val="0"/>
          <w:smallCaps w:val="0"/>
          <w:strike w:val="0"/>
          <w:sz w:val="16"/>
          <w:u w:val="none"/>
        </w:rPr>
        <w:t>.</w:t>
      </w:r>
    </w:p>
    <w:p>
      <w:pPr>
        <w:spacing w:after="60"/>
      </w:pPr>
      <w:r>
        <w:rPr>
          <w:b w:val="0"/>
          <w:i w:val="0"/>
          <w:smallCaps w:val="0"/>
          <w:strike w:val="0"/>
          <w:sz w:val="16"/>
          <w:u w:val="none"/>
        </w:rPr>
        <w:t>Occupying forces in foreign countries are, almost without exception, seen as illegitimate by local populations. Would a U.S. force on U.S. soil face the same fundamental resistance? American forces would, after all, be American. But the United States is not like other countries. It was born in resistance to government. Its history has been filled with state resistance to federal authority. And it has experienced resistance to occupation by its own forces before.</w:t>
      </w:r>
    </w:p>
    <w:p>
      <w:pPr>
        <w:spacing w:after="60"/>
      </w:pPr>
      <w:r>
        <w:rPr>
          <w:b w:val="0"/>
          <w:i w:val="0"/>
          <w:smallCaps w:val="0"/>
          <w:strike w:val="0"/>
          <w:sz w:val="16"/>
          <w:u w:val="none"/>
        </w:rPr>
        <w:t xml:space="preserve">The United States currently contains a diverse assortment of </w:t>
      </w:r>
      <w:r>
        <w:rPr>
          <w:b w:val="0"/>
          <w:i w:val="0"/>
          <w:smallCaps w:val="0"/>
          <w:strike w:val="0"/>
          <w:sz w:val="22"/>
          <w:u w:val="single"/>
        </w:rPr>
        <w:t>anti-government</w:t>
      </w:r>
      <w:r>
        <w:rPr>
          <w:b w:val="0"/>
          <w:i w:val="0"/>
          <w:smallCaps w:val="0"/>
          <w:strike w:val="0"/>
          <w:sz w:val="16"/>
          <w:u w:val="none"/>
        </w:rPr>
        <w:t xml:space="preserve"> </w:t>
      </w:r>
      <w:r>
        <w:rPr>
          <w:b/>
          <w:i w:val="0"/>
          <w:smallCaps w:val="0"/>
          <w:strike w:val="0"/>
          <w:sz w:val="24"/>
          <w:highlight w:val="cyan"/>
          <w:u w:val="single"/>
        </w:rPr>
        <w:t>movements</w:t>
      </w:r>
      <w:r>
        <w:rPr>
          <w:b w:val="0"/>
          <w:i w:val="0"/>
          <w:smallCaps w:val="0"/>
          <w:strike w:val="0"/>
          <w:sz w:val="16"/>
          <w:u w:val="none"/>
        </w:rPr>
        <w:t xml:space="preserve">, from groups that are little more than survivalist hobbyists to neo-Nazi accelerationists and sovereign citizens. They </w:t>
      </w:r>
      <w:r>
        <w:rPr>
          <w:b w:val="0"/>
          <w:i w:val="0"/>
          <w:smallCaps w:val="0"/>
          <w:strike w:val="0"/>
          <w:sz w:val="22"/>
          <w:highlight w:val="cyan"/>
          <w:u w:val="single"/>
        </w:rPr>
        <w:t xml:space="preserve">are </w:t>
      </w:r>
      <w:r>
        <w:rPr>
          <w:b/>
          <w:i w:val="0"/>
          <w:smallCaps w:val="0"/>
          <w:strike w:val="0"/>
          <w:sz w:val="24"/>
          <w:highlight w:val="cyan"/>
          <w:u w:val="single"/>
        </w:rPr>
        <w:t>armed</w:t>
      </w:r>
      <w:r>
        <w:rPr>
          <w:b w:val="0"/>
          <w:i w:val="0"/>
          <w:smallCaps w:val="0"/>
          <w:strike w:val="0"/>
          <w:sz w:val="16"/>
          <w:u w:val="none"/>
        </w:rPr>
        <w:t xml:space="preserve">; several members of these groups have been </w:t>
      </w:r>
      <w:r>
        <w:rPr>
          <w:b w:val="0"/>
          <w:i w:val="0"/>
          <w:smallCaps w:val="0"/>
          <w:strike w:val="0"/>
          <w:sz w:val="22"/>
          <w:highlight w:val="cyan"/>
          <w:u w:val="single"/>
        </w:rPr>
        <w:t>caught with</w:t>
      </w:r>
      <w:r>
        <w:rPr>
          <w:b w:val="0"/>
          <w:i w:val="0"/>
          <w:smallCaps w:val="0"/>
          <w:strike w:val="0"/>
          <w:sz w:val="16"/>
          <w:u w:val="none"/>
        </w:rPr>
        <w:t xml:space="preserve"> the </w:t>
      </w:r>
      <w:r>
        <w:rPr>
          <w:b w:val="0"/>
          <w:i w:val="0"/>
          <w:smallCaps w:val="0"/>
          <w:strike w:val="0"/>
          <w:sz w:val="22"/>
          <w:highlight w:val="cyan"/>
          <w:u w:val="single"/>
        </w:rPr>
        <w:t xml:space="preserve">materials </w:t>
      </w:r>
      <w:r>
        <w:rPr>
          <w:b w:val="0"/>
          <w:i w:val="0"/>
          <w:smallCaps w:val="0"/>
          <w:strike w:val="0"/>
          <w:sz w:val="22"/>
          <w:u w:val="single"/>
        </w:rPr>
        <w:t xml:space="preserve">needed </w:t>
      </w:r>
      <w:r>
        <w:rPr>
          <w:b w:val="0"/>
          <w:i w:val="0"/>
          <w:smallCaps w:val="0"/>
          <w:strike w:val="0"/>
          <w:sz w:val="22"/>
          <w:highlight w:val="cyan"/>
          <w:u w:val="single"/>
        </w:rPr>
        <w:t>to</w:t>
      </w:r>
      <w:r>
        <w:rPr>
          <w:b w:val="0"/>
          <w:i w:val="0"/>
          <w:smallCaps w:val="0"/>
          <w:strike w:val="0"/>
          <w:sz w:val="16"/>
          <w:highlight w:val="cyan"/>
          <w:u w:val="none"/>
        </w:rPr>
        <w:t xml:space="preserve"> </w:t>
      </w:r>
      <w:r>
        <w:rPr>
          <w:b/>
          <w:i w:val="0"/>
          <w:smallCaps w:val="0"/>
          <w:strike w:val="0"/>
          <w:sz w:val="24"/>
          <w:highlight w:val="cyan"/>
          <w:u w:val="single"/>
        </w:rPr>
        <w:t>build</w:t>
      </w:r>
      <w:r>
        <w:rPr>
          <w:b w:val="0"/>
          <w:i w:val="0"/>
          <w:smallCaps w:val="0"/>
          <w:strike w:val="0"/>
          <w:sz w:val="16"/>
          <w:u w:val="none"/>
        </w:rPr>
        <w:t xml:space="preserve"> </w:t>
      </w:r>
      <w:r>
        <w:rPr>
          <w:b w:val="0"/>
          <w:i w:val="0"/>
          <w:smallCaps w:val="0"/>
          <w:strike w:val="0"/>
          <w:sz w:val="22"/>
          <w:u w:val="single"/>
        </w:rPr>
        <w:t xml:space="preserve">low-grade </w:t>
      </w:r>
      <w:r>
        <w:rPr>
          <w:b/>
          <w:i w:val="0"/>
          <w:smallCaps w:val="0"/>
          <w:strike w:val="0"/>
          <w:sz w:val="24"/>
          <w:highlight w:val="cyan"/>
          <w:u w:val="single"/>
        </w:rPr>
        <w:t>nuc</w:t>
      </w:r>
      <w:r>
        <w:rPr>
          <w:b w:val="0"/>
          <w:i w:val="0"/>
          <w:smallCaps w:val="0"/>
          <w:strike w:val="0"/>
          <w:sz w:val="22"/>
          <w:u w:val="single"/>
        </w:rPr>
        <w:t>lear</w:t>
      </w:r>
      <w:r>
        <w:rPr>
          <w:b w:val="0"/>
          <w:i w:val="0"/>
          <w:smallCaps w:val="0"/>
          <w:strike w:val="0"/>
          <w:sz w:val="16"/>
          <w:u w:val="none"/>
        </w:rPr>
        <w:t xml:space="preserve"> </w:t>
      </w:r>
      <w:r>
        <w:rPr>
          <w:b w:val="0"/>
          <w:i w:val="0"/>
          <w:smallCaps w:val="0"/>
          <w:strike w:val="0"/>
          <w:sz w:val="22"/>
          <w:u w:val="single"/>
        </w:rPr>
        <w:t>weapon</w:t>
      </w:r>
      <w:r>
        <w:rPr>
          <w:b/>
          <w:i w:val="0"/>
          <w:smallCaps w:val="0"/>
          <w:strike w:val="0"/>
          <w:sz w:val="24"/>
          <w:highlight w:val="cyan"/>
          <w:u w:val="single"/>
        </w:rPr>
        <w:t>s</w:t>
      </w:r>
      <w:r>
        <w:rPr>
          <w:b w:val="0"/>
          <w:i w:val="0"/>
          <w:smallCaps w:val="0"/>
          <w:strike w:val="0"/>
          <w:sz w:val="16"/>
          <w:u w:val="none"/>
        </w:rPr>
        <w:t xml:space="preserve">. A </w:t>
      </w:r>
      <w:r>
        <w:rPr>
          <w:b/>
          <w:i w:val="0"/>
          <w:smallCaps w:val="0"/>
          <w:strike w:val="0"/>
          <w:sz w:val="24"/>
          <w:u w:val="single"/>
        </w:rPr>
        <w:t>significant portion</w:t>
      </w:r>
      <w:r>
        <w:rPr>
          <w:b w:val="0"/>
          <w:i w:val="0"/>
          <w:smallCaps w:val="0"/>
          <w:strike w:val="0"/>
          <w:sz w:val="16"/>
          <w:u w:val="none"/>
        </w:rPr>
        <w:t xml:space="preserve"> </w:t>
      </w:r>
      <w:r>
        <w:rPr>
          <w:b w:val="0"/>
          <w:i w:val="0"/>
          <w:smallCaps w:val="0"/>
          <w:strike w:val="0"/>
          <w:sz w:val="22"/>
          <w:u w:val="single"/>
        </w:rPr>
        <w:t>of the American public</w:t>
      </w:r>
      <w:r>
        <w:rPr>
          <w:b w:val="0"/>
          <w:i w:val="0"/>
          <w:smallCaps w:val="0"/>
          <w:strike w:val="0"/>
          <w:sz w:val="16"/>
          <w:u w:val="none"/>
        </w:rPr>
        <w:t xml:space="preserve"> is </w:t>
      </w:r>
      <w:r>
        <w:rPr>
          <w:b w:val="0"/>
          <w:i w:val="0"/>
          <w:smallCaps w:val="0"/>
          <w:strike w:val="0"/>
          <w:sz w:val="22"/>
          <w:u w:val="single"/>
        </w:rPr>
        <w:t>actively pursuing the destruction of political authority</w:t>
      </w:r>
      <w:r>
        <w:rPr>
          <w:b w:val="0"/>
          <w:i w:val="0"/>
          <w:smallCaps w:val="0"/>
          <w:strike w:val="0"/>
          <w:sz w:val="16"/>
          <w:u w:val="none"/>
        </w:rPr>
        <w:t xml:space="preserve"> as such. What happens if they continue to enact their </w:t>
      </w:r>
      <w:r>
        <w:rPr>
          <w:b/>
          <w:i w:val="0"/>
          <w:smallCaps w:val="0"/>
          <w:strike w:val="0"/>
          <w:sz w:val="24"/>
          <w:highlight w:val="cyan"/>
          <w:u w:val="single"/>
        </w:rPr>
        <w:t>stated goals</w:t>
      </w:r>
      <w:r>
        <w:rPr>
          <w:b w:val="0"/>
          <w:i w:val="0"/>
          <w:smallCaps w:val="0"/>
          <w:strike w:val="0"/>
          <w:sz w:val="16"/>
          <w:highlight w:val="cyan"/>
          <w:u w:val="none"/>
        </w:rPr>
        <w:t xml:space="preserve"> </w:t>
      </w:r>
      <w:r>
        <w:rPr>
          <w:b w:val="0"/>
          <w:i w:val="0"/>
          <w:smallCaps w:val="0"/>
          <w:strike w:val="0"/>
          <w:sz w:val="22"/>
          <w:highlight w:val="cyan"/>
          <w:u w:val="single"/>
        </w:rPr>
        <w:t>of overthrowing the</w:t>
      </w:r>
      <w:r>
        <w:rPr>
          <w:b w:val="0"/>
          <w:i w:val="0"/>
          <w:smallCaps w:val="0"/>
          <w:strike w:val="0"/>
          <w:sz w:val="16"/>
          <w:u w:val="none"/>
        </w:rPr>
        <w:t xml:space="preserve"> federal </w:t>
      </w:r>
      <w:r>
        <w:rPr>
          <w:b/>
          <w:i w:val="0"/>
          <w:smallCaps w:val="0"/>
          <w:strike w:val="0"/>
          <w:sz w:val="24"/>
          <w:highlight w:val="cyan"/>
          <w:u w:val="single"/>
        </w:rPr>
        <w:t>government</w:t>
      </w:r>
      <w:r>
        <w:rPr>
          <w:b w:val="0"/>
          <w:i w:val="0"/>
          <w:smallCaps w:val="0"/>
          <w:strike w:val="0"/>
          <w:sz w:val="16"/>
          <w:highlight w:val="cyan"/>
          <w:u w:val="none"/>
        </w:rPr>
        <w:t xml:space="preserve"> </w:t>
      </w:r>
      <w:r>
        <w:rPr>
          <w:b w:val="0"/>
          <w:i w:val="0"/>
          <w:smallCaps w:val="0"/>
          <w:strike w:val="0"/>
          <w:sz w:val="22"/>
          <w:highlight w:val="cyan"/>
          <w:u w:val="single"/>
        </w:rPr>
        <w:t>and imposing</w:t>
      </w:r>
      <w:r>
        <w:rPr>
          <w:b w:val="0"/>
          <w:i w:val="0"/>
          <w:smallCaps w:val="0"/>
          <w:strike w:val="0"/>
          <w:sz w:val="16"/>
          <w:u w:val="none"/>
        </w:rPr>
        <w:t xml:space="preserve"> their vision of liberty by </w:t>
      </w:r>
      <w:r>
        <w:rPr>
          <w:b/>
          <w:i w:val="0"/>
          <w:smallCaps w:val="0"/>
          <w:strike w:val="0"/>
          <w:sz w:val="24"/>
          <w:highlight w:val="cyan"/>
          <w:u w:val="single"/>
        </w:rPr>
        <w:t>force</w:t>
      </w:r>
      <w:r>
        <w:rPr>
          <w:b w:val="0"/>
          <w:i w:val="0"/>
          <w:smallCaps w:val="0"/>
          <w:strike w:val="0"/>
          <w:sz w:val="16"/>
          <w:u w:val="none"/>
        </w:rPr>
        <w:t xml:space="preserve"> of arms, as the events of Jan. 6, 2021, have shown they are already beginning to do?</w:t>
      </w:r>
    </w:p>
    <w:p>
      <w:pPr>
        <w:spacing w:after="60"/>
      </w:pPr>
      <w:r>
        <w:rPr>
          <w:b w:val="0"/>
          <w:i w:val="0"/>
          <w:smallCaps w:val="0"/>
          <w:strike w:val="0"/>
          <w:sz w:val="16"/>
          <w:u w:val="none"/>
        </w:rPr>
        <w:t>Joint Publication 3-27 defines the armed forces’ role in homeland defense as protecting U.S. “sovereignty, territory, domestic population, and critical infrastructure against external threats and aggression or other threats, as directed by the President.” So which is it? Is the Army there to protect against “external threats”? Or is the category of “other threats” broad enough to include rebel militias?</w:t>
      </w:r>
    </w:p>
    <w:p>
      <w:pPr>
        <w:spacing w:after="60"/>
      </w:pPr>
      <w:r>
        <w:rPr>
          <w:b w:val="0"/>
          <w:i w:val="0"/>
          <w:smallCaps w:val="0"/>
          <w:strike w:val="0"/>
          <w:sz w:val="16"/>
          <w:u w:val="none"/>
        </w:rPr>
        <w:t>The Insurrection Act stipulates the latter. Originally enacted in 1807, it provides for the suppression of an insurrection against a state government at the request of the governor. There is also Section 253 of Title 10 of the U.S. Code, which allows the president to use the armed forces to suppress insurrection or domestic violence if it (1) hinders the execution of the laws to the extent that a part or class of citizens are deprived of constitutional rights and the state is unable or refuses to protect those rights or (2) obstructs the execution of any federal law or impedes the course of justice under federal laws. There is precedent for such direct engagement: Reconstruction of the South after the Civil War; President Dwight D. Eisenhower calling troops into Little Rock, Arkansas, in 1957 to enforce desegregation; the 1992 Los Angeles riots.</w:t>
      </w:r>
    </w:p>
    <w:p>
      <w:pPr>
        <w:spacing w:after="60"/>
      </w:pPr>
      <w:r>
        <w:rPr>
          <w:b w:val="0"/>
          <w:i w:val="0"/>
          <w:smallCaps w:val="0"/>
          <w:strike w:val="0"/>
          <w:sz w:val="16"/>
          <w:u w:val="none"/>
        </w:rPr>
        <w:t>But the rules of force issued to the 7th Infantry Division during the Los Angeles riots specified minimum levels of force in response to levels of civilian violence. Today’s political violence threatens to be far more organized. The question is, what would happen if the U.S. military were obliged to respond in kind?</w:t>
      </w:r>
    </w:p>
    <w:p>
      <w:pPr>
        <w:spacing w:after="60"/>
      </w:pPr>
      <w:r>
        <w:rPr>
          <w:b w:val="0"/>
          <w:i w:val="0"/>
          <w:smallCaps w:val="0"/>
          <w:strike w:val="0"/>
          <w:sz w:val="16"/>
          <w:u w:val="none"/>
        </w:rPr>
        <w:t xml:space="preserve">Under the conditions of the Insurrection Act, the Justice Department is the lead federal agency in cases of homeland pacification. In practice, this means the </w:t>
      </w:r>
      <w:r>
        <w:rPr>
          <w:b/>
          <w:i w:val="0"/>
          <w:smallCaps w:val="0"/>
          <w:strike w:val="0"/>
          <w:sz w:val="24"/>
          <w:highlight w:val="cyan"/>
          <w:u w:val="single"/>
        </w:rPr>
        <w:t>pres</w:t>
      </w:r>
      <w:r>
        <w:rPr>
          <w:b w:val="0"/>
          <w:i w:val="0"/>
          <w:smallCaps w:val="0"/>
          <w:strike w:val="0"/>
          <w:sz w:val="16"/>
          <w:u w:val="none"/>
        </w:rPr>
        <w:t xml:space="preserve">ident </w:t>
      </w:r>
      <w:r>
        <w:rPr>
          <w:b w:val="0"/>
          <w:i w:val="0"/>
          <w:smallCaps w:val="0"/>
          <w:strike w:val="0"/>
          <w:sz w:val="22"/>
          <w:u w:val="single"/>
        </w:rPr>
        <w:t xml:space="preserve">would </w:t>
      </w:r>
      <w:r>
        <w:rPr>
          <w:b w:val="0"/>
          <w:i w:val="0"/>
          <w:smallCaps w:val="0"/>
          <w:strike w:val="0"/>
          <w:sz w:val="22"/>
          <w:highlight w:val="cyan"/>
          <w:u w:val="single"/>
        </w:rPr>
        <w:t>appoint</w:t>
      </w:r>
      <w:r>
        <w:rPr>
          <w:b w:val="0"/>
          <w:i w:val="0"/>
          <w:smallCaps w:val="0"/>
          <w:strike w:val="0"/>
          <w:sz w:val="22"/>
          <w:u w:val="single"/>
        </w:rPr>
        <w:t xml:space="preserve"> a</w:t>
      </w:r>
      <w:r>
        <w:rPr>
          <w:b w:val="0"/>
          <w:i w:val="0"/>
          <w:smallCaps w:val="0"/>
          <w:strike w:val="0"/>
          <w:sz w:val="16"/>
          <w:u w:val="none"/>
        </w:rPr>
        <w:t xml:space="preserve"> </w:t>
      </w:r>
      <w:r>
        <w:rPr>
          <w:b/>
          <w:i w:val="0"/>
          <w:smallCaps w:val="0"/>
          <w:strike w:val="0"/>
          <w:sz w:val="24"/>
          <w:u w:val="single"/>
        </w:rPr>
        <w:t>senior</w:t>
      </w:r>
      <w:r>
        <w:rPr>
          <w:b w:val="0"/>
          <w:i w:val="0"/>
          <w:smallCaps w:val="0"/>
          <w:strike w:val="0"/>
          <w:sz w:val="16"/>
          <w:u w:val="none"/>
        </w:rPr>
        <w:t xml:space="preserve"> </w:t>
      </w:r>
      <w:r>
        <w:rPr>
          <w:b w:val="0"/>
          <w:i w:val="0"/>
          <w:smallCaps w:val="0"/>
          <w:strike w:val="0"/>
          <w:sz w:val="22"/>
          <w:highlight w:val="cyan"/>
          <w:u w:val="single"/>
        </w:rPr>
        <w:t>civilian rep</w:t>
      </w:r>
      <w:r>
        <w:rPr>
          <w:b w:val="0"/>
          <w:i w:val="0"/>
          <w:smallCaps w:val="0"/>
          <w:strike w:val="0"/>
          <w:sz w:val="16"/>
          <w:u w:val="none"/>
        </w:rPr>
        <w:t xml:space="preserve">resentative of the attorney general </w:t>
      </w:r>
      <w:r>
        <w:rPr>
          <w:b w:val="0"/>
          <w:i w:val="0"/>
          <w:smallCaps w:val="0"/>
          <w:strike w:val="0"/>
          <w:sz w:val="22"/>
          <w:u w:val="single"/>
        </w:rPr>
        <w:t>to</w:t>
      </w:r>
      <w:r>
        <w:rPr>
          <w:b w:val="0"/>
          <w:i w:val="0"/>
          <w:smallCaps w:val="0"/>
          <w:strike w:val="0"/>
          <w:sz w:val="16"/>
          <w:u w:val="none"/>
        </w:rPr>
        <w:t xml:space="preserve"> </w:t>
      </w:r>
      <w:r>
        <w:rPr>
          <w:b/>
          <w:i w:val="0"/>
          <w:smallCaps w:val="0"/>
          <w:strike w:val="0"/>
          <w:sz w:val="24"/>
          <w:u w:val="single"/>
        </w:rPr>
        <w:t>oversee</w:t>
      </w:r>
      <w:r>
        <w:rPr>
          <w:b w:val="0"/>
          <w:i w:val="0"/>
          <w:smallCaps w:val="0"/>
          <w:strike w:val="0"/>
          <w:sz w:val="16"/>
          <w:u w:val="none"/>
        </w:rPr>
        <w:t xml:space="preserve"> </w:t>
      </w:r>
      <w:r>
        <w:rPr>
          <w:b w:val="0"/>
          <w:i w:val="0"/>
          <w:smallCaps w:val="0"/>
          <w:strike w:val="0"/>
          <w:sz w:val="22"/>
          <w:u w:val="single"/>
        </w:rPr>
        <w:t>military operations</w:t>
      </w:r>
      <w:r>
        <w:rPr>
          <w:b w:val="0"/>
          <w:i w:val="0"/>
          <w:smallCaps w:val="0"/>
          <w:strike w:val="0"/>
          <w:sz w:val="16"/>
          <w:u w:val="none"/>
        </w:rPr>
        <w:t xml:space="preserve">. The two-tier authority that results—inherent in the double role of police action and military action—would </w:t>
      </w:r>
      <w:r>
        <w:rPr>
          <w:b/>
          <w:i w:val="0"/>
          <w:smallCaps w:val="0"/>
          <w:strike w:val="0"/>
          <w:sz w:val="24"/>
          <w:highlight w:val="cyan"/>
          <w:u w:val="single"/>
        </w:rPr>
        <w:t>crush</w:t>
      </w:r>
      <w:r>
        <w:rPr>
          <w:b w:val="0"/>
          <w:i w:val="0"/>
          <w:smallCaps w:val="0"/>
          <w:strike w:val="0"/>
          <w:sz w:val="16"/>
          <w:highlight w:val="cyan"/>
          <w:u w:val="none"/>
        </w:rPr>
        <w:t xml:space="preserve"> </w:t>
      </w:r>
      <w:r>
        <w:rPr>
          <w:b w:val="0"/>
          <w:i w:val="0"/>
          <w:smallCaps w:val="0"/>
          <w:strike w:val="0"/>
          <w:sz w:val="22"/>
          <w:highlight w:val="cyan"/>
          <w:u w:val="single"/>
        </w:rPr>
        <w:t>intel</w:t>
      </w:r>
      <w:r>
        <w:rPr>
          <w:b w:val="0"/>
          <w:i w:val="0"/>
          <w:smallCaps w:val="0"/>
          <w:strike w:val="0"/>
          <w:sz w:val="16"/>
          <w:u w:val="none"/>
        </w:rPr>
        <w:t>ligence</w:t>
      </w:r>
      <w:r>
        <w:rPr>
          <w:b w:val="0"/>
          <w:i w:val="0"/>
          <w:smallCaps w:val="0"/>
          <w:strike w:val="0"/>
          <w:sz w:val="22"/>
          <w:u w:val="single"/>
        </w:rPr>
        <w:t>-</w:t>
      </w:r>
      <w:r>
        <w:rPr>
          <w:b w:val="0"/>
          <w:i w:val="0"/>
          <w:smallCaps w:val="0"/>
          <w:strike w:val="0"/>
          <w:sz w:val="22"/>
          <w:highlight w:val="cyan"/>
          <w:u w:val="single"/>
        </w:rPr>
        <w:t>gathering</w:t>
      </w:r>
      <w:r>
        <w:rPr>
          <w:b w:val="0"/>
          <w:i w:val="0"/>
          <w:smallCaps w:val="0"/>
          <w:strike w:val="0"/>
          <w:sz w:val="22"/>
          <w:u w:val="single"/>
        </w:rPr>
        <w:t xml:space="preserve"> efforts</w:t>
      </w:r>
      <w:r>
        <w:rPr>
          <w:b w:val="0"/>
          <w:i w:val="0"/>
          <w:smallCaps w:val="0"/>
          <w:strike w:val="0"/>
          <w:sz w:val="16"/>
          <w:u w:val="none"/>
        </w:rPr>
        <w:t xml:space="preserve">. The Reagan administration explicitly decreed in Executive Order 12333 that the military </w:t>
      </w:r>
      <w:r>
        <w:rPr>
          <w:b w:val="0"/>
          <w:i w:val="0"/>
          <w:smallCaps w:val="0"/>
          <w:strike w:val="0"/>
          <w:sz w:val="22"/>
          <w:u w:val="single"/>
        </w:rPr>
        <w:t>is</w:t>
      </w:r>
      <w:r>
        <w:rPr>
          <w:b w:val="0"/>
          <w:i w:val="0"/>
          <w:smallCaps w:val="0"/>
          <w:strike w:val="0"/>
          <w:sz w:val="16"/>
          <w:u w:val="none"/>
        </w:rPr>
        <w:t xml:space="preserve"> </w:t>
      </w:r>
      <w:r>
        <w:rPr>
          <w:b/>
          <w:i w:val="0"/>
          <w:smallCaps w:val="0"/>
          <w:strike w:val="0"/>
          <w:sz w:val="24"/>
          <w:u w:val="single"/>
        </w:rPr>
        <w:t>only allowed</w:t>
      </w:r>
      <w:r>
        <w:rPr>
          <w:b w:val="0"/>
          <w:i w:val="0"/>
          <w:smallCaps w:val="0"/>
          <w:strike w:val="0"/>
          <w:sz w:val="22"/>
          <w:u w:val="single"/>
        </w:rPr>
        <w:t>, in the case of U.S. citizens, to gather enough information for</w:t>
      </w:r>
      <w:r>
        <w:rPr>
          <w:b w:val="0"/>
          <w:i w:val="0"/>
          <w:smallCaps w:val="0"/>
          <w:strike w:val="0"/>
          <w:sz w:val="16"/>
          <w:u w:val="none"/>
        </w:rPr>
        <w:t xml:space="preserve"> </w:t>
      </w:r>
      <w:r>
        <w:rPr>
          <w:b/>
          <w:i w:val="0"/>
          <w:smallCaps w:val="0"/>
          <w:strike w:val="0"/>
          <w:sz w:val="24"/>
          <w:u w:val="single"/>
        </w:rPr>
        <w:t>situational awareness</w:t>
      </w:r>
      <w:r>
        <w:rPr>
          <w:b w:val="0"/>
          <w:i w:val="0"/>
          <w:smallCaps w:val="0"/>
          <w:strike w:val="0"/>
          <w:sz w:val="16"/>
          <w:u w:val="none"/>
        </w:rPr>
        <w:t>. The nub of the problem is coming up with an effective definition of the phrase “essential to meet operational requirements,” as the Defense Department terms it. Any failure to uphold the constitutional rights of the rebels would justify their claim that the government is illegitimate.</w:t>
      </w:r>
    </w:p>
    <w:p>
      <w:pPr>
        <w:spacing w:after="60"/>
      </w:pPr>
      <w:r>
        <w:rPr>
          <w:b w:val="0"/>
          <w:i w:val="0"/>
          <w:smallCaps w:val="0"/>
          <w:strike w:val="0"/>
          <w:sz w:val="16"/>
          <w:u w:val="none"/>
        </w:rPr>
        <w:t xml:space="preserve">The struggle would </w:t>
      </w:r>
      <w:r>
        <w:rPr>
          <w:b w:val="0"/>
          <w:i w:val="0"/>
          <w:smallCaps w:val="0"/>
          <w:strike w:val="0"/>
          <w:sz w:val="22"/>
          <w:u w:val="single"/>
        </w:rPr>
        <w:t>take place under conditions of</w:t>
      </w:r>
      <w:r>
        <w:rPr>
          <w:b w:val="0"/>
          <w:i w:val="0"/>
          <w:smallCaps w:val="0"/>
          <w:strike w:val="0"/>
          <w:sz w:val="16"/>
          <w:u w:val="none"/>
        </w:rPr>
        <w:t xml:space="preserve"> </w:t>
      </w:r>
      <w:r>
        <w:rPr>
          <w:b/>
          <w:i w:val="0"/>
          <w:smallCaps w:val="0"/>
          <w:strike w:val="0"/>
          <w:sz w:val="24"/>
          <w:u w:val="single"/>
        </w:rPr>
        <w:t>greater scrutiny</w:t>
      </w:r>
      <w:r>
        <w:rPr>
          <w:b w:val="0"/>
          <w:i w:val="0"/>
          <w:smallCaps w:val="0"/>
          <w:strike w:val="0"/>
          <w:sz w:val="16"/>
          <w:u w:val="none"/>
        </w:rPr>
        <w:t xml:space="preserve"> </w:t>
      </w:r>
      <w:r>
        <w:rPr>
          <w:b w:val="0"/>
          <w:i w:val="0"/>
          <w:smallCaps w:val="0"/>
          <w:strike w:val="0"/>
          <w:sz w:val="22"/>
          <w:u w:val="single"/>
        </w:rPr>
        <w:t>than any U.S. military operation in history</w:t>
      </w:r>
      <w:r>
        <w:rPr>
          <w:b w:val="0"/>
          <w:i w:val="0"/>
          <w:smallCaps w:val="0"/>
          <w:strike w:val="0"/>
          <w:sz w:val="16"/>
          <w:u w:val="none"/>
        </w:rPr>
        <w:t xml:space="preserve">. </w:t>
      </w:r>
      <w:r>
        <w:rPr>
          <w:b/>
          <w:i w:val="0"/>
          <w:smallCaps w:val="0"/>
          <w:strike w:val="0"/>
          <w:sz w:val="24"/>
          <w:highlight w:val="cyan"/>
          <w:u w:val="single"/>
        </w:rPr>
        <w:t>Info</w:t>
      </w:r>
      <w:r>
        <w:rPr>
          <w:b w:val="0"/>
          <w:i w:val="0"/>
          <w:smallCaps w:val="0"/>
          <w:strike w:val="0"/>
          <w:sz w:val="22"/>
          <w:u w:val="single"/>
        </w:rPr>
        <w:t>rmation</w:t>
      </w:r>
      <w:r>
        <w:rPr>
          <w:b w:val="0"/>
          <w:i w:val="0"/>
          <w:smallCaps w:val="0"/>
          <w:strike w:val="0"/>
          <w:sz w:val="16"/>
          <w:u w:val="none"/>
        </w:rPr>
        <w:t xml:space="preserve"> </w:t>
      </w:r>
      <w:r>
        <w:rPr>
          <w:b/>
          <w:i w:val="0"/>
          <w:smallCaps w:val="0"/>
          <w:strike w:val="0"/>
          <w:sz w:val="24"/>
          <w:highlight w:val="cyan"/>
          <w:u w:val="single"/>
        </w:rPr>
        <w:t>op</w:t>
      </w:r>
      <w:r>
        <w:rPr>
          <w:b w:val="0"/>
          <w:i w:val="0"/>
          <w:smallCaps w:val="0"/>
          <w:strike w:val="0"/>
          <w:sz w:val="22"/>
          <w:u w:val="single"/>
        </w:rPr>
        <w:t>eration</w:t>
      </w:r>
      <w:r>
        <w:rPr>
          <w:b/>
          <w:i w:val="0"/>
          <w:smallCaps w:val="0"/>
          <w:strike w:val="0"/>
          <w:sz w:val="24"/>
          <w:highlight w:val="cyan"/>
          <w:u w:val="single"/>
        </w:rPr>
        <w:t>s</w:t>
      </w:r>
      <w:r>
        <w:rPr>
          <w:b w:val="0"/>
          <w:i w:val="0"/>
          <w:smallCaps w:val="0"/>
          <w:strike w:val="0"/>
          <w:sz w:val="22"/>
          <w:highlight w:val="cyan"/>
          <w:u w:val="single"/>
        </w:rPr>
        <w:t xml:space="preserve"> are</w:t>
      </w:r>
      <w:r>
        <w:rPr>
          <w:b w:val="0"/>
          <w:i w:val="0"/>
          <w:smallCaps w:val="0"/>
          <w:strike w:val="0"/>
          <w:sz w:val="22"/>
          <w:u w:val="single"/>
        </w:rPr>
        <w:t xml:space="preserve"> the</w:t>
      </w:r>
      <w:r>
        <w:rPr>
          <w:b w:val="0"/>
          <w:i w:val="0"/>
          <w:smallCaps w:val="0"/>
          <w:strike w:val="0"/>
          <w:sz w:val="16"/>
          <w:u w:val="none"/>
        </w:rPr>
        <w:t xml:space="preserve"> </w:t>
      </w:r>
      <w:r>
        <w:rPr>
          <w:b/>
          <w:i w:val="0"/>
          <w:smallCaps w:val="0"/>
          <w:strike w:val="0"/>
          <w:sz w:val="24"/>
          <w:highlight w:val="cyan"/>
          <w:u w:val="single"/>
        </w:rPr>
        <w:t>great</w:t>
      </w:r>
      <w:r>
        <w:rPr>
          <w:b/>
          <w:i w:val="0"/>
          <w:smallCaps w:val="0"/>
          <w:strike w:val="0"/>
          <w:sz w:val="24"/>
          <w:u w:val="single"/>
        </w:rPr>
        <w:t xml:space="preserve"> </w:t>
      </w:r>
      <w:r>
        <w:rPr>
          <w:b/>
          <w:i w:val="0"/>
          <w:smallCaps w:val="0"/>
          <w:strike w:val="0"/>
          <w:sz w:val="24"/>
          <w:highlight w:val="cyan"/>
          <w:u w:val="single"/>
        </w:rPr>
        <w:t>weakness</w:t>
      </w:r>
      <w:r>
        <w:rPr>
          <w:b w:val="0"/>
          <w:i w:val="0"/>
          <w:smallCaps w:val="0"/>
          <w:strike w:val="0"/>
          <w:sz w:val="16"/>
          <w:highlight w:val="cyan"/>
          <w:u w:val="none"/>
        </w:rPr>
        <w:t xml:space="preserve"> </w:t>
      </w:r>
      <w:r>
        <w:rPr>
          <w:b w:val="0"/>
          <w:i w:val="0"/>
          <w:smallCaps w:val="0"/>
          <w:strike w:val="0"/>
          <w:sz w:val="22"/>
          <w:highlight w:val="cyan"/>
          <w:u w:val="single"/>
        </w:rPr>
        <w:t>of</w:t>
      </w:r>
      <w:r>
        <w:rPr>
          <w:b w:val="0"/>
          <w:i w:val="0"/>
          <w:smallCaps w:val="0"/>
          <w:strike w:val="0"/>
          <w:sz w:val="22"/>
          <w:u w:val="single"/>
        </w:rPr>
        <w:t xml:space="preserve"> the U.S. </w:t>
      </w:r>
      <w:r>
        <w:rPr>
          <w:b w:val="0"/>
          <w:i w:val="0"/>
          <w:smallCaps w:val="0"/>
          <w:strike w:val="0"/>
          <w:sz w:val="22"/>
          <w:highlight w:val="cyan"/>
          <w:u w:val="single"/>
        </w:rPr>
        <w:t>military</w:t>
      </w:r>
      <w:r>
        <w:rPr>
          <w:b w:val="0"/>
          <w:i w:val="0"/>
          <w:smallCaps w:val="0"/>
          <w:strike w:val="0"/>
          <w:sz w:val="16"/>
          <w:u w:val="none"/>
        </w:rPr>
        <w:t xml:space="preserve">; control over the subtle but all-powerful narratives that give governments legitimacy have always eluded even the most brilliant American soldiers. Four-star Army Gen. John Galvin, back in 1986, described the military mind as “uncomfortable with warfare’s societal dimension.” Every general who has written a new counterinsurgency operating manual—or reported on the </w:t>
      </w:r>
      <w:r>
        <w:rPr>
          <w:b w:val="0"/>
          <w:i w:val="0"/>
          <w:smallCaps w:val="0"/>
          <w:strike w:val="0"/>
          <w:sz w:val="22"/>
          <w:highlight w:val="cyan"/>
          <w:u w:val="single"/>
        </w:rPr>
        <w:t>reasons for</w:t>
      </w:r>
      <w:r>
        <w:rPr>
          <w:b w:val="0"/>
          <w:i w:val="0"/>
          <w:smallCaps w:val="0"/>
          <w:strike w:val="0"/>
          <w:sz w:val="16"/>
          <w:u w:val="none"/>
        </w:rPr>
        <w:t xml:space="preserve"> the </w:t>
      </w:r>
      <w:r>
        <w:rPr>
          <w:b/>
          <w:i w:val="0"/>
          <w:smallCaps w:val="0"/>
          <w:strike w:val="0"/>
          <w:sz w:val="24"/>
          <w:highlight w:val="cyan"/>
          <w:u w:val="single"/>
        </w:rPr>
        <w:t>failures</w:t>
      </w:r>
      <w:r>
        <w:rPr>
          <w:b w:val="0"/>
          <w:i w:val="0"/>
          <w:smallCaps w:val="0"/>
          <w:strike w:val="0"/>
          <w:sz w:val="16"/>
          <w:highlight w:val="cyan"/>
          <w:u w:val="none"/>
        </w:rPr>
        <w:t xml:space="preserve"> </w:t>
      </w:r>
      <w:r>
        <w:rPr>
          <w:b w:val="0"/>
          <w:i w:val="0"/>
          <w:smallCaps w:val="0"/>
          <w:strike w:val="0"/>
          <w:sz w:val="22"/>
          <w:highlight w:val="cyan"/>
          <w:u w:val="single"/>
        </w:rPr>
        <w:t>in Afghanistan and Iraq</w:t>
      </w:r>
      <w:r>
        <w:rPr>
          <w:b w:val="0"/>
          <w:i w:val="0"/>
          <w:smallCaps w:val="0"/>
          <w:strike w:val="0"/>
          <w:sz w:val="16"/>
          <w:u w:val="none"/>
        </w:rPr>
        <w:t xml:space="preserve">, including retired Army Gens. David Petraeus and Stanley McChrystal—has </w:t>
      </w:r>
      <w:r>
        <w:rPr>
          <w:b w:val="0"/>
          <w:i w:val="0"/>
          <w:smallCaps w:val="0"/>
          <w:strike w:val="0"/>
          <w:sz w:val="22"/>
          <w:u w:val="single"/>
        </w:rPr>
        <w:t>mentioned the</w:t>
      </w:r>
      <w:r>
        <w:rPr>
          <w:b w:val="0"/>
          <w:i w:val="0"/>
          <w:smallCaps w:val="0"/>
          <w:strike w:val="0"/>
          <w:sz w:val="16"/>
          <w:u w:val="none"/>
        </w:rPr>
        <w:t xml:space="preserve"> </w:t>
      </w:r>
      <w:r>
        <w:rPr>
          <w:b/>
          <w:i w:val="0"/>
          <w:smallCaps w:val="0"/>
          <w:strike w:val="0"/>
          <w:sz w:val="24"/>
          <w:u w:val="single"/>
        </w:rPr>
        <w:t>same weakness</w:t>
      </w:r>
      <w:r>
        <w:rPr>
          <w:b w:val="0"/>
          <w:i w:val="0"/>
          <w:smallCaps w:val="0"/>
          <w:strike w:val="0"/>
          <w:sz w:val="16"/>
          <w:u w:val="none"/>
        </w:rPr>
        <w:t xml:space="preserve"> </w:t>
      </w:r>
      <w:r>
        <w:rPr>
          <w:b w:val="0"/>
          <w:i w:val="0"/>
          <w:smallCaps w:val="0"/>
          <w:strike w:val="0"/>
          <w:sz w:val="22"/>
          <w:u w:val="single"/>
        </w:rPr>
        <w:t>in understanding</w:t>
      </w:r>
      <w:r>
        <w:rPr>
          <w:b w:val="0"/>
          <w:i w:val="0"/>
          <w:smallCaps w:val="0"/>
          <w:strike w:val="0"/>
          <w:sz w:val="16"/>
          <w:u w:val="none"/>
        </w:rPr>
        <w:t xml:space="preserve"> the interplay of </w:t>
      </w:r>
      <w:r>
        <w:rPr>
          <w:b w:val="0"/>
          <w:i w:val="0"/>
          <w:smallCaps w:val="0"/>
          <w:strike w:val="0"/>
          <w:sz w:val="22"/>
          <w:u w:val="single"/>
        </w:rPr>
        <w:t>culture and conflict</w:t>
      </w:r>
      <w:r>
        <w:rPr>
          <w:b w:val="0"/>
          <w:i w:val="0"/>
          <w:smallCaps w:val="0"/>
          <w:strike w:val="0"/>
          <w:sz w:val="16"/>
          <w:u w:val="none"/>
        </w:rPr>
        <w:t xml:space="preserve">. </w:t>
      </w:r>
      <w:r>
        <w:rPr>
          <w:b w:val="0"/>
          <w:i w:val="0"/>
          <w:smallCaps w:val="0"/>
          <w:strike w:val="0"/>
          <w:sz w:val="22"/>
          <w:u w:val="single"/>
        </w:rPr>
        <w:t>Military leaders are</w:t>
      </w:r>
      <w:r>
        <w:rPr>
          <w:b w:val="0"/>
          <w:i w:val="0"/>
          <w:smallCaps w:val="0"/>
          <w:strike w:val="0"/>
          <w:sz w:val="16"/>
          <w:u w:val="none"/>
        </w:rPr>
        <w:t xml:space="preserve">, by nature, </w:t>
      </w:r>
      <w:r>
        <w:rPr>
          <w:b/>
          <w:i w:val="0"/>
          <w:smallCaps w:val="0"/>
          <w:strike w:val="0"/>
          <w:sz w:val="24"/>
          <w:u w:val="single"/>
        </w:rPr>
        <w:t>technicians</w:t>
      </w:r>
      <w:r>
        <w:rPr>
          <w:b w:val="0"/>
          <w:i w:val="0"/>
          <w:smallCaps w:val="0"/>
          <w:strike w:val="0"/>
          <w:sz w:val="16"/>
          <w:u w:val="none"/>
        </w:rPr>
        <w:t xml:space="preserve"> </w:t>
      </w:r>
      <w:r>
        <w:rPr>
          <w:b w:val="0"/>
          <w:i w:val="0"/>
          <w:smallCaps w:val="0"/>
          <w:strike w:val="0"/>
          <w:sz w:val="22"/>
          <w:u w:val="single"/>
        </w:rPr>
        <w:t>rather than humanists</w:t>
      </w:r>
      <w:r>
        <w:rPr>
          <w:b w:val="0"/>
          <w:i w:val="0"/>
          <w:smallCaps w:val="0"/>
          <w:strike w:val="0"/>
          <w:sz w:val="16"/>
          <w:u w:val="none"/>
        </w:rPr>
        <w:t>. They are deliberately not politicians. The Joint Chiefs of Staff’s failure to address the informational nature of conflict in the 21st century is another example of the oldest crisis in warfare. The generals are always preparing for the last war.</w:t>
      </w:r>
    </w:p>
    <w:p>
      <w:pPr>
        <w:spacing w:after="60"/>
      </w:pPr>
      <w:r>
        <w:rPr>
          <w:b w:val="0"/>
          <w:i w:val="0"/>
          <w:smallCaps w:val="0"/>
          <w:strike w:val="0"/>
          <w:sz w:val="16"/>
          <w:u w:val="none"/>
        </w:rPr>
        <w:t xml:space="preserve">During a domestic operation, </w:t>
      </w:r>
      <w:r>
        <w:rPr>
          <w:b w:val="0"/>
          <w:i w:val="0"/>
          <w:smallCaps w:val="0"/>
          <w:strike w:val="0"/>
          <w:sz w:val="22"/>
          <w:u w:val="single"/>
        </w:rPr>
        <w:t>the military information support officer</w:t>
      </w:r>
      <w:r>
        <w:rPr>
          <w:b w:val="0"/>
          <w:i w:val="0"/>
          <w:smallCaps w:val="0"/>
          <w:strike w:val="0"/>
          <w:sz w:val="16"/>
          <w:u w:val="none"/>
        </w:rPr>
        <w:t xml:space="preserve"> would be more important than anyone in the intelligence preparation of the battlefield process or any of the engineering officers. Whatever actions are undertaken will be in the context of a highly active and </w:t>
      </w:r>
      <w:r>
        <w:rPr>
          <w:b/>
          <w:i w:val="0"/>
          <w:smallCaps w:val="0"/>
          <w:strike w:val="0"/>
          <w:sz w:val="24"/>
          <w:u w:val="single"/>
        </w:rPr>
        <w:t>highly polarized</w:t>
      </w:r>
      <w:r>
        <w:rPr>
          <w:b w:val="0"/>
          <w:i w:val="0"/>
          <w:smallCaps w:val="0"/>
          <w:strike w:val="0"/>
          <w:sz w:val="16"/>
          <w:u w:val="none"/>
        </w:rPr>
        <w:t xml:space="preserve"> media and in the context of a highly polarized legal system </w:t>
      </w:r>
      <w:r>
        <w:rPr>
          <w:b w:val="0"/>
          <w:i w:val="0"/>
          <w:smallCaps w:val="0"/>
          <w:strike w:val="0"/>
          <w:sz w:val="22"/>
          <w:u w:val="single"/>
        </w:rPr>
        <w:t>with</w:t>
      </w:r>
      <w:r>
        <w:rPr>
          <w:b w:val="0"/>
          <w:i w:val="0"/>
          <w:smallCaps w:val="0"/>
          <w:strike w:val="0"/>
          <w:sz w:val="16"/>
          <w:u w:val="none"/>
        </w:rPr>
        <w:t xml:space="preserve"> </w:t>
      </w:r>
      <w:r>
        <w:rPr>
          <w:b/>
          <w:i w:val="0"/>
          <w:smallCaps w:val="0"/>
          <w:strike w:val="0"/>
          <w:sz w:val="24"/>
          <w:u w:val="single"/>
        </w:rPr>
        <w:t>diminishing legitimacy</w:t>
      </w:r>
      <w:r>
        <w:rPr>
          <w:b w:val="0"/>
          <w:i w:val="0"/>
          <w:smallCaps w:val="0"/>
          <w:strike w:val="0"/>
          <w:sz w:val="16"/>
          <w:u w:val="none"/>
        </w:rPr>
        <w:t xml:space="preserve">. For half the country, the military engagement against insurrectionists or terrorists will be necessary to preserve democracy and the rule of law. For the other half, it will be the desecration of individual liberty. The beginning of any action, of any sort, by a U.S. military force against U.S. citizens would </w:t>
      </w:r>
      <w:r>
        <w:rPr>
          <w:b w:val="0"/>
          <w:i w:val="0"/>
          <w:smallCaps w:val="0"/>
          <w:strike w:val="0"/>
          <w:sz w:val="22"/>
          <w:u w:val="single"/>
        </w:rPr>
        <w:t>create</w:t>
      </w:r>
      <w:r>
        <w:rPr>
          <w:b w:val="0"/>
          <w:i w:val="0"/>
          <w:smallCaps w:val="0"/>
          <w:strike w:val="0"/>
          <w:sz w:val="16"/>
          <w:u w:val="none"/>
        </w:rPr>
        <w:t xml:space="preserve"> an </w:t>
      </w:r>
      <w:r>
        <w:rPr>
          <w:b/>
          <w:i w:val="0"/>
          <w:smallCaps w:val="0"/>
          <w:strike w:val="0"/>
          <w:sz w:val="24"/>
          <w:u w:val="single"/>
        </w:rPr>
        <w:t>automatic</w:t>
      </w:r>
      <w:r>
        <w:rPr>
          <w:b w:val="0"/>
          <w:i w:val="0"/>
          <w:smallCaps w:val="0"/>
          <w:strike w:val="0"/>
          <w:sz w:val="16"/>
          <w:u w:val="none"/>
        </w:rPr>
        <w:t xml:space="preserve"> sense of </w:t>
      </w:r>
      <w:r>
        <w:rPr>
          <w:b w:val="0"/>
          <w:i w:val="0"/>
          <w:smallCaps w:val="0"/>
          <w:strike w:val="0"/>
          <w:sz w:val="22"/>
          <w:u w:val="single"/>
        </w:rPr>
        <w:t>illegitimacy</w:t>
      </w:r>
      <w:r>
        <w:rPr>
          <w:b w:val="0"/>
          <w:i w:val="0"/>
          <w:smallCaps w:val="0"/>
          <w:strike w:val="0"/>
          <w:sz w:val="16"/>
          <w:u w:val="none"/>
        </w:rPr>
        <w:t xml:space="preserve">. The already incipient </w:t>
      </w:r>
      <w:r>
        <w:rPr>
          <w:b w:val="0"/>
          <w:i w:val="0"/>
          <w:smallCaps w:val="0"/>
          <w:strike w:val="0"/>
          <w:sz w:val="22"/>
          <w:u w:val="single"/>
        </w:rPr>
        <w:t>legitimacy</w:t>
      </w:r>
      <w:r>
        <w:rPr>
          <w:b w:val="0"/>
          <w:i w:val="0"/>
          <w:smallCaps w:val="0"/>
          <w:strike w:val="0"/>
          <w:sz w:val="16"/>
          <w:u w:val="none"/>
        </w:rPr>
        <w:t xml:space="preserve"> </w:t>
      </w:r>
      <w:r>
        <w:rPr>
          <w:b w:val="0"/>
          <w:i w:val="0"/>
          <w:smallCaps w:val="0"/>
          <w:strike w:val="0"/>
          <w:sz w:val="22"/>
          <w:u w:val="single"/>
        </w:rPr>
        <w:t>crisis would be</w:t>
      </w:r>
      <w:r>
        <w:rPr>
          <w:b w:val="0"/>
          <w:i w:val="0"/>
          <w:smallCaps w:val="0"/>
          <w:strike w:val="0"/>
          <w:sz w:val="16"/>
          <w:u w:val="none"/>
        </w:rPr>
        <w:t xml:space="preserve"> </w:t>
      </w:r>
      <w:r>
        <w:rPr>
          <w:b/>
          <w:i w:val="0"/>
          <w:smallCaps w:val="0"/>
          <w:strike w:val="0"/>
          <w:sz w:val="24"/>
          <w:u w:val="single"/>
        </w:rPr>
        <w:t>exacerbated</w:t>
      </w:r>
      <w:r>
        <w:rPr>
          <w:b w:val="0"/>
          <w:i w:val="0"/>
          <w:smallCaps w:val="0"/>
          <w:strike w:val="0"/>
          <w:sz w:val="16"/>
          <w:u w:val="none"/>
        </w:rPr>
        <w:t>.</w:t>
      </w:r>
    </w:p>
    <w:p>
      <w:pPr>
        <w:spacing w:after="60"/>
      </w:pPr>
      <w:r>
        <w:rPr>
          <w:b w:val="0"/>
          <w:i w:val="0"/>
          <w:smallCaps w:val="0"/>
          <w:strike w:val="0"/>
          <w:sz w:val="16"/>
          <w:u w:val="none"/>
        </w:rPr>
        <w:t xml:space="preserve">Sixty years of U.S. experience has taught the same lesson about counterinsurgency: </w:t>
      </w:r>
      <w:r>
        <w:rPr>
          <w:b w:val="0"/>
          <w:i w:val="0"/>
          <w:smallCaps w:val="0"/>
          <w:strike w:val="0"/>
          <w:sz w:val="22"/>
          <w:u w:val="single"/>
        </w:rPr>
        <w:t xml:space="preserve">If you lose, you </w:t>
      </w:r>
      <w:r>
        <w:rPr>
          <w:b/>
          <w:i w:val="0"/>
          <w:smallCaps w:val="0"/>
          <w:strike w:val="0"/>
          <w:sz w:val="24"/>
          <w:u w:val="single"/>
        </w:rPr>
        <w:t>lose</w:t>
      </w:r>
      <w:r>
        <w:rPr>
          <w:b w:val="0"/>
          <w:i w:val="0"/>
          <w:smallCaps w:val="0"/>
          <w:strike w:val="0"/>
          <w:sz w:val="16"/>
          <w:u w:val="none"/>
        </w:rPr>
        <w:t xml:space="preserve">. </w:t>
      </w:r>
      <w:r>
        <w:rPr>
          <w:b w:val="0"/>
          <w:i w:val="0"/>
          <w:smallCaps w:val="0"/>
          <w:strike w:val="0"/>
          <w:sz w:val="22"/>
          <w:u w:val="single"/>
        </w:rPr>
        <w:t>If you win, you still</w:t>
      </w:r>
      <w:r>
        <w:rPr>
          <w:b w:val="0"/>
          <w:i w:val="0"/>
          <w:smallCaps w:val="0"/>
          <w:strike w:val="0"/>
          <w:sz w:val="16"/>
          <w:u w:val="none"/>
        </w:rPr>
        <w:t xml:space="preserve"> </w:t>
      </w:r>
      <w:r>
        <w:rPr>
          <w:b/>
          <w:i w:val="0"/>
          <w:smallCaps w:val="0"/>
          <w:strike w:val="0"/>
          <w:sz w:val="24"/>
          <w:u w:val="single"/>
        </w:rPr>
        <w:t>lose</w:t>
      </w:r>
      <w:r>
        <w:rPr>
          <w:b w:val="0"/>
          <w:i w:val="0"/>
          <w:smallCaps w:val="0"/>
          <w:strike w:val="0"/>
          <w:sz w:val="16"/>
          <w:u w:val="none"/>
        </w:rPr>
        <w:t xml:space="preserve">. At present, the official U.S. counterinsurgency, or COIN, strategy remains a version of Petraeus’s 2006 “clear, hold, and build” strategy. In the current edition of Joint Publication 3-24, which provides the U.S. military with a doctrine for counterinsurgency operations, it is outlined as “shape, clear, hold, build, and transition,” part of a suite of COIN strategies that include the generational approach (engaging with youth who are most likely to join insurgencies) and network engagement (through social media). All of these strategies have the smack of desperation in their operating modes. The military holds on to these strategies because at least they are strategies, not because they work. For decades, the </w:t>
      </w:r>
      <w:r>
        <w:rPr>
          <w:b w:val="0"/>
          <w:i w:val="0"/>
          <w:smallCaps w:val="0"/>
          <w:strike w:val="0"/>
          <w:sz w:val="22"/>
          <w:u w:val="single"/>
        </w:rPr>
        <w:t xml:space="preserve">U.S. </w:t>
      </w:r>
      <w:r>
        <w:rPr>
          <w:b w:val="0"/>
          <w:i w:val="0"/>
          <w:smallCaps w:val="0"/>
          <w:strike w:val="0"/>
          <w:sz w:val="22"/>
          <w:highlight w:val="cyan"/>
          <w:u w:val="single"/>
        </w:rPr>
        <w:t>military</w:t>
      </w:r>
      <w:r>
        <w:rPr>
          <w:b w:val="0"/>
          <w:i w:val="0"/>
          <w:smallCaps w:val="0"/>
          <w:strike w:val="0"/>
          <w:sz w:val="22"/>
          <w:u w:val="single"/>
        </w:rPr>
        <w:t xml:space="preserve"> has been</w:t>
      </w:r>
      <w:r>
        <w:rPr>
          <w:b w:val="0"/>
          <w:i w:val="0"/>
          <w:smallCaps w:val="0"/>
          <w:strike w:val="0"/>
          <w:sz w:val="16"/>
          <w:u w:val="none"/>
        </w:rPr>
        <w:t xml:space="preserve"> </w:t>
      </w:r>
      <w:r>
        <w:rPr>
          <w:b/>
          <w:i w:val="0"/>
          <w:smallCaps w:val="0"/>
          <w:strike w:val="0"/>
          <w:sz w:val="24"/>
          <w:highlight w:val="cyan"/>
          <w:u w:val="single"/>
        </w:rPr>
        <w:t>defined</w:t>
      </w:r>
      <w:r>
        <w:rPr>
          <w:b w:val="0"/>
          <w:i w:val="0"/>
          <w:smallCaps w:val="0"/>
          <w:strike w:val="0"/>
          <w:sz w:val="16"/>
          <w:highlight w:val="cyan"/>
          <w:u w:val="none"/>
        </w:rPr>
        <w:t xml:space="preserve"> </w:t>
      </w:r>
      <w:r>
        <w:rPr>
          <w:b w:val="0"/>
          <w:i w:val="0"/>
          <w:smallCaps w:val="0"/>
          <w:strike w:val="0"/>
          <w:sz w:val="22"/>
          <w:highlight w:val="cyan"/>
          <w:u w:val="single"/>
        </w:rPr>
        <w:t>by</w:t>
      </w:r>
      <w:r>
        <w:rPr>
          <w:b w:val="0"/>
          <w:i w:val="0"/>
          <w:smallCaps w:val="0"/>
          <w:strike w:val="0"/>
          <w:sz w:val="22"/>
          <w:u w:val="single"/>
        </w:rPr>
        <w:t xml:space="preserve"> its</w:t>
      </w:r>
      <w:r>
        <w:rPr>
          <w:b w:val="0"/>
          <w:i w:val="0"/>
          <w:smallCaps w:val="0"/>
          <w:strike w:val="0"/>
          <w:sz w:val="16"/>
          <w:u w:val="none"/>
        </w:rPr>
        <w:t xml:space="preserve"> </w:t>
      </w:r>
      <w:r>
        <w:rPr>
          <w:b/>
          <w:i w:val="0"/>
          <w:smallCaps w:val="0"/>
          <w:strike w:val="0"/>
          <w:sz w:val="24"/>
          <w:highlight w:val="cyan"/>
          <w:u w:val="single"/>
        </w:rPr>
        <w:t>ineffectiveness</w:t>
      </w:r>
      <w:r>
        <w:rPr>
          <w:b w:val="0"/>
          <w:i w:val="0"/>
          <w:smallCaps w:val="0"/>
          <w:strike w:val="0"/>
          <w:sz w:val="16"/>
          <w:highlight w:val="cyan"/>
          <w:u w:val="none"/>
        </w:rPr>
        <w:t xml:space="preserve"> </w:t>
      </w:r>
      <w:r>
        <w:rPr>
          <w:b w:val="0"/>
          <w:i w:val="0"/>
          <w:smallCaps w:val="0"/>
          <w:strike w:val="0"/>
          <w:sz w:val="22"/>
          <w:highlight w:val="cyan"/>
          <w:u w:val="single"/>
        </w:rPr>
        <w:t>against insurgencies</w:t>
      </w:r>
      <w:r>
        <w:rPr>
          <w:b w:val="0"/>
          <w:i w:val="0"/>
          <w:smallCaps w:val="0"/>
          <w:strike w:val="0"/>
          <w:sz w:val="22"/>
          <w:u w:val="single"/>
        </w:rPr>
        <w:t xml:space="preserve"> in foreign countries.</w:t>
      </w:r>
      <w:r>
        <w:rPr>
          <w:b w:val="0"/>
          <w:i w:val="0"/>
          <w:smallCaps w:val="0"/>
          <w:strike w:val="0"/>
          <w:sz w:val="16"/>
          <w:u w:val="none"/>
        </w:rPr>
        <w:t xml:space="preserve"> Why would it do any better at home?</w:t>
      </w:r>
    </w:p>
    <w:p>
      <w:pPr>
        <w:spacing w:after="60"/>
      </w:pPr>
      <w:r>
        <w:rPr>
          <w:b w:val="0"/>
          <w:i w:val="0"/>
          <w:smallCaps w:val="0"/>
          <w:strike w:val="0"/>
          <w:sz w:val="16"/>
          <w:u w:val="none"/>
        </w:rPr>
        <w:t xml:space="preserve">The central problem is that it is impossible to build legitimacy as an occupier; the process of holding, even with the best of intentions, is humiliating and disruptive. The </w:t>
      </w:r>
      <w:r>
        <w:rPr>
          <w:b/>
          <w:i w:val="0"/>
          <w:smallCaps w:val="0"/>
          <w:strike w:val="0"/>
          <w:sz w:val="24"/>
          <w:highlight w:val="cyan"/>
          <w:u w:val="single"/>
        </w:rPr>
        <w:t>illegitimacy</w:t>
      </w:r>
      <w:r>
        <w:rPr>
          <w:b w:val="0"/>
          <w:i w:val="0"/>
          <w:smallCaps w:val="0"/>
          <w:strike w:val="0"/>
          <w:sz w:val="16"/>
          <w:highlight w:val="cyan"/>
          <w:u w:val="none"/>
        </w:rPr>
        <w:t xml:space="preserve"> </w:t>
      </w:r>
      <w:r>
        <w:rPr>
          <w:b w:val="0"/>
          <w:i w:val="0"/>
          <w:smallCaps w:val="0"/>
          <w:strike w:val="0"/>
          <w:sz w:val="22"/>
          <w:highlight w:val="cyan"/>
          <w:u w:val="single"/>
        </w:rPr>
        <w:t>of</w:t>
      </w:r>
      <w:r>
        <w:rPr>
          <w:b w:val="0"/>
          <w:i w:val="0"/>
          <w:smallCaps w:val="0"/>
          <w:strike w:val="0"/>
          <w:sz w:val="22"/>
          <w:u w:val="single"/>
        </w:rPr>
        <w:t xml:space="preserve"> any occupying </w:t>
      </w:r>
      <w:r>
        <w:rPr>
          <w:b w:val="0"/>
          <w:i w:val="0"/>
          <w:smallCaps w:val="0"/>
          <w:strike w:val="0"/>
          <w:sz w:val="22"/>
          <w:highlight w:val="cyan"/>
          <w:u w:val="single"/>
        </w:rPr>
        <w:t>force</w:t>
      </w:r>
      <w:r>
        <w:rPr>
          <w:b w:val="0"/>
          <w:i w:val="0"/>
          <w:smallCaps w:val="0"/>
          <w:strike w:val="0"/>
          <w:sz w:val="16"/>
          <w:u w:val="none"/>
        </w:rPr>
        <w:t xml:space="preserve">—the French in Algeria and Indochina, the Russians in Afghanistan, the British everywhere—would </w:t>
      </w:r>
      <w:r>
        <w:rPr>
          <w:b w:val="0"/>
          <w:i w:val="0"/>
          <w:smallCaps w:val="0"/>
          <w:strike w:val="0"/>
          <w:sz w:val="22"/>
          <w:u w:val="single"/>
        </w:rPr>
        <w:t>meet</w:t>
      </w:r>
      <w:r>
        <w:rPr>
          <w:b w:val="0"/>
          <w:i w:val="0"/>
          <w:smallCaps w:val="0"/>
          <w:strike w:val="0"/>
          <w:sz w:val="16"/>
          <w:u w:val="none"/>
        </w:rPr>
        <w:t xml:space="preserve"> </w:t>
      </w:r>
      <w:r>
        <w:rPr>
          <w:b w:val="0"/>
          <w:i w:val="0"/>
          <w:smallCaps w:val="0"/>
          <w:strike w:val="0"/>
          <w:sz w:val="22"/>
          <w:highlight w:val="cyan"/>
          <w:u w:val="single"/>
        </w:rPr>
        <w:t>greater</w:t>
      </w:r>
      <w:r>
        <w:rPr>
          <w:b w:val="0"/>
          <w:i w:val="0"/>
          <w:smallCaps w:val="0"/>
          <w:strike w:val="0"/>
          <w:sz w:val="22"/>
          <w:u w:val="single"/>
        </w:rPr>
        <w:t xml:space="preserve"> opposition</w:t>
      </w:r>
      <w:r>
        <w:rPr>
          <w:b w:val="0"/>
          <w:i w:val="0"/>
          <w:smallCaps w:val="0"/>
          <w:strike w:val="0"/>
          <w:sz w:val="16"/>
          <w:u w:val="none"/>
        </w:rPr>
        <w:t xml:space="preserve"> </w:t>
      </w:r>
      <w:r>
        <w:rPr>
          <w:b/>
          <w:i w:val="0"/>
          <w:smallCaps w:val="0"/>
          <w:strike w:val="0"/>
          <w:sz w:val="24"/>
          <w:highlight w:val="cyan"/>
          <w:u w:val="single"/>
        </w:rPr>
        <w:t>than ever</w:t>
      </w:r>
      <w:r>
        <w:rPr>
          <w:b w:val="0"/>
          <w:i w:val="0"/>
          <w:smallCaps w:val="0"/>
          <w:strike w:val="0"/>
          <w:sz w:val="16"/>
          <w:u w:val="none"/>
        </w:rPr>
        <w:t xml:space="preserve"> in an American-on-American context. The defiance begins in a claim to the </w:t>
      </w:r>
      <w:r>
        <w:rPr>
          <w:b/>
          <w:i w:val="0"/>
          <w:smallCaps w:val="0"/>
          <w:strike w:val="0"/>
          <w:sz w:val="24"/>
          <w:u w:val="single"/>
        </w:rPr>
        <w:t>illegit</w:t>
      </w:r>
      <w:r>
        <w:rPr>
          <w:b w:val="0"/>
          <w:i w:val="0"/>
          <w:smallCaps w:val="0"/>
          <w:strike w:val="0"/>
          <w:sz w:val="16"/>
          <w:u w:val="none"/>
        </w:rPr>
        <w:t xml:space="preserve">imacy of </w:t>
      </w:r>
      <w:r>
        <w:rPr>
          <w:b w:val="0"/>
          <w:i w:val="0"/>
          <w:smallCaps w:val="0"/>
          <w:strike w:val="0"/>
          <w:sz w:val="22"/>
          <w:u w:val="single"/>
        </w:rPr>
        <w:t>federal authority</w:t>
      </w:r>
      <w:r>
        <w:rPr>
          <w:b w:val="0"/>
          <w:i w:val="0"/>
          <w:smallCaps w:val="0"/>
          <w:strike w:val="0"/>
          <w:sz w:val="16"/>
          <w:u w:val="none"/>
        </w:rPr>
        <w:t>. If you are occupying an anti-government patriot stronghold, any state-building, of any kind, will be forced. The locals don’t want government. That’s the point. But how could any force “address the underlying causes of violence,” as JP 3-24 states, without the machinery of legitimization?</w:t>
      </w:r>
    </w:p>
    <w:p>
      <w:pPr>
        <w:spacing w:after="60"/>
      </w:pPr>
      <w:r>
        <w:rPr>
          <w:b w:val="0"/>
          <w:i w:val="0"/>
          <w:smallCaps w:val="0"/>
          <w:strike w:val="0"/>
          <w:sz w:val="16"/>
          <w:u w:val="none"/>
        </w:rPr>
        <w:t xml:space="preserve">You don’t have to look very far to find an example of a failed occupation on U.S. soil. </w:t>
      </w:r>
      <w:r>
        <w:rPr>
          <w:b w:val="0"/>
          <w:i w:val="0"/>
          <w:smallCaps w:val="0"/>
          <w:strike w:val="0"/>
          <w:sz w:val="22"/>
          <w:u w:val="single"/>
        </w:rPr>
        <w:t>The South</w:t>
      </w:r>
      <w:r>
        <w:rPr>
          <w:b w:val="0"/>
          <w:i w:val="0"/>
          <w:smallCaps w:val="0"/>
          <w:strike w:val="0"/>
          <w:sz w:val="16"/>
          <w:u w:val="none"/>
        </w:rPr>
        <w:t xml:space="preserve">, under Reconstruction, </w:t>
      </w:r>
      <w:r>
        <w:rPr>
          <w:b w:val="0"/>
          <w:i w:val="0"/>
          <w:smallCaps w:val="0"/>
          <w:strike w:val="0"/>
          <w:sz w:val="22"/>
          <w:u w:val="single"/>
        </w:rPr>
        <w:t>spawned</w:t>
      </w:r>
      <w:r>
        <w:rPr>
          <w:b w:val="0"/>
          <w:i w:val="0"/>
          <w:smallCaps w:val="0"/>
          <w:strike w:val="0"/>
          <w:sz w:val="16"/>
          <w:u w:val="none"/>
        </w:rPr>
        <w:t xml:space="preserve"> the </w:t>
      </w:r>
      <w:r>
        <w:rPr>
          <w:b/>
          <w:i w:val="0"/>
          <w:smallCaps w:val="0"/>
          <w:strike w:val="0"/>
          <w:sz w:val="24"/>
          <w:u w:val="single"/>
        </w:rPr>
        <w:t>K</w:t>
      </w:r>
      <w:r>
        <w:rPr>
          <w:b w:val="0"/>
          <w:i w:val="0"/>
          <w:smallCaps w:val="0"/>
          <w:strike w:val="0"/>
          <w:sz w:val="22"/>
          <w:u w:val="single"/>
        </w:rPr>
        <w:t>u</w:t>
      </w:r>
      <w:r>
        <w:rPr>
          <w:b w:val="0"/>
          <w:i w:val="0"/>
          <w:smallCaps w:val="0"/>
          <w:strike w:val="0"/>
          <w:sz w:val="16"/>
          <w:u w:val="none"/>
        </w:rPr>
        <w:t xml:space="preserve"> </w:t>
      </w:r>
      <w:r>
        <w:rPr>
          <w:b/>
          <w:i w:val="0"/>
          <w:smallCaps w:val="0"/>
          <w:strike w:val="0"/>
          <w:sz w:val="24"/>
          <w:u w:val="single"/>
        </w:rPr>
        <w:t>K</w:t>
      </w:r>
      <w:r>
        <w:rPr>
          <w:b w:val="0"/>
          <w:i w:val="0"/>
          <w:smallCaps w:val="0"/>
          <w:strike w:val="0"/>
          <w:sz w:val="22"/>
          <w:u w:val="single"/>
        </w:rPr>
        <w:t>lux</w:t>
      </w:r>
      <w:r>
        <w:rPr>
          <w:b w:val="0"/>
          <w:i w:val="0"/>
          <w:smallCaps w:val="0"/>
          <w:strike w:val="0"/>
          <w:sz w:val="16"/>
          <w:u w:val="none"/>
        </w:rPr>
        <w:t xml:space="preserve"> </w:t>
      </w:r>
      <w:r>
        <w:rPr>
          <w:b/>
          <w:i w:val="0"/>
          <w:smallCaps w:val="0"/>
          <w:strike w:val="0"/>
          <w:sz w:val="24"/>
          <w:u w:val="single"/>
        </w:rPr>
        <w:t>K</w:t>
      </w:r>
      <w:r>
        <w:rPr>
          <w:b w:val="0"/>
          <w:i w:val="0"/>
          <w:smallCaps w:val="0"/>
          <w:strike w:val="0"/>
          <w:sz w:val="22"/>
          <w:u w:val="single"/>
        </w:rPr>
        <w:t>lan</w:t>
      </w:r>
      <w:r>
        <w:rPr>
          <w:b w:val="0"/>
          <w:i w:val="0"/>
          <w:smallCaps w:val="0"/>
          <w:strike w:val="0"/>
          <w:sz w:val="16"/>
          <w:u w:val="none"/>
        </w:rPr>
        <w:t xml:space="preserve">, </w:t>
      </w:r>
      <w:r>
        <w:rPr>
          <w:b w:val="0"/>
          <w:i w:val="0"/>
          <w:smallCaps w:val="0"/>
          <w:strike w:val="0"/>
          <w:sz w:val="22"/>
          <w:u w:val="single"/>
        </w:rPr>
        <w:t>Red Shirts, and</w:t>
      </w:r>
      <w:r>
        <w:rPr>
          <w:b w:val="0"/>
          <w:i w:val="0"/>
          <w:smallCaps w:val="0"/>
          <w:strike w:val="0"/>
          <w:sz w:val="16"/>
          <w:u w:val="none"/>
        </w:rPr>
        <w:t xml:space="preserve"> </w:t>
      </w:r>
      <w:r>
        <w:rPr>
          <w:b/>
          <w:i w:val="0"/>
          <w:smallCaps w:val="0"/>
          <w:strike w:val="0"/>
          <w:sz w:val="24"/>
          <w:u w:val="single"/>
        </w:rPr>
        <w:t>White League</w:t>
      </w:r>
      <w:r>
        <w:rPr>
          <w:b w:val="0"/>
          <w:i w:val="0"/>
          <w:smallCaps w:val="0"/>
          <w:strike w:val="0"/>
          <w:sz w:val="16"/>
          <w:u w:val="none"/>
        </w:rPr>
        <w:t>—</w:t>
      </w:r>
      <w:r>
        <w:rPr>
          <w:b w:val="0"/>
          <w:i w:val="0"/>
          <w:smallCaps w:val="0"/>
          <w:strike w:val="0"/>
          <w:sz w:val="22"/>
          <w:u w:val="single"/>
        </w:rPr>
        <w:t>terrorist</w:t>
      </w:r>
      <w:r>
        <w:rPr>
          <w:b w:val="0"/>
          <w:i w:val="0"/>
          <w:smallCaps w:val="0"/>
          <w:strike w:val="0"/>
          <w:sz w:val="16"/>
          <w:u w:val="none"/>
        </w:rPr>
        <w:t xml:space="preserve"> organization</w:t>
      </w:r>
      <w:r>
        <w:rPr>
          <w:b w:val="0"/>
          <w:i w:val="0"/>
          <w:smallCaps w:val="0"/>
          <w:strike w:val="0"/>
          <w:sz w:val="22"/>
          <w:u w:val="single"/>
        </w:rPr>
        <w:t>s that</w:t>
      </w:r>
      <w:r>
        <w:rPr>
          <w:b w:val="0"/>
          <w:i w:val="0"/>
          <w:smallCaps w:val="0"/>
          <w:strike w:val="0"/>
          <w:sz w:val="16"/>
          <w:u w:val="none"/>
        </w:rPr>
        <w:t xml:space="preserve"> </w:t>
      </w:r>
      <w:r>
        <w:rPr>
          <w:b/>
          <w:i w:val="0"/>
          <w:smallCaps w:val="0"/>
          <w:strike w:val="0"/>
          <w:sz w:val="24"/>
          <w:u w:val="single"/>
        </w:rPr>
        <w:t>beleaguered</w:t>
      </w:r>
      <w:r>
        <w:rPr>
          <w:b w:val="0"/>
          <w:i w:val="0"/>
          <w:smallCaps w:val="0"/>
          <w:strike w:val="0"/>
          <w:sz w:val="16"/>
          <w:u w:val="none"/>
        </w:rPr>
        <w:t xml:space="preserve"> </w:t>
      </w:r>
      <w:r>
        <w:rPr>
          <w:b w:val="0"/>
          <w:i w:val="0"/>
          <w:smallCaps w:val="0"/>
          <w:strike w:val="0"/>
          <w:sz w:val="22"/>
          <w:u w:val="single"/>
        </w:rPr>
        <w:t>the Northern administration until it</w:t>
      </w:r>
      <w:r>
        <w:rPr>
          <w:b w:val="0"/>
          <w:i w:val="0"/>
          <w:smallCaps w:val="0"/>
          <w:strike w:val="0"/>
          <w:sz w:val="16"/>
          <w:u w:val="none"/>
        </w:rPr>
        <w:t xml:space="preserve"> </w:t>
      </w:r>
      <w:r>
        <w:rPr>
          <w:b/>
          <w:i w:val="0"/>
          <w:smallCaps w:val="0"/>
          <w:strike w:val="0"/>
          <w:sz w:val="24"/>
          <w:u w:val="single"/>
        </w:rPr>
        <w:t>abandoned</w:t>
      </w:r>
      <w:r>
        <w:rPr>
          <w:b w:val="0"/>
          <w:i w:val="0"/>
          <w:smallCaps w:val="0"/>
          <w:strike w:val="0"/>
          <w:sz w:val="16"/>
          <w:u w:val="none"/>
        </w:rPr>
        <w:t xml:space="preserve"> the project of </w:t>
      </w:r>
      <w:r>
        <w:rPr>
          <w:b w:val="0"/>
          <w:i w:val="0"/>
          <w:smallCaps w:val="0"/>
          <w:strike w:val="0"/>
          <w:sz w:val="22"/>
          <w:u w:val="single"/>
        </w:rPr>
        <w:t>reconciliation</w:t>
      </w:r>
      <w:r>
        <w:rPr>
          <w:b w:val="0"/>
          <w:i w:val="0"/>
          <w:smallCaps w:val="0"/>
          <w:strike w:val="0"/>
          <w:sz w:val="16"/>
          <w:u w:val="none"/>
        </w:rPr>
        <w:t>. The resentment of the occupation after the Civil War survives to this day. Many in the South have not forgotten the abuses of Sherman’s March to the Sea, nor forgiven the Northern authorities for the humiliation of subjugation. The occupied Americans hated the occupying Americans. That hatred endures.</w:t>
      </w:r>
    </w:p>
    <w:p>
      <w:pPr>
        <w:spacing w:after="60"/>
      </w:pPr>
      <w:r>
        <w:rPr>
          <w:b w:val="0"/>
          <w:i w:val="0"/>
          <w:smallCaps w:val="0"/>
          <w:strike w:val="0"/>
          <w:sz w:val="16"/>
          <w:u w:val="none"/>
        </w:rPr>
        <w:t xml:space="preserve">It’s in the nature of insurgent conflict that </w:t>
      </w:r>
      <w:r>
        <w:rPr>
          <w:b w:val="0"/>
          <w:i w:val="0"/>
          <w:smallCaps w:val="0"/>
          <w:strike w:val="0"/>
          <w:sz w:val="22"/>
          <w:highlight w:val="cyan"/>
          <w:u w:val="single"/>
        </w:rPr>
        <w:t xml:space="preserve">violence </w:t>
      </w:r>
      <w:r>
        <w:rPr>
          <w:b/>
          <w:i w:val="0"/>
          <w:smallCaps w:val="0"/>
          <w:strike w:val="0"/>
          <w:sz w:val="24"/>
          <w:highlight w:val="cyan"/>
          <w:u w:val="single"/>
        </w:rPr>
        <w:t>builds</w:t>
      </w:r>
      <w:r>
        <w:rPr>
          <w:b w:val="0"/>
          <w:i w:val="0"/>
          <w:smallCaps w:val="0"/>
          <w:strike w:val="0"/>
          <w:sz w:val="22"/>
          <w:highlight w:val="cyan"/>
          <w:u w:val="single"/>
        </w:rPr>
        <w:t xml:space="preserve"> on itself</w:t>
      </w:r>
      <w:r>
        <w:rPr>
          <w:b w:val="0"/>
          <w:i w:val="0"/>
          <w:smallCaps w:val="0"/>
          <w:strike w:val="0"/>
          <w:sz w:val="16"/>
          <w:u w:val="none"/>
        </w:rPr>
        <w:t xml:space="preserve">. Symbolic horrors echo. Resonance compounds. The </w:t>
      </w:r>
      <w:r>
        <w:rPr>
          <w:b/>
          <w:i w:val="0"/>
          <w:smallCaps w:val="0"/>
          <w:strike w:val="0"/>
          <w:sz w:val="24"/>
          <w:u w:val="single"/>
        </w:rPr>
        <w:t>most recent</w:t>
      </w:r>
      <w:r>
        <w:rPr>
          <w:b w:val="0"/>
          <w:i w:val="0"/>
          <w:smallCaps w:val="0"/>
          <w:strike w:val="0"/>
          <w:sz w:val="16"/>
          <w:u w:val="none"/>
        </w:rPr>
        <w:t xml:space="preserve"> COIN manual has digested, or at least acknowledged, the </w:t>
      </w:r>
      <w:r>
        <w:rPr>
          <w:b w:val="0"/>
          <w:i w:val="0"/>
          <w:smallCaps w:val="0"/>
          <w:strike w:val="0"/>
          <w:sz w:val="22"/>
          <w:u w:val="single"/>
        </w:rPr>
        <w:t>problem of</w:t>
      </w:r>
      <w:r>
        <w:rPr>
          <w:b w:val="0"/>
          <w:i w:val="0"/>
          <w:smallCaps w:val="0"/>
          <w:strike w:val="0"/>
          <w:sz w:val="16"/>
          <w:u w:val="none"/>
        </w:rPr>
        <w:t xml:space="preserve"> </w:t>
      </w:r>
      <w:r>
        <w:rPr>
          <w:b/>
          <w:i w:val="0"/>
          <w:smallCaps w:val="0"/>
          <w:strike w:val="0"/>
          <w:sz w:val="24"/>
          <w:u w:val="single"/>
        </w:rPr>
        <w:t>perception</w:t>
      </w:r>
      <w:r>
        <w:rPr>
          <w:b w:val="0"/>
          <w:i w:val="0"/>
          <w:smallCaps w:val="0"/>
          <w:strike w:val="0"/>
          <w:sz w:val="16"/>
          <w:u w:val="none"/>
        </w:rPr>
        <w:t xml:space="preserve">. </w:t>
      </w:r>
      <w:r>
        <w:rPr>
          <w:b w:val="0"/>
          <w:i w:val="0"/>
          <w:smallCaps w:val="0"/>
          <w:strike w:val="0"/>
          <w:sz w:val="22"/>
          <w:highlight w:val="cyan"/>
          <w:u w:val="single"/>
        </w:rPr>
        <w:t>Insurgencies</w:t>
      </w:r>
      <w:r>
        <w:rPr>
          <w:b w:val="0"/>
          <w:i w:val="0"/>
          <w:smallCaps w:val="0"/>
          <w:strike w:val="0"/>
          <w:sz w:val="22"/>
          <w:u w:val="single"/>
        </w:rPr>
        <w:t xml:space="preserve"> and counterinsurgencies are</w:t>
      </w:r>
      <w:r>
        <w:rPr>
          <w:b w:val="0"/>
          <w:i w:val="0"/>
          <w:smallCaps w:val="0"/>
          <w:strike w:val="0"/>
          <w:sz w:val="16"/>
          <w:u w:val="none"/>
        </w:rPr>
        <w:t xml:space="preserve"> </w:t>
      </w:r>
      <w:r>
        <w:rPr>
          <w:b/>
          <w:i w:val="0"/>
          <w:smallCaps w:val="0"/>
          <w:strike w:val="0"/>
          <w:sz w:val="24"/>
          <w:u w:val="single"/>
        </w:rPr>
        <w:t>engaged</w:t>
      </w:r>
      <w:r>
        <w:rPr>
          <w:b w:val="0"/>
          <w:i w:val="0"/>
          <w:smallCaps w:val="0"/>
          <w:strike w:val="0"/>
          <w:sz w:val="16"/>
          <w:u w:val="none"/>
        </w:rPr>
        <w:t xml:space="preserve"> </w:t>
      </w:r>
      <w:r>
        <w:rPr>
          <w:b w:val="0"/>
          <w:i w:val="0"/>
          <w:smallCaps w:val="0"/>
          <w:strike w:val="0"/>
          <w:sz w:val="22"/>
          <w:u w:val="single"/>
        </w:rPr>
        <w:t>in competitive storytelling</w:t>
      </w:r>
      <w:r>
        <w:rPr>
          <w:b w:val="0"/>
          <w:i w:val="0"/>
          <w:smallCaps w:val="0"/>
          <w:strike w:val="0"/>
          <w:sz w:val="16"/>
          <w:u w:val="none"/>
        </w:rPr>
        <w:t xml:space="preserve">. “Insurgent groups </w:t>
      </w:r>
      <w:r>
        <w:rPr>
          <w:b w:val="0"/>
          <w:i w:val="0"/>
          <w:smallCaps w:val="0"/>
          <w:strike w:val="0"/>
          <w:sz w:val="22"/>
          <w:highlight w:val="cyan"/>
          <w:u w:val="single"/>
        </w:rPr>
        <w:t>harness</w:t>
      </w:r>
      <w:r>
        <w:rPr>
          <w:b w:val="0"/>
          <w:i w:val="0"/>
          <w:smallCaps w:val="0"/>
          <w:strike w:val="0"/>
          <w:sz w:val="16"/>
          <w:highlight w:val="cyan"/>
          <w:u w:val="none"/>
        </w:rPr>
        <w:t xml:space="preserve"> </w:t>
      </w:r>
      <w:r>
        <w:rPr>
          <w:b/>
          <w:i w:val="0"/>
          <w:smallCaps w:val="0"/>
          <w:strike w:val="0"/>
          <w:sz w:val="24"/>
          <w:highlight w:val="cyan"/>
          <w:u w:val="single"/>
        </w:rPr>
        <w:t>narratives</w:t>
      </w:r>
      <w:r>
        <w:rPr>
          <w:b w:val="0"/>
          <w:i w:val="0"/>
          <w:smallCaps w:val="0"/>
          <w:strike w:val="0"/>
          <w:sz w:val="16"/>
          <w:u w:val="none"/>
        </w:rPr>
        <w:t xml:space="preserve"> </w:t>
      </w:r>
      <w:r>
        <w:rPr>
          <w:b w:val="0"/>
          <w:i w:val="0"/>
          <w:smallCaps w:val="0"/>
          <w:strike w:val="0"/>
          <w:sz w:val="22"/>
          <w:u w:val="single"/>
        </w:rPr>
        <w:t>to communicate grievances, goals, and justifications</w:t>
      </w:r>
      <w:r>
        <w:rPr>
          <w:b w:val="0"/>
          <w:i w:val="0"/>
          <w:smallCaps w:val="0"/>
          <w:strike w:val="0"/>
          <w:sz w:val="16"/>
          <w:u w:val="none"/>
        </w:rPr>
        <w:t xml:space="preserve"> for actions to both internal and external audiences,” JP 3-24 reads. “Insurgency narratives have three elements or components: actors and the environments in which they operate, events along a temporal continuum, and causality—cause and effect relative to the first two elements.” The key word here is “audiences.” And how good can any military force be at playing to audiences?</w:t>
      </w:r>
    </w:p>
    <w:p>
      <w:pPr>
        <w:spacing w:after="60"/>
      </w:pPr>
      <w:r>
        <w:rPr>
          <w:b w:val="0"/>
          <w:i w:val="0"/>
          <w:smallCaps w:val="0"/>
          <w:strike w:val="0"/>
          <w:sz w:val="16"/>
          <w:u w:val="none"/>
        </w:rPr>
        <w:t xml:space="preserve">The </w:t>
      </w:r>
      <w:r>
        <w:rPr>
          <w:b/>
          <w:i w:val="0"/>
          <w:smallCaps w:val="0"/>
          <w:strike w:val="0"/>
          <w:sz w:val="24"/>
          <w:u w:val="single"/>
        </w:rPr>
        <w:t>tactical considerations</w:t>
      </w:r>
      <w:r>
        <w:rPr>
          <w:b w:val="0"/>
          <w:i w:val="0"/>
          <w:smallCaps w:val="0"/>
          <w:strike w:val="0"/>
          <w:sz w:val="16"/>
          <w:u w:val="none"/>
        </w:rPr>
        <w:t xml:space="preserve"> </w:t>
      </w:r>
      <w:r>
        <w:rPr>
          <w:b w:val="0"/>
          <w:i w:val="0"/>
          <w:smallCaps w:val="0"/>
          <w:strike w:val="0"/>
          <w:sz w:val="22"/>
          <w:u w:val="single"/>
        </w:rPr>
        <w:t>of battles between the U.S. military and</w:t>
      </w:r>
      <w:r>
        <w:rPr>
          <w:b w:val="0"/>
          <w:i w:val="0"/>
          <w:smallCaps w:val="0"/>
          <w:strike w:val="0"/>
          <w:sz w:val="16"/>
          <w:u w:val="none"/>
        </w:rPr>
        <w:t xml:space="preserve"> any </w:t>
      </w:r>
      <w:r>
        <w:rPr>
          <w:b/>
          <w:i w:val="0"/>
          <w:smallCaps w:val="0"/>
          <w:strike w:val="0"/>
          <w:sz w:val="24"/>
          <w:u w:val="single"/>
        </w:rPr>
        <w:t>domestic</w:t>
      </w:r>
      <w:r>
        <w:rPr>
          <w:b w:val="0"/>
          <w:i w:val="0"/>
          <w:smallCaps w:val="0"/>
          <w:strike w:val="0"/>
          <w:sz w:val="16"/>
          <w:u w:val="none"/>
        </w:rPr>
        <w:t xml:space="preserve"> </w:t>
      </w:r>
      <w:r>
        <w:rPr>
          <w:b w:val="0"/>
          <w:i w:val="0"/>
          <w:smallCaps w:val="0"/>
          <w:strike w:val="0"/>
          <w:sz w:val="22"/>
          <w:u w:val="single"/>
        </w:rPr>
        <w:t>militia forces</w:t>
      </w:r>
      <w:r>
        <w:rPr>
          <w:b w:val="0"/>
          <w:i w:val="0"/>
          <w:smallCaps w:val="0"/>
          <w:strike w:val="0"/>
          <w:sz w:val="16"/>
          <w:u w:val="none"/>
        </w:rPr>
        <w:t xml:space="preserve"> </w:t>
      </w:r>
      <w:r>
        <w:rPr>
          <w:b w:val="0"/>
          <w:i w:val="0"/>
          <w:smallCaps w:val="0"/>
          <w:strike w:val="0"/>
          <w:sz w:val="22"/>
          <w:u w:val="single"/>
        </w:rPr>
        <w:t>would be</w:t>
      </w:r>
      <w:r>
        <w:rPr>
          <w:b w:val="0"/>
          <w:i w:val="0"/>
          <w:smallCaps w:val="0"/>
          <w:strike w:val="0"/>
          <w:sz w:val="16"/>
          <w:u w:val="none"/>
        </w:rPr>
        <w:t xml:space="preserve"> </w:t>
      </w:r>
      <w:r>
        <w:rPr>
          <w:b/>
          <w:i w:val="0"/>
          <w:smallCaps w:val="0"/>
          <w:strike w:val="0"/>
          <w:sz w:val="24"/>
          <w:u w:val="single"/>
        </w:rPr>
        <w:t>completely irrelevant</w:t>
      </w:r>
      <w:r>
        <w:rPr>
          <w:b w:val="0"/>
          <w:i w:val="0"/>
          <w:smallCaps w:val="0"/>
          <w:strike w:val="0"/>
          <w:sz w:val="16"/>
          <w:u w:val="none"/>
        </w:rPr>
        <w:t>. No one with any tactical expertise can imagine anything other than a one-sided engagement. Professional military forces are professional.</w:t>
      </w:r>
    </w:p>
    <w:p>
      <w:pPr>
        <w:spacing w:after="60"/>
      </w:pPr>
      <w:r>
        <w:rPr>
          <w:b w:val="0"/>
          <w:i w:val="0"/>
          <w:smallCaps w:val="0"/>
          <w:strike w:val="0"/>
          <w:sz w:val="16"/>
          <w:u w:val="none"/>
        </w:rPr>
        <w:t xml:space="preserve">By the same token, no one with any political expertise in counterinsurgency could imagine that any of those victories would matter. </w:t>
      </w:r>
      <w:r>
        <w:rPr>
          <w:b w:val="0"/>
          <w:i w:val="0"/>
          <w:smallCaps w:val="0"/>
          <w:strike w:val="0"/>
          <w:sz w:val="22"/>
          <w:u w:val="single"/>
        </w:rPr>
        <w:t>For retired Army Lt. Gen.</w:t>
      </w:r>
      <w:r>
        <w:rPr>
          <w:b w:val="0"/>
          <w:i w:val="0"/>
          <w:smallCaps w:val="0"/>
          <w:strike w:val="0"/>
          <w:sz w:val="16"/>
          <w:u w:val="none"/>
        </w:rPr>
        <w:t xml:space="preserve"> Daniel </w:t>
      </w:r>
      <w:r>
        <w:rPr>
          <w:b/>
          <w:i w:val="0"/>
          <w:smallCaps w:val="0"/>
          <w:strike w:val="0"/>
          <w:sz w:val="24"/>
          <w:u w:val="single"/>
        </w:rPr>
        <w:t>Bolger</w:t>
      </w:r>
      <w:r>
        <w:rPr>
          <w:b w:val="0"/>
          <w:i w:val="0"/>
          <w:smallCaps w:val="0"/>
          <w:strike w:val="0"/>
          <w:sz w:val="22"/>
          <w:u w:val="single"/>
        </w:rPr>
        <w:t>, who teaches history at North Carolina State</w:t>
      </w:r>
      <w:r>
        <w:rPr>
          <w:b w:val="0"/>
          <w:i w:val="0"/>
          <w:smallCaps w:val="0"/>
          <w:strike w:val="0"/>
          <w:sz w:val="16"/>
          <w:u w:val="none"/>
        </w:rPr>
        <w:t xml:space="preserve"> University, </w:t>
      </w:r>
      <w:r>
        <w:rPr>
          <w:b w:val="0"/>
          <w:i w:val="0"/>
          <w:smallCaps w:val="0"/>
          <w:strike w:val="0"/>
          <w:sz w:val="22"/>
          <w:u w:val="single"/>
        </w:rPr>
        <w:t>the problem of</w:t>
      </w:r>
      <w:r>
        <w:rPr>
          <w:b w:val="0"/>
          <w:i w:val="0"/>
          <w:smallCaps w:val="0"/>
          <w:strike w:val="0"/>
          <w:sz w:val="16"/>
          <w:u w:val="none"/>
        </w:rPr>
        <w:t xml:space="preserve"> </w:t>
      </w:r>
      <w:r>
        <w:rPr>
          <w:b/>
          <w:i w:val="0"/>
          <w:smallCaps w:val="0"/>
          <w:strike w:val="0"/>
          <w:sz w:val="24"/>
          <w:u w:val="single"/>
        </w:rPr>
        <w:t>counterinsurgency</w:t>
      </w:r>
      <w:r>
        <w:rPr>
          <w:b w:val="0"/>
          <w:i w:val="0"/>
          <w:smallCaps w:val="0"/>
          <w:strike w:val="0"/>
          <w:sz w:val="16"/>
          <w:u w:val="none"/>
        </w:rPr>
        <w:t xml:space="preserve"> </w:t>
      </w:r>
      <w:r>
        <w:rPr>
          <w:b w:val="0"/>
          <w:i w:val="0"/>
          <w:smallCaps w:val="0"/>
          <w:strike w:val="0"/>
          <w:sz w:val="22"/>
          <w:u w:val="single"/>
        </w:rPr>
        <w:t>is</w:t>
      </w:r>
      <w:r>
        <w:rPr>
          <w:b w:val="0"/>
          <w:i w:val="0"/>
          <w:smallCaps w:val="0"/>
          <w:strike w:val="0"/>
          <w:sz w:val="16"/>
          <w:u w:val="none"/>
        </w:rPr>
        <w:t xml:space="preserve"> </w:t>
      </w:r>
      <w:r>
        <w:rPr>
          <w:b/>
          <w:i w:val="0"/>
          <w:smallCaps w:val="0"/>
          <w:strike w:val="0"/>
          <w:sz w:val="24"/>
          <w:u w:val="single"/>
        </w:rPr>
        <w:t>fundamentally</w:t>
      </w:r>
      <w:r>
        <w:rPr>
          <w:b w:val="0"/>
          <w:i w:val="0"/>
          <w:smallCaps w:val="0"/>
          <w:strike w:val="0"/>
          <w:sz w:val="16"/>
          <w:u w:val="none"/>
        </w:rPr>
        <w:t xml:space="preserve"> </w:t>
      </w:r>
      <w:r>
        <w:rPr>
          <w:b w:val="0"/>
          <w:i w:val="0"/>
          <w:smallCaps w:val="0"/>
          <w:strike w:val="0"/>
          <w:sz w:val="22"/>
          <w:u w:val="single"/>
        </w:rPr>
        <w:t>not a military one.</w:t>
      </w:r>
      <w:r>
        <w:rPr>
          <w:b w:val="0"/>
          <w:i w:val="0"/>
          <w:smallCaps w:val="0"/>
          <w:strike w:val="0"/>
          <w:sz w:val="16"/>
          <w:u w:val="none"/>
        </w:rPr>
        <w:t xml:space="preserve"> “A </w:t>
      </w:r>
      <w:r>
        <w:rPr>
          <w:b/>
          <w:i w:val="0"/>
          <w:smallCaps w:val="0"/>
          <w:strike w:val="0"/>
          <w:sz w:val="24"/>
          <w:u w:val="single"/>
        </w:rPr>
        <w:t>succession</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w:t>
      </w:r>
      <w:r>
        <w:rPr>
          <w:b w:val="0"/>
          <w:i w:val="0"/>
          <w:smallCaps w:val="0"/>
          <w:strike w:val="0"/>
          <w:sz w:val="22"/>
          <w:highlight w:val="cyan"/>
          <w:u w:val="single"/>
        </w:rPr>
        <w:t>winning firefights</w:t>
      </w:r>
      <w:r>
        <w:rPr>
          <w:b w:val="0"/>
          <w:i w:val="0"/>
          <w:smallCaps w:val="0"/>
          <w:strike w:val="0"/>
          <w:sz w:val="16"/>
          <w:u w:val="none"/>
        </w:rPr>
        <w:t xml:space="preserve"> </w:t>
      </w:r>
      <w:r>
        <w:rPr>
          <w:b w:val="0"/>
          <w:i w:val="0"/>
          <w:smallCaps w:val="0"/>
          <w:strike w:val="0"/>
          <w:sz w:val="22"/>
          <w:highlight w:val="cyan"/>
          <w:u w:val="single"/>
        </w:rPr>
        <w:t>makes</w:t>
      </w:r>
      <w:r>
        <w:rPr>
          <w:b w:val="0"/>
          <w:i w:val="0"/>
          <w:smallCaps w:val="0"/>
          <w:strike w:val="0"/>
          <w:sz w:val="16"/>
          <w:u w:val="none"/>
        </w:rPr>
        <w:t xml:space="preserve"> exactly </w:t>
      </w:r>
      <w:r>
        <w:rPr>
          <w:b/>
          <w:i w:val="0"/>
          <w:smallCaps w:val="0"/>
          <w:strike w:val="0"/>
          <w:sz w:val="24"/>
          <w:highlight w:val="cyan"/>
          <w:u w:val="single"/>
        </w:rPr>
        <w:t>no difference</w:t>
      </w:r>
      <w:r>
        <w:rPr>
          <w:b w:val="0"/>
          <w:i w:val="0"/>
          <w:smallCaps w:val="0"/>
          <w:strike w:val="0"/>
          <w:sz w:val="16"/>
          <w:u w:val="none"/>
        </w:rPr>
        <w:t xml:space="preserve">,” he says. When you read Bolger’s book Why We Lost, an on-the-ground report on the failures of two decades of U.S. counterinsurgency, you keep waiting for the losses. The </w:t>
      </w:r>
      <w:r>
        <w:rPr>
          <w:b w:val="0"/>
          <w:i w:val="0"/>
          <w:smallCaps w:val="0"/>
          <w:strike w:val="0"/>
          <w:sz w:val="22"/>
          <w:u w:val="single"/>
        </w:rPr>
        <w:t>Americans win nearly</w:t>
      </w:r>
      <w:r>
        <w:rPr>
          <w:b w:val="0"/>
          <w:i w:val="0"/>
          <w:smallCaps w:val="0"/>
          <w:strike w:val="0"/>
          <w:sz w:val="16"/>
          <w:u w:val="none"/>
        </w:rPr>
        <w:t xml:space="preserve"> </w:t>
      </w:r>
      <w:r>
        <w:rPr>
          <w:b/>
          <w:i w:val="0"/>
          <w:smallCaps w:val="0"/>
          <w:strike w:val="0"/>
          <w:sz w:val="24"/>
          <w:u w:val="single"/>
        </w:rPr>
        <w:t>every engagement</w:t>
      </w:r>
      <w:r>
        <w:rPr>
          <w:b w:val="0"/>
          <w:i w:val="0"/>
          <w:smallCaps w:val="0"/>
          <w:strike w:val="0"/>
          <w:sz w:val="16"/>
          <w:u w:val="none"/>
        </w:rPr>
        <w:t>—</w:t>
      </w:r>
      <w:r>
        <w:rPr>
          <w:b w:val="0"/>
          <w:i w:val="0"/>
          <w:smallCaps w:val="0"/>
          <w:strike w:val="0"/>
          <w:sz w:val="22"/>
          <w:u w:val="single"/>
        </w:rPr>
        <w:t>and totally</w:t>
      </w:r>
      <w:r>
        <w:rPr>
          <w:b w:val="0"/>
          <w:i w:val="0"/>
          <w:smallCaps w:val="0"/>
          <w:strike w:val="0"/>
          <w:sz w:val="16"/>
          <w:u w:val="none"/>
        </w:rPr>
        <w:t xml:space="preserve">. They </w:t>
      </w:r>
      <w:r>
        <w:rPr>
          <w:b w:val="0"/>
          <w:i w:val="0"/>
          <w:smallCaps w:val="0"/>
          <w:strike w:val="0"/>
          <w:sz w:val="22"/>
          <w:u w:val="single"/>
        </w:rPr>
        <w:t>have</w:t>
      </w:r>
      <w:r>
        <w:rPr>
          <w:b w:val="0"/>
          <w:i w:val="0"/>
          <w:smallCaps w:val="0"/>
          <w:strike w:val="0"/>
          <w:sz w:val="16"/>
          <w:u w:val="none"/>
        </w:rPr>
        <w:t xml:space="preserve"> </w:t>
      </w:r>
      <w:r>
        <w:rPr>
          <w:b/>
          <w:i w:val="0"/>
          <w:smallCaps w:val="0"/>
          <w:strike w:val="0"/>
          <w:sz w:val="24"/>
          <w:u w:val="single"/>
        </w:rPr>
        <w:t>excellent plans</w:t>
      </w:r>
      <w:r>
        <w:rPr>
          <w:b w:val="0"/>
          <w:i w:val="0"/>
          <w:smallCaps w:val="0"/>
          <w:strike w:val="0"/>
          <w:sz w:val="16"/>
          <w:u w:val="none"/>
        </w:rPr>
        <w:t xml:space="preserve"> </w:t>
      </w:r>
      <w:r>
        <w:rPr>
          <w:b w:val="0"/>
          <w:i w:val="0"/>
          <w:smallCaps w:val="0"/>
          <w:strike w:val="0"/>
          <w:sz w:val="22"/>
          <w:u w:val="single"/>
        </w:rPr>
        <w:t>that are well executed</w:t>
      </w:r>
      <w:r>
        <w:rPr>
          <w:b w:val="0"/>
          <w:i w:val="0"/>
          <w:smallCaps w:val="0"/>
          <w:strike w:val="0"/>
          <w:sz w:val="16"/>
          <w:u w:val="none"/>
        </w:rPr>
        <w:t>. Their collection of victories is irrelevant. “By definition, you’re the occupier, and everything you do just proves to the local population that their ‘local government’ is nothing but a proxy or a tool,” he said.</w:t>
      </w:r>
    </w:p>
    <w:p>
      <w:pPr>
        <w:spacing w:after="60"/>
      </w:pPr>
      <w:r>
        <w:rPr>
          <w:b w:val="0"/>
          <w:i w:val="0"/>
          <w:smallCaps w:val="0"/>
          <w:strike w:val="0"/>
          <w:sz w:val="16"/>
          <w:u w:val="none"/>
        </w:rPr>
        <w:t xml:space="preserve">Every time the </w:t>
      </w:r>
      <w:r>
        <w:rPr>
          <w:b w:val="0"/>
          <w:i w:val="0"/>
          <w:smallCaps w:val="0"/>
          <w:strike w:val="0"/>
          <w:sz w:val="22"/>
          <w:u w:val="single"/>
        </w:rPr>
        <w:t>Marines</w:t>
      </w:r>
      <w:r>
        <w:rPr>
          <w:b w:val="0"/>
          <w:i w:val="0"/>
          <w:smallCaps w:val="0"/>
          <w:strike w:val="0"/>
          <w:sz w:val="16"/>
          <w:u w:val="none"/>
        </w:rPr>
        <w:t xml:space="preserve"> </w:t>
      </w:r>
      <w:r>
        <w:rPr>
          <w:b/>
          <w:i w:val="0"/>
          <w:smallCaps w:val="0"/>
          <w:strike w:val="0"/>
          <w:sz w:val="24"/>
          <w:highlight w:val="cyan"/>
          <w:u w:val="single"/>
        </w:rPr>
        <w:t>demolished</w:t>
      </w:r>
      <w:r>
        <w:rPr>
          <w:b w:val="0"/>
          <w:i w:val="0"/>
          <w:smallCaps w:val="0"/>
          <w:strike w:val="0"/>
          <w:sz w:val="16"/>
          <w:u w:val="none"/>
        </w:rPr>
        <w:t xml:space="preserve"> </w:t>
      </w:r>
      <w:r>
        <w:rPr>
          <w:b w:val="0"/>
          <w:i w:val="0"/>
          <w:smallCaps w:val="0"/>
          <w:strike w:val="0"/>
          <w:sz w:val="22"/>
          <w:u w:val="single"/>
        </w:rPr>
        <w:t xml:space="preserve">another </w:t>
      </w:r>
      <w:r>
        <w:rPr>
          <w:b w:val="0"/>
          <w:i w:val="0"/>
          <w:smallCaps w:val="0"/>
          <w:strike w:val="0"/>
          <w:sz w:val="22"/>
          <w:highlight w:val="cyan"/>
          <w:u w:val="single"/>
        </w:rPr>
        <w:t>outpost</w:t>
      </w:r>
      <w:r>
        <w:rPr>
          <w:b w:val="0"/>
          <w:i w:val="0"/>
          <w:smallCaps w:val="0"/>
          <w:strike w:val="0"/>
          <w:sz w:val="22"/>
          <w:u w:val="single"/>
        </w:rPr>
        <w:t xml:space="preserve"> of domestic resistance</w:t>
      </w:r>
      <w:r>
        <w:rPr>
          <w:b w:val="0"/>
          <w:i w:val="0"/>
          <w:smallCaps w:val="0"/>
          <w:strike w:val="0"/>
          <w:sz w:val="16"/>
          <w:u w:val="none"/>
        </w:rPr>
        <w:t xml:space="preserve">, it would only </w:t>
      </w:r>
      <w:r>
        <w:rPr>
          <w:b/>
          <w:i w:val="0"/>
          <w:smallCaps w:val="0"/>
          <w:strike w:val="0"/>
          <w:sz w:val="24"/>
          <w:highlight w:val="cyan"/>
          <w:u w:val="single"/>
        </w:rPr>
        <w:t>exacerbate</w:t>
      </w:r>
      <w:r>
        <w:rPr>
          <w:b w:val="0"/>
          <w:i w:val="0"/>
          <w:smallCaps w:val="0"/>
          <w:strike w:val="0"/>
          <w:sz w:val="16"/>
          <w:u w:val="none"/>
        </w:rPr>
        <w:t xml:space="preserve"> </w:t>
      </w:r>
      <w:r>
        <w:rPr>
          <w:b w:val="0"/>
          <w:i w:val="0"/>
          <w:smallCaps w:val="0"/>
          <w:strike w:val="0"/>
          <w:sz w:val="22"/>
          <w:u w:val="single"/>
        </w:rPr>
        <w:t xml:space="preserve">the underlying </w:t>
      </w:r>
      <w:r>
        <w:rPr>
          <w:b w:val="0"/>
          <w:i w:val="0"/>
          <w:smallCaps w:val="0"/>
          <w:strike w:val="0"/>
          <w:sz w:val="22"/>
          <w:highlight w:val="cyan"/>
          <w:u w:val="single"/>
        </w:rPr>
        <w:t>crises</w:t>
      </w:r>
      <w:r>
        <w:rPr>
          <w:b w:val="0"/>
          <w:i w:val="0"/>
          <w:smallCaps w:val="0"/>
          <w:strike w:val="0"/>
          <w:sz w:val="16"/>
          <w:u w:val="none"/>
        </w:rPr>
        <w:t xml:space="preserve">. “You will occasionally hear people say, ‘I’m not worried about an insurrection because the Army’s got all the tanks and the Air Force has bombers,’” Bolger said. “Look, if that’s what you’re </w:t>
      </w:r>
      <w:r>
        <w:rPr>
          <w:b w:val="0"/>
          <w:i w:val="0"/>
          <w:smallCaps w:val="0"/>
          <w:strike w:val="0"/>
          <w:sz w:val="22"/>
          <w:u w:val="single"/>
        </w:rPr>
        <w:t>reduced to, just</w:t>
      </w:r>
      <w:r>
        <w:rPr>
          <w:b w:val="0"/>
          <w:i w:val="0"/>
          <w:smallCaps w:val="0"/>
          <w:strike w:val="0"/>
          <w:sz w:val="16"/>
          <w:u w:val="none"/>
        </w:rPr>
        <w:t xml:space="preserve"> </w:t>
      </w:r>
      <w:r>
        <w:rPr>
          <w:b w:val="0"/>
          <w:i w:val="0"/>
          <w:smallCaps w:val="0"/>
          <w:strike w:val="0"/>
          <w:sz w:val="22"/>
          <w:u w:val="single"/>
        </w:rPr>
        <w:t>going in and</w:t>
      </w:r>
      <w:r>
        <w:rPr>
          <w:b w:val="0"/>
          <w:i w:val="0"/>
          <w:smallCaps w:val="0"/>
          <w:strike w:val="0"/>
          <w:sz w:val="16"/>
          <w:u w:val="none"/>
        </w:rPr>
        <w:t xml:space="preserve"> </w:t>
      </w:r>
      <w:r>
        <w:rPr>
          <w:b/>
          <w:i w:val="0"/>
          <w:smallCaps w:val="0"/>
          <w:strike w:val="0"/>
          <w:sz w:val="24"/>
          <w:highlight w:val="cyan"/>
          <w:u w:val="single"/>
        </w:rPr>
        <w:t>killing people</w:t>
      </w:r>
      <w:r>
        <w:rPr>
          <w:b w:val="0"/>
          <w:i w:val="0"/>
          <w:smallCaps w:val="0"/>
          <w:strike w:val="0"/>
          <w:sz w:val="16"/>
          <w:u w:val="none"/>
        </w:rPr>
        <w:t xml:space="preserve">, you’re </w:t>
      </w:r>
      <w:r>
        <w:rPr>
          <w:b w:val="0"/>
          <w:i w:val="0"/>
          <w:smallCaps w:val="0"/>
          <w:strike w:val="0"/>
          <w:sz w:val="22"/>
          <w:highlight w:val="cyan"/>
          <w:u w:val="single"/>
        </w:rPr>
        <w:t>not solving</w:t>
      </w:r>
      <w:r>
        <w:rPr>
          <w:b w:val="0"/>
          <w:i w:val="0"/>
          <w:smallCaps w:val="0"/>
          <w:strike w:val="0"/>
          <w:sz w:val="22"/>
          <w:u w:val="single"/>
        </w:rPr>
        <w:t xml:space="preserve"> the</w:t>
      </w:r>
      <w:r>
        <w:rPr>
          <w:b w:val="0"/>
          <w:i w:val="0"/>
          <w:smallCaps w:val="0"/>
          <w:strike w:val="0"/>
          <w:sz w:val="16"/>
          <w:u w:val="none"/>
        </w:rPr>
        <w:t xml:space="preserve"> </w:t>
      </w:r>
      <w:r>
        <w:rPr>
          <w:b/>
          <w:i w:val="0"/>
          <w:smallCaps w:val="0"/>
          <w:strike w:val="0"/>
          <w:sz w:val="24"/>
          <w:highlight w:val="cyan"/>
          <w:u w:val="single"/>
        </w:rPr>
        <w:t>insurrection</w:t>
      </w:r>
      <w:r>
        <w:rPr>
          <w:b w:val="0"/>
          <w:i w:val="0"/>
          <w:smallCaps w:val="0"/>
          <w:strike w:val="0"/>
          <w:sz w:val="16"/>
          <w:u w:val="none"/>
        </w:rPr>
        <w:t xml:space="preserve">. </w:t>
      </w:r>
      <w:r>
        <w:rPr>
          <w:b w:val="0"/>
          <w:i w:val="0"/>
          <w:smallCaps w:val="0"/>
          <w:strike w:val="0"/>
          <w:sz w:val="22"/>
          <w:u w:val="single"/>
        </w:rPr>
        <w:t>In fact, you’re</w:t>
      </w:r>
      <w:r>
        <w:rPr>
          <w:b w:val="0"/>
          <w:i w:val="0"/>
          <w:smallCaps w:val="0"/>
          <w:strike w:val="0"/>
          <w:sz w:val="16"/>
          <w:u w:val="none"/>
        </w:rPr>
        <w:t xml:space="preserve"> </w:t>
      </w:r>
      <w:r>
        <w:rPr>
          <w:b/>
          <w:i w:val="0"/>
          <w:smallCaps w:val="0"/>
          <w:strike w:val="0"/>
          <w:sz w:val="24"/>
          <w:u w:val="single"/>
        </w:rPr>
        <w:t>spreading it</w:t>
      </w:r>
      <w:r>
        <w:rPr>
          <w:b w:val="0"/>
          <w:i w:val="0"/>
          <w:smallCaps w:val="0"/>
          <w:strike w:val="0"/>
          <w:sz w:val="22"/>
          <w:u w:val="single"/>
        </w:rPr>
        <w:t xml:space="preserve">. You’re </w:t>
      </w:r>
      <w:r>
        <w:rPr>
          <w:b w:val="0"/>
          <w:i w:val="0"/>
          <w:smallCaps w:val="0"/>
          <w:strike w:val="0"/>
          <w:sz w:val="22"/>
          <w:highlight w:val="cyan"/>
          <w:u w:val="single"/>
        </w:rPr>
        <w:t>guaranteeing more of it</w:t>
      </w:r>
      <w:r>
        <w:rPr>
          <w:b w:val="0"/>
          <w:i w:val="0"/>
          <w:smallCaps w:val="0"/>
          <w:strike w:val="0"/>
          <w:sz w:val="16"/>
          <w:u w:val="none"/>
        </w:rPr>
        <w:t xml:space="preserve">.” </w:t>
      </w:r>
      <w:r>
        <w:rPr>
          <w:b w:val="0"/>
          <w:i w:val="0"/>
          <w:smallCaps w:val="0"/>
          <w:strike w:val="0"/>
          <w:sz w:val="22"/>
          <w:u w:val="single"/>
        </w:rPr>
        <w:t>You cannot</w:t>
      </w:r>
      <w:r>
        <w:rPr>
          <w:b w:val="0"/>
          <w:i w:val="0"/>
          <w:smallCaps w:val="0"/>
          <w:strike w:val="0"/>
          <w:sz w:val="16"/>
          <w:u w:val="none"/>
        </w:rPr>
        <w:t xml:space="preserve"> </w:t>
      </w:r>
      <w:r>
        <w:rPr>
          <w:b/>
          <w:i w:val="0"/>
          <w:smallCaps w:val="0"/>
          <w:strike w:val="0"/>
          <w:sz w:val="24"/>
          <w:u w:val="single"/>
        </w:rPr>
        <w:t>punish people</w:t>
      </w:r>
      <w:r>
        <w:rPr>
          <w:b w:val="0"/>
          <w:i w:val="0"/>
          <w:smallCaps w:val="0"/>
          <w:strike w:val="0"/>
          <w:sz w:val="16"/>
          <w:u w:val="none"/>
        </w:rPr>
        <w:t xml:space="preserve"> </w:t>
      </w:r>
      <w:r>
        <w:rPr>
          <w:b w:val="0"/>
          <w:i w:val="0"/>
          <w:smallCaps w:val="0"/>
          <w:strike w:val="0"/>
          <w:sz w:val="22"/>
          <w:u w:val="single"/>
        </w:rPr>
        <w:t>out of hating you</w:t>
      </w:r>
      <w:r>
        <w:rPr>
          <w:b w:val="0"/>
          <w:i w:val="0"/>
          <w:smallCaps w:val="0"/>
          <w:strike w:val="0"/>
          <w:sz w:val="16"/>
          <w:u w:val="none"/>
        </w:rPr>
        <w:t xml:space="preserve">. The military is an instrument of punishment. Its very </w:t>
      </w:r>
      <w:r>
        <w:rPr>
          <w:b w:val="0"/>
          <w:i w:val="0"/>
          <w:smallCaps w:val="0"/>
          <w:strike w:val="0"/>
          <w:sz w:val="22"/>
          <w:u w:val="single"/>
        </w:rPr>
        <w:t>function makes it</w:t>
      </w:r>
      <w:r>
        <w:rPr>
          <w:b w:val="0"/>
          <w:i w:val="0"/>
          <w:smallCaps w:val="0"/>
          <w:strike w:val="0"/>
          <w:sz w:val="16"/>
          <w:u w:val="none"/>
        </w:rPr>
        <w:t xml:space="preserve"> </w:t>
      </w:r>
      <w:r>
        <w:rPr>
          <w:b/>
          <w:i w:val="0"/>
          <w:smallCaps w:val="0"/>
          <w:strike w:val="0"/>
          <w:sz w:val="24"/>
          <w:u w:val="single"/>
        </w:rPr>
        <w:t>useless</w:t>
      </w:r>
      <w:r>
        <w:rPr>
          <w:b w:val="0"/>
          <w:i w:val="0"/>
          <w:smallCaps w:val="0"/>
          <w:strike w:val="0"/>
          <w:sz w:val="16"/>
          <w:u w:val="none"/>
        </w:rPr>
        <w:t>.</w:t>
      </w:r>
    </w:p>
    <w:p>
      <w:pPr>
        <w:spacing w:after="60"/>
      </w:pPr>
      <w:r>
        <w:rPr>
          <w:b w:val="0"/>
          <w:i w:val="0"/>
          <w:smallCaps w:val="0"/>
          <w:strike w:val="0"/>
          <w:sz w:val="16"/>
          <w:u w:val="none"/>
        </w:rPr>
        <w:t xml:space="preserve">For Bolger, who has seen this futility from every angle, </w:t>
      </w:r>
      <w:r>
        <w:rPr>
          <w:b w:val="0"/>
          <w:i w:val="0"/>
          <w:smallCaps w:val="0"/>
          <w:strike w:val="0"/>
          <w:sz w:val="22"/>
          <w:u w:val="single"/>
        </w:rPr>
        <w:t>counterinsurgency</w:t>
      </w:r>
      <w:r>
        <w:rPr>
          <w:b w:val="0"/>
          <w:i w:val="0"/>
          <w:smallCaps w:val="0"/>
          <w:strike w:val="0"/>
          <w:sz w:val="16"/>
          <w:u w:val="none"/>
        </w:rPr>
        <w:t xml:space="preserve"> strategy is a contradiction in terms. It </w:t>
      </w:r>
      <w:r>
        <w:rPr>
          <w:b w:val="0"/>
          <w:i w:val="0"/>
          <w:smallCaps w:val="0"/>
          <w:strike w:val="0"/>
          <w:sz w:val="22"/>
          <w:u w:val="single"/>
        </w:rPr>
        <w:t>is a game in which</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w:t>
      </w:r>
      <w:r>
        <w:rPr>
          <w:b/>
          <w:i w:val="0"/>
          <w:smallCaps w:val="0"/>
          <w:strike w:val="0"/>
          <w:sz w:val="24"/>
          <w:u w:val="single"/>
        </w:rPr>
        <w:t>only</w:t>
      </w:r>
      <w:r>
        <w:rPr>
          <w:b w:val="0"/>
          <w:i w:val="0"/>
          <w:smallCaps w:val="0"/>
          <w:strike w:val="0"/>
          <w:sz w:val="16"/>
          <w:u w:val="none"/>
        </w:rPr>
        <w:t xml:space="preserve"> </w:t>
      </w:r>
      <w:r>
        <w:rPr>
          <w:b w:val="0"/>
          <w:i w:val="0"/>
          <w:smallCaps w:val="0"/>
          <w:strike w:val="0"/>
          <w:sz w:val="22"/>
          <w:u w:val="single"/>
        </w:rPr>
        <w:t>winning strategy is</w:t>
      </w:r>
      <w:r>
        <w:rPr>
          <w:b w:val="0"/>
          <w:i w:val="0"/>
          <w:smallCaps w:val="0"/>
          <w:strike w:val="0"/>
          <w:sz w:val="16"/>
          <w:u w:val="none"/>
        </w:rPr>
        <w:t xml:space="preserve"> </w:t>
      </w:r>
      <w:r>
        <w:rPr>
          <w:b/>
          <w:i w:val="0"/>
          <w:smallCaps w:val="0"/>
          <w:strike w:val="0"/>
          <w:sz w:val="24"/>
          <w:u w:val="single"/>
        </w:rPr>
        <w:t>not to play</w:t>
      </w:r>
      <w:r>
        <w:rPr>
          <w:b w:val="0"/>
          <w:i w:val="0"/>
          <w:smallCaps w:val="0"/>
          <w:strike w:val="0"/>
          <w:sz w:val="16"/>
          <w:u w:val="none"/>
        </w:rPr>
        <w:t>. But not everyone has the luxury of not playing.</w:t>
      </w:r>
    </w:p>
    <w:p>
      <w:pPr>
        <w:spacing w:after="60"/>
      </w:pPr>
      <w:r>
        <w:rPr>
          <w:b w:val="0"/>
          <w:i w:val="0"/>
          <w:smallCaps w:val="0"/>
          <w:strike w:val="0"/>
          <w:sz w:val="16"/>
          <w:u w:val="none"/>
        </w:rPr>
        <w:t>Mansoor, the retired Army colonel, has a different perspective. For Mansoor, a successful counterinsurgency is next to—but not quite—impossible, a vital distinction. For one thing, insurgencies fail when they are unpopular with the local population, as in the case of the Shining Path in Peru or Che Guevara in Bolivia. “The most important thing is to get the politics right, and if you get the politics right, you’re going to be able to win a counterinsurgency,” Mansoor said while acknowledging that “the reason these insurgencies occur in the first place is because of politics.”</w:t>
      </w:r>
    </w:p>
    <w:p>
      <w:pPr>
        <w:spacing w:after="60"/>
      </w:pPr>
      <w:r>
        <w:rPr>
          <w:b w:val="0"/>
          <w:i w:val="0"/>
          <w:smallCaps w:val="0"/>
          <w:strike w:val="0"/>
          <w:sz w:val="16"/>
          <w:u w:val="none"/>
        </w:rPr>
        <w:t>The role of the military, in Mansoor’s view, is to clamp down on violence so that political progress can be made. “If you have so much violence going on, the politics is frozen,” he said. That need for stability to promote dialogue was the assumption behind the 2007 surge in Iraq. And there, an expanded counterinsurgency strategy did make politics possible. It’s just that the parties found themselves exactly where they started before the violence.</w:t>
      </w:r>
    </w:p>
    <w:p>
      <w:pPr>
        <w:spacing w:after="60"/>
      </w:pPr>
      <w:r>
        <w:rPr>
          <w:b w:val="0"/>
          <w:i w:val="0"/>
          <w:smallCaps w:val="0"/>
          <w:strike w:val="0"/>
          <w:sz w:val="16"/>
          <w:u w:val="none"/>
        </w:rPr>
        <w:t>The solution to the next U.S. civil war would be the solution to the crises America already faces. The military at best could provide the space that the United States currently possesses to negotiate its problems. If America cannot solve these problems now, why would it be able to solve them after widespread violence?</w:t>
      </w:r>
    </w:p>
    <w:p>
      <w:pPr>
        <w:spacing w:after="60"/>
      </w:pPr>
      <w:r>
        <w:rPr>
          <w:b w:val="0"/>
          <w:i w:val="0"/>
          <w:smallCaps w:val="0"/>
          <w:strike w:val="0"/>
          <w:sz w:val="16"/>
          <w:u w:val="none"/>
        </w:rPr>
        <w:t>Once counterinsurgency starts, it’s nearly impossible to extricate your forces. How can anyone manage to maintain perspective in the middle of a fight for survival? “You get focused because it’s life or death on patrols, ambushes, night raids, because your life is on the line,” Bolger said. “You’re hopeful, as you’re doing that, that somebody way up the chain is thinking, ‘Hey, I’m making these guys do this because this is getting us towards whatever we want.’ My experience was that they were making us do it because that’s what we did. I don’t think they had an overall plan that I could detect. When you’re talking about your own country, the stakes would be much higher.”</w:t>
      </w:r>
    </w:p>
    <w:p>
      <w:pPr>
        <w:spacing w:after="60"/>
      </w:pPr>
      <w:r>
        <w:rPr>
          <w:b w:val="0"/>
          <w:i w:val="0"/>
          <w:smallCaps w:val="0"/>
          <w:strike w:val="0"/>
          <w:sz w:val="16"/>
          <w:u w:val="none"/>
        </w:rPr>
        <w:t xml:space="preserve">For Mansoor, the sheer </w:t>
      </w:r>
      <w:r>
        <w:rPr>
          <w:b/>
          <w:i w:val="0"/>
          <w:smallCaps w:val="0"/>
          <w:strike w:val="0"/>
          <w:sz w:val="24"/>
          <w:highlight w:val="cyan"/>
          <w:u w:val="single"/>
        </w:rPr>
        <w:t>scale</w:t>
      </w:r>
      <w:r>
        <w:rPr>
          <w:b w:val="0"/>
          <w:i w:val="0"/>
          <w:smallCaps w:val="0"/>
          <w:strike w:val="0"/>
          <w:sz w:val="16"/>
          <w:highlight w:val="cyan"/>
          <w:u w:val="none"/>
        </w:rPr>
        <w:t xml:space="preserve"> </w:t>
      </w:r>
      <w:r>
        <w:rPr>
          <w:b w:val="0"/>
          <w:i w:val="0"/>
          <w:smallCaps w:val="0"/>
          <w:strike w:val="0"/>
          <w:sz w:val="22"/>
          <w:highlight w:val="cyan"/>
          <w:u w:val="single"/>
        </w:rPr>
        <w:t>of</w:t>
      </w:r>
      <w:r>
        <w:rPr>
          <w:b w:val="0"/>
          <w:i w:val="0"/>
          <w:smallCaps w:val="0"/>
          <w:strike w:val="0"/>
          <w:sz w:val="22"/>
          <w:u w:val="single"/>
        </w:rPr>
        <w:t xml:space="preserve"> the</w:t>
      </w:r>
      <w:r>
        <w:rPr>
          <w:b w:val="0"/>
          <w:i w:val="0"/>
          <w:smallCaps w:val="0"/>
          <w:strike w:val="0"/>
          <w:sz w:val="16"/>
          <w:u w:val="none"/>
        </w:rPr>
        <w:t xml:space="preserve"> </w:t>
      </w:r>
      <w:r>
        <w:rPr>
          <w:b/>
          <w:i w:val="0"/>
          <w:smallCaps w:val="0"/>
          <w:strike w:val="0"/>
          <w:sz w:val="24"/>
          <w:u w:val="single"/>
        </w:rPr>
        <w:t>U</w:t>
      </w:r>
      <w:r>
        <w:rPr>
          <w:b w:val="0"/>
          <w:i w:val="0"/>
          <w:smallCaps w:val="0"/>
          <w:strike w:val="0"/>
          <w:sz w:val="22"/>
          <w:u w:val="single"/>
        </w:rPr>
        <w:t>nited</w:t>
      </w:r>
      <w:r>
        <w:rPr>
          <w:b w:val="0"/>
          <w:i w:val="0"/>
          <w:smallCaps w:val="0"/>
          <w:strike w:val="0"/>
          <w:sz w:val="16"/>
          <w:u w:val="none"/>
        </w:rPr>
        <w:t xml:space="preserve"> </w:t>
      </w:r>
      <w:r>
        <w:rPr>
          <w:b/>
          <w:i w:val="0"/>
          <w:smallCaps w:val="0"/>
          <w:strike w:val="0"/>
          <w:sz w:val="24"/>
          <w:u w:val="single"/>
        </w:rPr>
        <w:t>S</w:t>
      </w:r>
      <w:r>
        <w:rPr>
          <w:b w:val="0"/>
          <w:i w:val="0"/>
          <w:smallCaps w:val="0"/>
          <w:strike w:val="0"/>
          <w:sz w:val="22"/>
          <w:u w:val="single"/>
        </w:rPr>
        <w:t>tates in</w:t>
      </w:r>
      <w:r>
        <w:rPr>
          <w:b w:val="0"/>
          <w:i w:val="0"/>
          <w:smallCaps w:val="0"/>
          <w:strike w:val="0"/>
          <w:sz w:val="16"/>
          <w:u w:val="none"/>
        </w:rPr>
        <w:t xml:space="preserve"> terms of </w:t>
      </w:r>
      <w:r>
        <w:rPr>
          <w:b/>
          <w:i w:val="0"/>
          <w:smallCaps w:val="0"/>
          <w:strike w:val="0"/>
          <w:sz w:val="24"/>
          <w:highlight w:val="cyan"/>
          <w:u w:val="single"/>
        </w:rPr>
        <w:t>geography</w:t>
      </w:r>
      <w:r>
        <w:rPr>
          <w:b w:val="0"/>
          <w:i w:val="0"/>
          <w:smallCaps w:val="0"/>
          <w:strike w:val="0"/>
          <w:sz w:val="16"/>
          <w:highlight w:val="cyan"/>
          <w:u w:val="none"/>
        </w:rPr>
        <w:t xml:space="preserve"> </w:t>
      </w:r>
      <w:r>
        <w:rPr>
          <w:b w:val="0"/>
          <w:i w:val="0"/>
          <w:smallCaps w:val="0"/>
          <w:strike w:val="0"/>
          <w:sz w:val="22"/>
          <w:highlight w:val="cyan"/>
          <w:u w:val="single"/>
        </w:rPr>
        <w:t>and population</w:t>
      </w:r>
      <w:r>
        <w:rPr>
          <w:b w:val="0"/>
          <w:i w:val="0"/>
          <w:smallCaps w:val="0"/>
          <w:strike w:val="0"/>
          <w:sz w:val="16"/>
          <w:u w:val="none"/>
        </w:rPr>
        <w:t xml:space="preserve"> would </w:t>
      </w:r>
      <w:r>
        <w:rPr>
          <w:b w:val="0"/>
          <w:i w:val="0"/>
          <w:smallCaps w:val="0"/>
          <w:strike w:val="0"/>
          <w:sz w:val="22"/>
          <w:u w:val="single"/>
        </w:rPr>
        <w:t>present a</w:t>
      </w:r>
      <w:r>
        <w:rPr>
          <w:b w:val="0"/>
          <w:i w:val="0"/>
          <w:smallCaps w:val="0"/>
          <w:strike w:val="0"/>
          <w:sz w:val="16"/>
          <w:u w:val="none"/>
        </w:rPr>
        <w:t xml:space="preserve"> </w:t>
      </w:r>
      <w:r>
        <w:rPr>
          <w:b/>
          <w:i w:val="0"/>
          <w:smallCaps w:val="0"/>
          <w:strike w:val="0"/>
          <w:sz w:val="24"/>
          <w:highlight w:val="cyan"/>
          <w:u w:val="single"/>
        </w:rPr>
        <w:t>massive</w:t>
      </w:r>
      <w:r>
        <w:rPr>
          <w:b w:val="0"/>
          <w:i w:val="0"/>
          <w:smallCaps w:val="0"/>
          <w:strike w:val="0"/>
          <w:sz w:val="16"/>
          <w:u w:val="none"/>
        </w:rPr>
        <w:t xml:space="preserve"> </w:t>
      </w:r>
      <w:r>
        <w:rPr>
          <w:b w:val="0"/>
          <w:i w:val="0"/>
          <w:smallCaps w:val="0"/>
          <w:strike w:val="0"/>
          <w:sz w:val="22"/>
          <w:u w:val="single"/>
        </w:rPr>
        <w:t xml:space="preserve">military </w:t>
      </w:r>
      <w:r>
        <w:rPr>
          <w:b w:val="0"/>
          <w:i w:val="0"/>
          <w:smallCaps w:val="0"/>
          <w:strike w:val="0"/>
          <w:sz w:val="22"/>
          <w:highlight w:val="cyan"/>
          <w:u w:val="single"/>
        </w:rPr>
        <w:t>problem</w:t>
      </w:r>
      <w:r>
        <w:rPr>
          <w:b w:val="0"/>
          <w:i w:val="0"/>
          <w:smallCaps w:val="0"/>
          <w:strike w:val="0"/>
          <w:sz w:val="16"/>
          <w:u w:val="none"/>
        </w:rPr>
        <w:t xml:space="preserve">. “You </w:t>
      </w:r>
      <w:r>
        <w:rPr>
          <w:b w:val="0"/>
          <w:i w:val="0"/>
          <w:smallCaps w:val="0"/>
          <w:strike w:val="0"/>
          <w:sz w:val="22"/>
          <w:highlight w:val="cyan"/>
          <w:u w:val="single"/>
        </w:rPr>
        <w:t>need</w:t>
      </w:r>
      <w:r>
        <w:rPr>
          <w:b w:val="0"/>
          <w:i w:val="0"/>
          <w:smallCaps w:val="0"/>
          <w:strike w:val="0"/>
          <w:sz w:val="22"/>
          <w:u w:val="single"/>
        </w:rPr>
        <w:t xml:space="preserve"> a</w:t>
      </w:r>
      <w:r>
        <w:rPr>
          <w:b w:val="0"/>
          <w:i w:val="0"/>
          <w:smallCaps w:val="0"/>
          <w:strike w:val="0"/>
          <w:sz w:val="16"/>
          <w:u w:val="none"/>
        </w:rPr>
        <w:t xml:space="preserve"> </w:t>
      </w:r>
      <w:r>
        <w:rPr>
          <w:b/>
          <w:i w:val="0"/>
          <w:smallCaps w:val="0"/>
          <w:strike w:val="0"/>
          <w:sz w:val="24"/>
          <w:highlight w:val="cyan"/>
          <w:u w:val="single"/>
        </w:rPr>
        <w:t>troop ratio</w:t>
      </w:r>
      <w:r>
        <w:rPr>
          <w:b w:val="0"/>
          <w:i w:val="0"/>
          <w:smallCaps w:val="0"/>
          <w:strike w:val="0"/>
          <w:sz w:val="16"/>
          <w:u w:val="none"/>
        </w:rPr>
        <w:t xml:space="preserve"> </w:t>
      </w:r>
      <w:r>
        <w:rPr>
          <w:b w:val="0"/>
          <w:i w:val="0"/>
          <w:smallCaps w:val="0"/>
          <w:strike w:val="0"/>
          <w:sz w:val="22"/>
          <w:u w:val="single"/>
        </w:rPr>
        <w:t>where you have a</w:t>
      </w:r>
      <w:r>
        <w:rPr>
          <w:b w:val="0"/>
          <w:i w:val="0"/>
          <w:smallCaps w:val="0"/>
          <w:strike w:val="0"/>
          <w:sz w:val="16"/>
          <w:u w:val="none"/>
        </w:rPr>
        <w:t xml:space="preserve"> </w:t>
      </w:r>
      <w:r>
        <w:rPr>
          <w:b/>
          <w:i w:val="0"/>
          <w:smallCaps w:val="0"/>
          <w:strike w:val="0"/>
          <w:sz w:val="24"/>
          <w:u w:val="single"/>
        </w:rPr>
        <w:t>lot</w:t>
      </w:r>
      <w:r>
        <w:rPr>
          <w:b w:val="0"/>
          <w:i w:val="0"/>
          <w:smallCaps w:val="0"/>
          <w:strike w:val="0"/>
          <w:sz w:val="16"/>
          <w:u w:val="none"/>
        </w:rPr>
        <w:t xml:space="preserve"> </w:t>
      </w:r>
      <w:r>
        <w:rPr>
          <w:b w:val="0"/>
          <w:i w:val="0"/>
          <w:smallCaps w:val="0"/>
          <w:strike w:val="0"/>
          <w:sz w:val="22"/>
          <w:u w:val="single"/>
        </w:rPr>
        <w:t>of security forces to</w:t>
      </w:r>
      <w:r>
        <w:rPr>
          <w:b w:val="0"/>
          <w:i w:val="0"/>
          <w:smallCaps w:val="0"/>
          <w:strike w:val="0"/>
          <w:sz w:val="16"/>
          <w:u w:val="none"/>
        </w:rPr>
        <w:t xml:space="preserve"> </w:t>
      </w:r>
      <w:r>
        <w:rPr>
          <w:b/>
          <w:i w:val="0"/>
          <w:smallCaps w:val="0"/>
          <w:strike w:val="0"/>
          <w:sz w:val="24"/>
          <w:u w:val="single"/>
        </w:rPr>
        <w:t>clamp down</w:t>
      </w:r>
      <w:r>
        <w:rPr>
          <w:b w:val="0"/>
          <w:i w:val="0"/>
          <w:smallCaps w:val="0"/>
          <w:strike w:val="0"/>
          <w:sz w:val="16"/>
          <w:u w:val="none"/>
        </w:rPr>
        <w:t xml:space="preserve"> </w:t>
      </w:r>
      <w:r>
        <w:rPr>
          <w:b w:val="0"/>
          <w:i w:val="0"/>
          <w:smallCaps w:val="0"/>
          <w:strike w:val="0"/>
          <w:sz w:val="22"/>
          <w:u w:val="single"/>
        </w:rPr>
        <w:t>on violence</w:t>
      </w:r>
      <w:r>
        <w:rPr>
          <w:b w:val="0"/>
          <w:i w:val="0"/>
          <w:smallCaps w:val="0"/>
          <w:strike w:val="0"/>
          <w:sz w:val="16"/>
          <w:u w:val="none"/>
        </w:rPr>
        <w:t xml:space="preserve">. The United States is a very large continent with a large population. I’m </w:t>
      </w:r>
      <w:r>
        <w:rPr>
          <w:b w:val="0"/>
          <w:i w:val="0"/>
          <w:smallCaps w:val="0"/>
          <w:strike w:val="0"/>
          <w:sz w:val="22"/>
          <w:highlight w:val="cyan"/>
          <w:u w:val="single"/>
        </w:rPr>
        <w:t>not</w:t>
      </w:r>
      <w:r>
        <w:rPr>
          <w:b w:val="0"/>
          <w:i w:val="0"/>
          <w:smallCaps w:val="0"/>
          <w:strike w:val="0"/>
          <w:sz w:val="22"/>
          <w:u w:val="single"/>
        </w:rPr>
        <w:t xml:space="preserve"> sure we could </w:t>
      </w:r>
      <w:r>
        <w:rPr>
          <w:b w:val="0"/>
          <w:i w:val="0"/>
          <w:smallCaps w:val="0"/>
          <w:strike w:val="0"/>
          <w:sz w:val="22"/>
          <w:highlight w:val="cyan"/>
          <w:u w:val="single"/>
        </w:rPr>
        <w:t>ever have</w:t>
      </w:r>
      <w:r>
        <w:rPr>
          <w:b w:val="0"/>
          <w:i w:val="0"/>
          <w:smallCaps w:val="0"/>
          <w:strike w:val="0"/>
          <w:sz w:val="22"/>
          <w:u w:val="single"/>
        </w:rPr>
        <w:t xml:space="preserve"> that many people in uniform to</w:t>
      </w:r>
      <w:r>
        <w:rPr>
          <w:b w:val="0"/>
          <w:i w:val="0"/>
          <w:smallCaps w:val="0"/>
          <w:strike w:val="0"/>
          <w:sz w:val="16"/>
          <w:u w:val="none"/>
        </w:rPr>
        <w:t xml:space="preserve"> </w:t>
      </w:r>
      <w:r>
        <w:rPr>
          <w:b/>
          <w:i w:val="0"/>
          <w:smallCaps w:val="0"/>
          <w:strike w:val="0"/>
          <w:sz w:val="24"/>
          <w:u w:val="single"/>
        </w:rPr>
        <w:t>make it happen</w:t>
      </w:r>
      <w:r>
        <w:rPr>
          <w:b w:val="0"/>
          <w:i w:val="0"/>
          <w:smallCaps w:val="0"/>
          <w:strike w:val="0"/>
          <w:sz w:val="16"/>
          <w:u w:val="none"/>
        </w:rPr>
        <w:t xml:space="preserve">. What you would see is the </w:t>
      </w:r>
      <w:r>
        <w:rPr>
          <w:b w:val="0"/>
          <w:i w:val="0"/>
          <w:smallCaps w:val="0"/>
          <w:strike w:val="0"/>
          <w:sz w:val="22"/>
          <w:u w:val="single"/>
        </w:rPr>
        <w:t>rise of</w:t>
      </w:r>
      <w:r>
        <w:rPr>
          <w:b w:val="0"/>
          <w:i w:val="0"/>
          <w:smallCaps w:val="0"/>
          <w:strike w:val="0"/>
          <w:sz w:val="16"/>
          <w:u w:val="none"/>
        </w:rPr>
        <w:t xml:space="preserve"> </w:t>
      </w:r>
      <w:r>
        <w:rPr>
          <w:b/>
          <w:i w:val="0"/>
          <w:smallCaps w:val="0"/>
          <w:strike w:val="0"/>
          <w:sz w:val="24"/>
          <w:u w:val="single"/>
        </w:rPr>
        <w:t>militias</w:t>
      </w:r>
      <w:r>
        <w:rPr>
          <w:b w:val="0"/>
          <w:i w:val="0"/>
          <w:smallCaps w:val="0"/>
          <w:strike w:val="0"/>
          <w:sz w:val="16"/>
          <w:u w:val="none"/>
        </w:rPr>
        <w:t xml:space="preserve"> </w:t>
      </w:r>
      <w:r>
        <w:rPr>
          <w:b w:val="0"/>
          <w:i w:val="0"/>
          <w:smallCaps w:val="0"/>
          <w:strike w:val="0"/>
          <w:sz w:val="22"/>
          <w:u w:val="single"/>
        </w:rPr>
        <w:t>on both sides</w:t>
      </w:r>
      <w:r>
        <w:rPr>
          <w:b w:val="0"/>
          <w:i w:val="0"/>
          <w:smallCaps w:val="0"/>
          <w:strike w:val="0"/>
          <w:sz w:val="16"/>
          <w:u w:val="none"/>
        </w:rPr>
        <w:t>.” The military’s role would be to suppress violence. The only way to suppress violence would be to put the country on lockdown.</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