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Populism ensures the rise of </w:t>
      </w:r>
      <w:r>
        <w:rPr>
          <w:b/>
          <w:i w:val="0"/>
          <w:smallCaps w:val="0"/>
          <w:strike w:val="0"/>
          <w:sz w:val="26"/>
          <w:u w:val="single"/>
        </w:rPr>
        <w:t>personalist dictatorships</w:t>
      </w:r>
      <w:r>
        <w:rPr>
          <w:b/>
          <w:i w:val="0"/>
          <w:smallCaps w:val="0"/>
          <w:strike w:val="0"/>
          <w:sz w:val="26"/>
          <w:u w:val="none"/>
        </w:rPr>
        <w:t xml:space="preserve"> – the </w:t>
      </w:r>
      <w:r>
        <w:rPr>
          <w:b/>
          <w:i w:val="0"/>
          <w:smallCaps w:val="0"/>
          <w:strike w:val="0"/>
          <w:sz w:val="26"/>
          <w:u w:val="single"/>
        </w:rPr>
        <w:t>best political science research</w:t>
      </w:r>
      <w:r>
        <w:rPr>
          <w:b/>
          <w:i w:val="0"/>
          <w:smallCaps w:val="0"/>
          <w:strike w:val="0"/>
          <w:sz w:val="26"/>
          <w:u w:val="none"/>
        </w:rPr>
        <w:t xml:space="preserve"> shows those are </w:t>
      </w:r>
      <w:r>
        <w:rPr>
          <w:b/>
          <w:i w:val="0"/>
          <w:smallCaps w:val="0"/>
          <w:strike w:val="0"/>
          <w:sz w:val="26"/>
          <w:u w:val="single"/>
        </w:rPr>
        <w:t>strongly correlated</w:t>
      </w:r>
      <w:r>
        <w:rPr>
          <w:b/>
          <w:i w:val="0"/>
          <w:smallCaps w:val="0"/>
          <w:strike w:val="0"/>
          <w:sz w:val="26"/>
          <w:u w:val="none"/>
        </w:rPr>
        <w:t xml:space="preserve"> with </w:t>
      </w:r>
      <w:r>
        <w:rPr>
          <w:b/>
          <w:i w:val="0"/>
          <w:smallCaps w:val="0"/>
          <w:strike w:val="0"/>
          <w:sz w:val="26"/>
          <w:u w:val="single"/>
        </w:rPr>
        <w:t>aggression</w:t>
      </w:r>
      <w:r>
        <w:rPr>
          <w:b/>
          <w:i w:val="0"/>
          <w:smallCaps w:val="0"/>
          <w:strike w:val="0"/>
          <w:sz w:val="26"/>
          <w:u w:val="none"/>
        </w:rPr>
        <w:t xml:space="preserve">, pursuit of </w:t>
      </w:r>
      <w:r>
        <w:rPr>
          <w:b/>
          <w:i w:val="0"/>
          <w:smallCaps w:val="0"/>
          <w:strike w:val="0"/>
          <w:sz w:val="26"/>
          <w:u w:val="single"/>
        </w:rPr>
        <w:t>nuclear weapons</w:t>
      </w:r>
      <w:r>
        <w:rPr>
          <w:b/>
          <w:i w:val="0"/>
          <w:smallCaps w:val="0"/>
          <w:strike w:val="0"/>
          <w:sz w:val="26"/>
          <w:u w:val="none"/>
        </w:rPr>
        <w:t xml:space="preserve">, and overall </w:t>
      </w:r>
      <w:r>
        <w:rPr>
          <w:b/>
          <w:i w:val="0"/>
          <w:smallCaps w:val="0"/>
          <w:strike w:val="0"/>
          <w:sz w:val="26"/>
          <w:u w:val="single"/>
        </w:rPr>
        <w:t>geopolitical instability</w:t>
      </w:r>
    </w:p>
    <w:p>
      <w:pPr>
        <w:spacing w:after="80"/>
      </w:pPr>
      <w:r>
        <w:rPr>
          <w:b/>
          <w:i w:val="0"/>
          <w:smallCaps w:val="0"/>
          <w:strike w:val="0"/>
          <w:sz w:val="26"/>
          <w:u w:val="none"/>
        </w:rPr>
        <w:t>Frantz 17</w:t>
      </w:r>
      <w:r>
        <w:rPr>
          <w:b w:val="0"/>
          <w:i w:val="0"/>
          <w:smallCaps w:val="0"/>
          <w:strike w:val="0"/>
          <w:sz w:val="22"/>
          <w:u w:val="none"/>
        </w:rPr>
        <w:t xml:space="preserve"> [Erica, Assistant Professor of Political Science @ Michigan State University, “HOW TODAY'S POPULISM DISMANTLES DEMOCRACY WORLDWIDE”, </w:t>
      </w:r>
    </w:p>
    <w:p>
      <w:pPr>
        <w:spacing w:after="60"/>
      </w:pPr>
      <w:r>
        <w:rPr>
          <w:b/>
          <w:i w:val="0"/>
          <w:smallCaps w:val="0"/>
          <w:strike w:val="0"/>
          <w:sz w:val="24"/>
          <w:highlight w:val="cyan"/>
          <w:u w:val="single"/>
        </w:rPr>
        <w:t>Populism is spreading</w:t>
      </w:r>
      <w:r>
        <w:rPr>
          <w:b w:val="0"/>
          <w:i w:val="0"/>
          <w:smallCaps w:val="0"/>
          <w:strike w:val="0"/>
          <w:sz w:val="16"/>
          <w:u w:val="none"/>
        </w:rPr>
        <w:t xml:space="preserve"> across the globe. In Europe, populist parties have won victories in Greece, Hungary, Italy, Poland, Slovakia, and Switzerland; and they have joined governing coalitions in Finland, Norway, and Lithuania. More broadly, strongmen with populist agendas have become president -- including Rodrigo Duterte in the Philippines and Donald Trump in the United States.</w:t>
      </w:r>
    </w:p>
    <w:p>
      <w:pPr>
        <w:spacing w:after="60"/>
      </w:pPr>
      <w:r>
        <w:rPr>
          <w:b w:val="0"/>
          <w:i w:val="0"/>
          <w:smallCaps w:val="0"/>
          <w:strike w:val="0"/>
          <w:sz w:val="16"/>
          <w:u w:val="none"/>
        </w:rPr>
        <w:t xml:space="preserve">Various causes lie behind populist upsurges, ranging from increased economic hardship and inequality to growing frustrations with globalization and immigration. But </w:t>
      </w:r>
      <w:r>
        <w:rPr>
          <w:b w:val="0"/>
          <w:i w:val="0"/>
          <w:smallCaps w:val="0"/>
          <w:strike w:val="0"/>
          <w:sz w:val="22"/>
          <w:u w:val="single"/>
        </w:rPr>
        <w:t>the</w:t>
      </w:r>
      <w:r>
        <w:rPr>
          <w:b w:val="0"/>
          <w:i w:val="0"/>
          <w:smallCaps w:val="0"/>
          <w:strike w:val="0"/>
          <w:sz w:val="16"/>
          <w:u w:val="none"/>
        </w:rPr>
        <w:t xml:space="preserve"> </w:t>
      </w:r>
      <w:r>
        <w:rPr>
          <w:b/>
          <w:i w:val="0"/>
          <w:smallCaps w:val="0"/>
          <w:strike w:val="0"/>
          <w:sz w:val="24"/>
          <w:highlight w:val="cyan"/>
          <w:u w:val="single"/>
        </w:rPr>
        <w:t>consequences are worrisome</w:t>
      </w:r>
      <w:r>
        <w:rPr>
          <w:b w:val="0"/>
          <w:i w:val="0"/>
          <w:smallCaps w:val="0"/>
          <w:strike w:val="0"/>
          <w:sz w:val="16"/>
          <w:u w:val="none"/>
        </w:rPr>
        <w:t xml:space="preserve">, </w:t>
      </w:r>
      <w:r>
        <w:rPr>
          <w:b w:val="0"/>
          <w:i w:val="0"/>
          <w:smallCaps w:val="0"/>
          <w:strike w:val="0"/>
          <w:sz w:val="22"/>
          <w:u w:val="single"/>
        </w:rPr>
        <w:t>because research suggests the very real possibility of</w:t>
      </w:r>
      <w:r>
        <w:rPr>
          <w:b w:val="0"/>
          <w:i w:val="0"/>
          <w:smallCaps w:val="0"/>
          <w:strike w:val="0"/>
          <w:sz w:val="16"/>
          <w:u w:val="none"/>
        </w:rPr>
        <w:t xml:space="preserve"> democratic </w:t>
      </w:r>
      <w:r>
        <w:rPr>
          <w:b/>
          <w:i w:val="0"/>
          <w:smallCaps w:val="0"/>
          <w:strike w:val="0"/>
          <w:sz w:val="24"/>
          <w:u w:val="single"/>
        </w:rPr>
        <w:t>backsliding worldwide</w:t>
      </w:r>
      <w:r>
        <w:rPr>
          <w:b w:val="0"/>
          <w:i w:val="0"/>
          <w:smallCaps w:val="0"/>
          <w:strike w:val="0"/>
          <w:sz w:val="16"/>
          <w:u w:val="none"/>
        </w:rPr>
        <w:t xml:space="preserve">. </w:t>
      </w:r>
      <w:r>
        <w:rPr>
          <w:b/>
          <w:i w:val="0"/>
          <w:smallCaps w:val="0"/>
          <w:strike w:val="0"/>
          <w:sz w:val="24"/>
          <w:highlight w:val="cyan"/>
          <w:u w:val="single"/>
        </w:rPr>
        <w:t>Populist takeovers</w:t>
      </w:r>
      <w:r>
        <w:rPr>
          <w:b w:val="0"/>
          <w:i w:val="0"/>
          <w:smallCaps w:val="0"/>
          <w:strike w:val="0"/>
          <w:sz w:val="16"/>
          <w:highlight w:val="cyan"/>
          <w:u w:val="none"/>
        </w:rPr>
        <w:t xml:space="preserve"> </w:t>
      </w:r>
      <w:r>
        <w:rPr>
          <w:b w:val="0"/>
          <w:i w:val="0"/>
          <w:smallCaps w:val="0"/>
          <w:strike w:val="0"/>
          <w:sz w:val="22"/>
          <w:highlight w:val="cyan"/>
          <w:u w:val="single"/>
        </w:rPr>
        <w:t>are</w:t>
      </w:r>
      <w:r>
        <w:rPr>
          <w:b w:val="0"/>
          <w:i w:val="0"/>
          <w:smallCaps w:val="0"/>
          <w:strike w:val="0"/>
          <w:sz w:val="16"/>
          <w:highlight w:val="cyan"/>
          <w:u w:val="none"/>
        </w:rPr>
        <w:t xml:space="preserve"> </w:t>
      </w:r>
      <w:r>
        <w:rPr>
          <w:b w:val="0"/>
          <w:i w:val="0"/>
          <w:smallCaps w:val="0"/>
          <w:strike w:val="0"/>
          <w:sz w:val="22"/>
          <w:highlight w:val="cyan"/>
          <w:u w:val="single"/>
        </w:rPr>
        <w:t xml:space="preserve">associated with </w:t>
      </w:r>
      <w:r>
        <w:rPr>
          <w:b/>
          <w:i w:val="0"/>
          <w:smallCaps w:val="0"/>
          <w:strike w:val="0"/>
          <w:sz w:val="24"/>
          <w:highlight w:val="cyan"/>
          <w:u w:val="single"/>
        </w:rPr>
        <w:t>personalist dictatorships</w:t>
      </w:r>
      <w:r>
        <w:rPr>
          <w:b w:val="0"/>
          <w:i w:val="0"/>
          <w:smallCaps w:val="0"/>
          <w:strike w:val="0"/>
          <w:sz w:val="16"/>
          <w:u w:val="none"/>
        </w:rPr>
        <w:t xml:space="preserve"> </w:t>
      </w:r>
      <w:r>
        <w:rPr>
          <w:b w:val="0"/>
          <w:i w:val="0"/>
          <w:smallCaps w:val="0"/>
          <w:strike w:val="0"/>
          <w:sz w:val="22"/>
          <w:u w:val="single"/>
        </w:rPr>
        <w:t xml:space="preserve">and the </w:t>
      </w:r>
      <w:r>
        <w:rPr>
          <w:b/>
          <w:i w:val="0"/>
          <w:smallCaps w:val="0"/>
          <w:strike w:val="0"/>
          <w:sz w:val="24"/>
          <w:u w:val="single"/>
        </w:rPr>
        <w:t>dismantling of democratic institutions.</w:t>
      </w:r>
    </w:p>
    <w:p>
      <w:pPr>
        <w:spacing w:after="60"/>
      </w:pPr>
      <w:r>
        <w:rPr>
          <w:b w:val="0"/>
          <w:i w:val="0"/>
          <w:smallCaps w:val="0"/>
          <w:strike w:val="0"/>
          <w:sz w:val="16"/>
          <w:u w:val="none"/>
        </w:rPr>
        <w:t>Populism Today</w:t>
      </w:r>
    </w:p>
    <w:p>
      <w:pPr>
        <w:spacing w:after="60"/>
      </w:pPr>
      <w:r>
        <w:rPr>
          <w:b w:val="0"/>
          <w:i w:val="0"/>
          <w:smallCaps w:val="0"/>
          <w:strike w:val="0"/>
          <w:sz w:val="22"/>
          <w:u w:val="single"/>
        </w:rPr>
        <w:t>Contemporary populists</w:t>
      </w:r>
      <w:r>
        <w:rPr>
          <w:b w:val="0"/>
          <w:i w:val="0"/>
          <w:smallCaps w:val="0"/>
          <w:strike w:val="0"/>
          <w:sz w:val="16"/>
          <w:u w:val="none"/>
        </w:rPr>
        <w:t xml:space="preserve"> share the objectives of their historical predecessors in Latin America and Europe. They </w:t>
      </w:r>
      <w:r>
        <w:rPr>
          <w:b w:val="0"/>
          <w:i w:val="0"/>
          <w:smallCaps w:val="0"/>
          <w:strike w:val="0"/>
          <w:sz w:val="22"/>
          <w:u w:val="single"/>
        </w:rPr>
        <w:t xml:space="preserve">promote a </w:t>
      </w:r>
      <w:r>
        <w:rPr>
          <w:b/>
          <w:i w:val="0"/>
          <w:smallCaps w:val="0"/>
          <w:strike w:val="0"/>
          <w:sz w:val="24"/>
          <w:u w:val="single"/>
        </w:rPr>
        <w:t>disdain for traditional political institutions,</w:t>
      </w:r>
      <w:r>
        <w:rPr>
          <w:b w:val="0"/>
          <w:i w:val="0"/>
          <w:smallCaps w:val="0"/>
          <w:strike w:val="0"/>
          <w:sz w:val="16"/>
          <w:u w:val="none"/>
        </w:rPr>
        <w:t xml:space="preserve"> </w:t>
      </w:r>
      <w:r>
        <w:rPr>
          <w:b w:val="0"/>
          <w:i w:val="0"/>
          <w:smallCaps w:val="0"/>
          <w:strike w:val="0"/>
          <w:sz w:val="22"/>
          <w:u w:val="single"/>
        </w:rPr>
        <w:t xml:space="preserve">praise the advantages of </w:t>
      </w:r>
      <w:r>
        <w:rPr>
          <w:b/>
          <w:i w:val="0"/>
          <w:smallCaps w:val="0"/>
          <w:strike w:val="0"/>
          <w:sz w:val="24"/>
          <w:u w:val="single"/>
        </w:rPr>
        <w:t>strong and decisive leadership</w:t>
      </w:r>
      <w:r>
        <w:rPr>
          <w:b w:val="0"/>
          <w:i w:val="0"/>
          <w:smallCaps w:val="0"/>
          <w:strike w:val="0"/>
          <w:sz w:val="16"/>
          <w:u w:val="none"/>
        </w:rPr>
        <w:t xml:space="preserve">, </w:t>
      </w:r>
      <w:r>
        <w:rPr>
          <w:b w:val="0"/>
          <w:i w:val="0"/>
          <w:smallCaps w:val="0"/>
          <w:strike w:val="0"/>
          <w:sz w:val="22"/>
          <w:u w:val="single"/>
        </w:rPr>
        <w:t xml:space="preserve">and vocalize </w:t>
      </w:r>
      <w:r>
        <w:rPr>
          <w:b/>
          <w:i w:val="0"/>
          <w:smallCaps w:val="0"/>
          <w:strike w:val="0"/>
          <w:sz w:val="24"/>
          <w:u w:val="single"/>
        </w:rPr>
        <w:t>deep distrust of experts and the “establishment.”</w:t>
      </w:r>
      <w:r>
        <w:rPr>
          <w:b w:val="0"/>
          <w:i w:val="0"/>
          <w:smallCaps w:val="0"/>
          <w:strike w:val="0"/>
          <w:sz w:val="16"/>
          <w:u w:val="none"/>
        </w:rPr>
        <w:t xml:space="preserve"> Today’s populists use new tactics, however. They no longer signal a quick break from democracy, but rather set in motion a subtle chipping away at democratic institutions.</w:t>
      </w:r>
    </w:p>
    <w:p>
      <w:pPr>
        <w:spacing w:after="60"/>
      </w:pPr>
      <w:r>
        <w:rPr>
          <w:b w:val="0"/>
          <w:i w:val="0"/>
          <w:smallCaps w:val="0"/>
          <w:strike w:val="0"/>
          <w:sz w:val="16"/>
          <w:u w:val="none"/>
        </w:rPr>
        <w:t>Venezuela’s Hugo Chávez, Russia’s Vladimir Putin, and Turkey’s Recep Tayyip Erdogan illustrate this dynamic. Rather than gaining control through coup or revolution, which can incite domestic and international pushback, these leaders came to power via elections. Once in office, they stoked widespread discontent to undermine institutional constraints on their power, sideline the opposition, and weaken civil society. The tactics used are straightforward – and subtle enough each step of the way to make it hard for supporters of democracy to stop.</w:t>
      </w:r>
    </w:p>
    <w:p>
      <w:pPr>
        <w:spacing w:after="60"/>
      </w:pPr>
      <w:r>
        <w:rPr>
          <w:b w:val="0"/>
          <w:i w:val="0"/>
          <w:smallCaps w:val="0"/>
          <w:strike w:val="0"/>
          <w:sz w:val="16"/>
          <w:u w:val="none"/>
        </w:rPr>
        <w:t>Populist regimes place loyalists and allies in key positions regardless of competence, especially in the judiciary and security services</w:t>
      </w:r>
    </w:p>
    <w:p>
      <w:pPr>
        <w:spacing w:after="60"/>
      </w:pPr>
      <w:r>
        <w:rPr>
          <w:b w:val="0"/>
          <w:i w:val="0"/>
          <w:smallCaps w:val="0"/>
          <w:strike w:val="0"/>
          <w:sz w:val="16"/>
          <w:u w:val="none"/>
        </w:rPr>
        <w:t>Traditional media is muzzled, and government turns to alternative outlets to push its message</w:t>
      </w:r>
    </w:p>
    <w:p>
      <w:pPr>
        <w:spacing w:after="60"/>
      </w:pPr>
      <w:r>
        <w:rPr>
          <w:b w:val="0"/>
          <w:i w:val="0"/>
          <w:smallCaps w:val="0"/>
          <w:strike w:val="0"/>
          <w:sz w:val="16"/>
          <w:u w:val="none"/>
        </w:rPr>
        <w:t>Those in power use lawsuits and new legislation to undermine civil society and the opposition</w:t>
      </w:r>
    </w:p>
    <w:p>
      <w:pPr>
        <w:spacing w:after="60"/>
      </w:pPr>
      <w:r>
        <w:rPr>
          <w:b w:val="0"/>
          <w:i w:val="0"/>
          <w:smallCaps w:val="0"/>
          <w:strike w:val="0"/>
          <w:sz w:val="16"/>
          <w:u w:val="none"/>
        </w:rPr>
        <w:t>A New Pathway to Autocracy</w:t>
      </w:r>
    </w:p>
    <w:p>
      <w:pPr>
        <w:spacing w:after="60"/>
      </w:pPr>
      <w:r>
        <w:rPr>
          <w:b w:val="0"/>
          <w:i w:val="0"/>
          <w:smallCaps w:val="0"/>
          <w:strike w:val="0"/>
          <w:sz w:val="16"/>
          <w:u w:val="none"/>
        </w:rPr>
        <w:t xml:space="preserve">Today’s populist tactics represent a shift in how democracies fall apart. “Authoritarianization” is the term for the kind of regime change where elected leaders lead the way in undermining democratic institutions. Historically, military coups were the dominant pathway. Data on authoritarian regimes show that from 1946 to 1999, 64 percent of the democracies that collapsed into authoritarianism did so as the result of </w:t>
      </w:r>
      <w:r>
        <w:rPr>
          <w:b w:val="0"/>
          <w:i w:val="0"/>
          <w:smallCaps w:val="0"/>
          <w:strike w:val="0"/>
          <w:sz w:val="16"/>
          <w:u w:val="none"/>
        </w:rPr>
        <w:t>coups. From 2000 to 2010, however, authoritarianization has been on the rise, representing 40 percent of all democratic failures, equal to the percentage of failures through coups. All signs point to populist-fueled authoritarianization becoming the most common pathway from democracy to autocracy.</w:t>
      </w:r>
    </w:p>
    <w:p>
      <w:pPr>
        <w:spacing w:after="60"/>
      </w:pPr>
      <w:r>
        <w:rPr>
          <w:b w:val="0"/>
          <w:i w:val="0"/>
          <w:smallCaps w:val="0"/>
          <w:strike w:val="0"/>
          <w:sz w:val="16"/>
          <w:u w:val="none"/>
        </w:rPr>
        <w:t>Personalist Dictatorships and Their Results</w:t>
      </w:r>
    </w:p>
    <w:p>
      <w:pPr>
        <w:spacing w:after="60"/>
      </w:pPr>
      <w:r>
        <w:rPr>
          <w:b w:val="0"/>
          <w:i w:val="0"/>
          <w:smallCaps w:val="0"/>
          <w:strike w:val="0"/>
          <w:sz w:val="16"/>
          <w:u w:val="none"/>
        </w:rPr>
        <w:t xml:space="preserve">Not only are we seeing a change in how democracies wane; </w:t>
      </w:r>
      <w:r>
        <w:rPr>
          <w:b w:val="0"/>
          <w:i w:val="0"/>
          <w:smallCaps w:val="0"/>
          <w:strike w:val="0"/>
          <w:sz w:val="22"/>
          <w:u w:val="single"/>
        </w:rPr>
        <w:t xml:space="preserve">a new type of </w:t>
      </w:r>
      <w:r>
        <w:rPr>
          <w:b/>
          <w:i w:val="0"/>
          <w:smallCaps w:val="0"/>
          <w:strike w:val="0"/>
          <w:sz w:val="24"/>
          <w:u w:val="single"/>
        </w:rPr>
        <w:t>dictatorship</w:t>
      </w:r>
      <w:r>
        <w:rPr>
          <w:b w:val="0"/>
          <w:i w:val="0"/>
          <w:smallCaps w:val="0"/>
          <w:strike w:val="0"/>
          <w:sz w:val="22"/>
          <w:u w:val="single"/>
        </w:rPr>
        <w:t xml:space="preserve"> is </w:t>
      </w:r>
      <w:r>
        <w:rPr>
          <w:b/>
          <w:i w:val="0"/>
          <w:smallCaps w:val="0"/>
          <w:strike w:val="0"/>
          <w:sz w:val="24"/>
          <w:u w:val="single"/>
        </w:rPr>
        <w:t>emerging</w:t>
      </w:r>
      <w:r>
        <w:rPr>
          <w:b w:val="0"/>
          <w:i w:val="0"/>
          <w:smallCaps w:val="0"/>
          <w:strike w:val="0"/>
          <w:sz w:val="16"/>
          <w:u w:val="none"/>
        </w:rPr>
        <w:t xml:space="preserve">. </w:t>
      </w:r>
      <w:r>
        <w:rPr>
          <w:b w:val="0"/>
          <w:i w:val="0"/>
          <w:smallCaps w:val="0"/>
          <w:strike w:val="0"/>
          <w:sz w:val="22"/>
          <w:u w:val="single"/>
        </w:rPr>
        <w:t xml:space="preserve">Populist politics gives rise to </w:t>
      </w:r>
      <w:r>
        <w:rPr>
          <w:b/>
          <w:i w:val="0"/>
          <w:smallCaps w:val="0"/>
          <w:strike w:val="0"/>
          <w:sz w:val="24"/>
          <w:u w:val="single"/>
        </w:rPr>
        <w:t>“personalist dictatorships,”</w:t>
      </w:r>
      <w:r>
        <w:rPr>
          <w:b w:val="0"/>
          <w:i w:val="0"/>
          <w:smallCaps w:val="0"/>
          <w:strike w:val="0"/>
          <w:sz w:val="16"/>
          <w:u w:val="none"/>
        </w:rPr>
        <w:t xml:space="preserve"> </w:t>
      </w:r>
      <w:r>
        <w:rPr>
          <w:b w:val="0"/>
          <w:i w:val="0"/>
          <w:smallCaps w:val="0"/>
          <w:strike w:val="0"/>
          <w:sz w:val="22"/>
          <w:highlight w:val="cyan"/>
          <w:u w:val="single"/>
        </w:rPr>
        <w:t>where power is</w:t>
      </w:r>
      <w:r>
        <w:rPr>
          <w:b w:val="0"/>
          <w:i w:val="0"/>
          <w:smallCaps w:val="0"/>
          <w:strike w:val="0"/>
          <w:sz w:val="22"/>
          <w:u w:val="single"/>
        </w:rPr>
        <w:t xml:space="preserve"> </w:t>
      </w:r>
      <w:r>
        <w:rPr>
          <w:b w:val="0"/>
          <w:i w:val="0"/>
          <w:smallCaps w:val="0"/>
          <w:strike w:val="0"/>
          <w:sz w:val="22"/>
          <w:highlight w:val="cyan"/>
          <w:u w:val="single"/>
        </w:rPr>
        <w:t xml:space="preserve">concentrated in the hands of a </w:t>
      </w:r>
      <w:r>
        <w:rPr>
          <w:b/>
          <w:i w:val="0"/>
          <w:smallCaps w:val="0"/>
          <w:strike w:val="0"/>
          <w:sz w:val="24"/>
          <w:highlight w:val="cyan"/>
          <w:u w:val="single"/>
        </w:rPr>
        <w:t>single individual</w:t>
      </w:r>
      <w:r>
        <w:rPr>
          <w:b w:val="0"/>
          <w:i w:val="0"/>
          <w:smallCaps w:val="0"/>
          <w:strike w:val="0"/>
          <w:sz w:val="16"/>
          <w:u w:val="none"/>
        </w:rPr>
        <w:t xml:space="preserve">. </w:t>
      </w:r>
      <w:r>
        <w:rPr>
          <w:b w:val="0"/>
          <w:i w:val="0"/>
          <w:smallCaps w:val="0"/>
          <w:strike w:val="0"/>
          <w:sz w:val="22"/>
          <w:u w:val="single"/>
        </w:rPr>
        <w:t xml:space="preserve">From 2000 to 2010, </w:t>
      </w:r>
      <w:r>
        <w:rPr>
          <w:b w:val="0"/>
          <w:i w:val="0"/>
          <w:smallCaps w:val="0"/>
          <w:strike w:val="0"/>
          <w:sz w:val="22"/>
          <w:highlight w:val="cyan"/>
          <w:u w:val="single"/>
        </w:rPr>
        <w:t xml:space="preserve">this happened in </w:t>
      </w:r>
      <w:r>
        <w:rPr>
          <w:b/>
          <w:i w:val="0"/>
          <w:smallCaps w:val="0"/>
          <w:strike w:val="0"/>
          <w:sz w:val="24"/>
          <w:highlight w:val="cyan"/>
          <w:u w:val="single"/>
        </w:rPr>
        <w:t>75% of authoritarian transitions</w:t>
      </w:r>
      <w:r>
        <w:rPr>
          <w:b w:val="0"/>
          <w:i w:val="0"/>
          <w:smallCaps w:val="0"/>
          <w:strike w:val="0"/>
          <w:sz w:val="16"/>
          <w:u w:val="none"/>
        </w:rPr>
        <w:t xml:space="preserve">, compared to less than half the time in such transitions from 1946 to 1999. We have seen this personalist route from election to authoritarianism in Russia, Turkey, and Venezuela, as well as in Peru under Alberto Fujimori. </w:t>
      </w:r>
      <w:r>
        <w:rPr>
          <w:b w:val="0"/>
          <w:i w:val="0"/>
          <w:smallCaps w:val="0"/>
          <w:strike w:val="0"/>
          <w:sz w:val="22"/>
          <w:u w:val="single"/>
        </w:rPr>
        <w:t>Even where populist strongmen have not fully dismantled democracy, we often see them enjoying a disproportionate share of power, as in Nicaragua under</w:t>
      </w:r>
      <w:r>
        <w:rPr>
          <w:b w:val="0"/>
          <w:i w:val="0"/>
          <w:smallCaps w:val="0"/>
          <w:strike w:val="0"/>
          <w:sz w:val="16"/>
          <w:u w:val="none"/>
        </w:rPr>
        <w:t xml:space="preserve"> Daniel </w:t>
      </w:r>
      <w:r>
        <w:rPr>
          <w:b w:val="0"/>
          <w:i w:val="0"/>
          <w:smallCaps w:val="0"/>
          <w:strike w:val="0"/>
          <w:sz w:val="22"/>
          <w:u w:val="single"/>
        </w:rPr>
        <w:t>Ortega</w:t>
      </w:r>
      <w:r>
        <w:rPr>
          <w:b w:val="0"/>
          <w:i w:val="0"/>
          <w:smallCaps w:val="0"/>
          <w:strike w:val="0"/>
          <w:sz w:val="16"/>
          <w:u w:val="none"/>
        </w:rPr>
        <w:t xml:space="preserve">, </w:t>
      </w:r>
      <w:r>
        <w:rPr>
          <w:b w:val="0"/>
          <w:i w:val="0"/>
          <w:smallCaps w:val="0"/>
          <w:strike w:val="0"/>
          <w:sz w:val="22"/>
          <w:u w:val="single"/>
        </w:rPr>
        <w:t>Ecuador under</w:t>
      </w:r>
      <w:r>
        <w:rPr>
          <w:b w:val="0"/>
          <w:i w:val="0"/>
          <w:smallCaps w:val="0"/>
          <w:strike w:val="0"/>
          <w:sz w:val="16"/>
          <w:u w:val="none"/>
        </w:rPr>
        <w:t xml:space="preserve"> Rafael </w:t>
      </w:r>
      <w:r>
        <w:rPr>
          <w:b w:val="0"/>
          <w:i w:val="0"/>
          <w:smallCaps w:val="0"/>
          <w:strike w:val="0"/>
          <w:sz w:val="22"/>
          <w:u w:val="single"/>
        </w:rPr>
        <w:t>Correa</w:t>
      </w:r>
      <w:r>
        <w:rPr>
          <w:b w:val="0"/>
          <w:i w:val="0"/>
          <w:smallCaps w:val="0"/>
          <w:strike w:val="0"/>
          <w:sz w:val="16"/>
          <w:u w:val="none"/>
        </w:rPr>
        <w:t xml:space="preserve">, </w:t>
      </w:r>
      <w:r>
        <w:rPr>
          <w:b w:val="0"/>
          <w:i w:val="0"/>
          <w:smallCaps w:val="0"/>
          <w:strike w:val="0"/>
          <w:sz w:val="22"/>
          <w:u w:val="single"/>
        </w:rPr>
        <w:t>Hungary under</w:t>
      </w:r>
      <w:r>
        <w:rPr>
          <w:b w:val="0"/>
          <w:i w:val="0"/>
          <w:smallCaps w:val="0"/>
          <w:strike w:val="0"/>
          <w:sz w:val="16"/>
          <w:u w:val="none"/>
        </w:rPr>
        <w:t xml:space="preserve"> Viktor </w:t>
      </w:r>
      <w:r>
        <w:rPr>
          <w:b w:val="0"/>
          <w:i w:val="0"/>
          <w:smallCaps w:val="0"/>
          <w:strike w:val="0"/>
          <w:sz w:val="22"/>
          <w:u w:val="single"/>
        </w:rPr>
        <w:t>Orban</w:t>
      </w:r>
      <w:r>
        <w:rPr>
          <w:b w:val="0"/>
          <w:i w:val="0"/>
          <w:smallCaps w:val="0"/>
          <w:strike w:val="0"/>
          <w:sz w:val="16"/>
          <w:u w:val="none"/>
        </w:rPr>
        <w:t xml:space="preserve">, </w:t>
      </w:r>
      <w:r>
        <w:rPr>
          <w:b w:val="0"/>
          <w:i w:val="0"/>
          <w:smallCaps w:val="0"/>
          <w:strike w:val="0"/>
          <w:sz w:val="22"/>
          <w:u w:val="single"/>
        </w:rPr>
        <w:t>and Poland under</w:t>
      </w:r>
      <w:r>
        <w:rPr>
          <w:b w:val="0"/>
          <w:i w:val="0"/>
          <w:smallCaps w:val="0"/>
          <w:strike w:val="0"/>
          <w:sz w:val="16"/>
          <w:u w:val="none"/>
        </w:rPr>
        <w:t xml:space="preserve"> Jaroslaw </w:t>
      </w:r>
      <w:r>
        <w:rPr>
          <w:b w:val="0"/>
          <w:i w:val="0"/>
          <w:smallCaps w:val="0"/>
          <w:strike w:val="0"/>
          <w:sz w:val="22"/>
          <w:u w:val="single"/>
        </w:rPr>
        <w:t>Kaczynski</w:t>
      </w:r>
      <w:r>
        <w:rPr>
          <w:b w:val="0"/>
          <w:i w:val="0"/>
          <w:smallCaps w:val="0"/>
          <w:strike w:val="0"/>
          <w:sz w:val="16"/>
          <w:u w:val="none"/>
        </w:rPr>
        <w:t>.</w:t>
      </w:r>
    </w:p>
    <w:p>
      <w:pPr>
        <w:spacing w:after="60"/>
      </w:pPr>
      <w:r>
        <w:rPr>
          <w:b w:val="0"/>
          <w:i w:val="0"/>
          <w:smallCaps w:val="0"/>
          <w:strike w:val="0"/>
          <w:sz w:val="16"/>
          <w:u w:val="none"/>
        </w:rPr>
        <w:t xml:space="preserve">A </w:t>
      </w:r>
      <w:r>
        <w:rPr>
          <w:b/>
          <w:i w:val="0"/>
          <w:smallCaps w:val="0"/>
          <w:strike w:val="0"/>
          <w:sz w:val="24"/>
          <w:highlight w:val="cyan"/>
          <w:u w:val="single"/>
        </w:rPr>
        <w:t>growing literature</w:t>
      </w:r>
      <w:r>
        <w:rPr>
          <w:b w:val="0"/>
          <w:i w:val="0"/>
          <w:smallCaps w:val="0"/>
          <w:strike w:val="0"/>
          <w:sz w:val="16"/>
          <w:highlight w:val="cyan"/>
          <w:u w:val="none"/>
        </w:rPr>
        <w:t xml:space="preserve"> </w:t>
      </w:r>
      <w:r>
        <w:rPr>
          <w:b w:val="0"/>
          <w:i w:val="0"/>
          <w:smallCaps w:val="0"/>
          <w:strike w:val="0"/>
          <w:sz w:val="22"/>
          <w:highlight w:val="cyan"/>
          <w:u w:val="single"/>
        </w:rPr>
        <w:t>in</w:t>
      </w:r>
      <w:r>
        <w:rPr>
          <w:b w:val="0"/>
          <w:i w:val="0"/>
          <w:smallCaps w:val="0"/>
          <w:strike w:val="0"/>
          <w:sz w:val="16"/>
          <w:highlight w:val="cyan"/>
          <w:u w:val="none"/>
        </w:rPr>
        <w:t xml:space="preserve"> </w:t>
      </w:r>
      <w:r>
        <w:rPr>
          <w:b/>
          <w:i w:val="0"/>
          <w:smallCaps w:val="0"/>
          <w:strike w:val="0"/>
          <w:sz w:val="24"/>
          <w:highlight w:val="cyan"/>
          <w:u w:val="single"/>
        </w:rPr>
        <w:t>political science</w:t>
      </w:r>
      <w:r>
        <w:rPr>
          <w:b w:val="0"/>
          <w:i w:val="0"/>
          <w:smallCaps w:val="0"/>
          <w:strike w:val="0"/>
          <w:sz w:val="16"/>
          <w:u w:val="none"/>
        </w:rPr>
        <w:t xml:space="preserve"> </w:t>
      </w:r>
      <w:r>
        <w:rPr>
          <w:b w:val="0"/>
          <w:i w:val="0"/>
          <w:smallCaps w:val="0"/>
          <w:strike w:val="0"/>
          <w:sz w:val="22"/>
          <w:highlight w:val="cyan"/>
          <w:u w:val="single"/>
        </w:rPr>
        <w:t>finds</w:t>
      </w:r>
      <w:r>
        <w:rPr>
          <w:b w:val="0"/>
          <w:i w:val="0"/>
          <w:smallCaps w:val="0"/>
          <w:strike w:val="0"/>
          <w:sz w:val="22"/>
          <w:u w:val="single"/>
        </w:rPr>
        <w:t xml:space="preserve"> that </w:t>
      </w:r>
      <w:r>
        <w:rPr>
          <w:b w:val="0"/>
          <w:i w:val="0"/>
          <w:smallCaps w:val="0"/>
          <w:strike w:val="0"/>
          <w:sz w:val="22"/>
          <w:highlight w:val="cyan"/>
          <w:u w:val="single"/>
        </w:rPr>
        <w:t>personalist dictatorship is associated with</w:t>
      </w:r>
      <w:r>
        <w:rPr>
          <w:b w:val="0"/>
          <w:i w:val="0"/>
          <w:smallCaps w:val="0"/>
          <w:strike w:val="0"/>
          <w:sz w:val="22"/>
          <w:u w:val="single"/>
        </w:rPr>
        <w:t xml:space="preserve"> a </w:t>
      </w:r>
      <w:r>
        <w:rPr>
          <w:b/>
          <w:i w:val="0"/>
          <w:smallCaps w:val="0"/>
          <w:strike w:val="0"/>
          <w:sz w:val="24"/>
          <w:u w:val="single"/>
        </w:rPr>
        <w:t xml:space="preserve">wide range of </w:t>
      </w:r>
      <w:r>
        <w:rPr>
          <w:b/>
          <w:i w:val="0"/>
          <w:smallCaps w:val="0"/>
          <w:strike w:val="0"/>
          <w:sz w:val="24"/>
          <w:highlight w:val="cyan"/>
          <w:u w:val="single"/>
        </w:rPr>
        <w:t>ruinous outcomes</w:t>
      </w:r>
      <w:r>
        <w:rPr>
          <w:b w:val="0"/>
          <w:i w:val="0"/>
          <w:smallCaps w:val="0"/>
          <w:strike w:val="0"/>
          <w:sz w:val="16"/>
          <w:u w:val="none"/>
        </w:rPr>
        <w:t xml:space="preserve">. </w:t>
      </w:r>
      <w:r>
        <w:rPr>
          <w:b w:val="0"/>
          <w:i w:val="0"/>
          <w:smallCaps w:val="0"/>
          <w:strike w:val="0"/>
          <w:sz w:val="22"/>
          <w:highlight w:val="cyan"/>
          <w:u w:val="single"/>
        </w:rPr>
        <w:t xml:space="preserve">Even compared to </w:t>
      </w:r>
      <w:r>
        <w:rPr>
          <w:b/>
          <w:i w:val="0"/>
          <w:smallCaps w:val="0"/>
          <w:strike w:val="0"/>
          <w:sz w:val="24"/>
          <w:highlight w:val="cyan"/>
          <w:u w:val="single"/>
        </w:rPr>
        <w:t>other</w:t>
      </w:r>
      <w:r>
        <w:rPr>
          <w:b w:val="0"/>
          <w:i w:val="0"/>
          <w:smallCaps w:val="0"/>
          <w:strike w:val="0"/>
          <w:sz w:val="22"/>
          <w:u w:val="single"/>
        </w:rPr>
        <w:t xml:space="preserve"> kinds of </w:t>
      </w:r>
      <w:r>
        <w:rPr>
          <w:b w:val="0"/>
          <w:i w:val="0"/>
          <w:smallCaps w:val="0"/>
          <w:strike w:val="0"/>
          <w:sz w:val="22"/>
          <w:highlight w:val="cyan"/>
          <w:u w:val="single"/>
        </w:rPr>
        <w:t>dictatorships</w:t>
      </w:r>
      <w:r>
        <w:rPr>
          <w:b w:val="0"/>
          <w:i w:val="0"/>
          <w:smallCaps w:val="0"/>
          <w:strike w:val="0"/>
          <w:sz w:val="16"/>
          <w:u w:val="none"/>
        </w:rPr>
        <w:t xml:space="preserve">, </w:t>
      </w:r>
      <w:r>
        <w:rPr>
          <w:b/>
          <w:i w:val="0"/>
          <w:smallCaps w:val="0"/>
          <w:strike w:val="0"/>
          <w:sz w:val="24"/>
          <w:highlight w:val="cyan"/>
          <w:u w:val="single"/>
        </w:rPr>
        <w:t>personalist regimes</w:t>
      </w:r>
      <w:r>
        <w:rPr>
          <w:b w:val="0"/>
          <w:i w:val="0"/>
          <w:smallCaps w:val="0"/>
          <w:strike w:val="0"/>
          <w:sz w:val="16"/>
          <w:highlight w:val="cyan"/>
          <w:u w:val="none"/>
        </w:rPr>
        <w:t xml:space="preserve"> </w:t>
      </w:r>
      <w:r>
        <w:rPr>
          <w:b w:val="0"/>
          <w:i w:val="0"/>
          <w:smallCaps w:val="0"/>
          <w:strike w:val="0"/>
          <w:sz w:val="22"/>
          <w:highlight w:val="cyan"/>
          <w:u w:val="single"/>
        </w:rPr>
        <w:t>pursue</w:t>
      </w:r>
      <w:r>
        <w:rPr>
          <w:b w:val="0"/>
          <w:i w:val="0"/>
          <w:smallCaps w:val="0"/>
          <w:strike w:val="0"/>
          <w:sz w:val="22"/>
          <w:u w:val="single"/>
        </w:rPr>
        <w:t xml:space="preserve"> </w:t>
      </w:r>
      <w:r>
        <w:rPr>
          <w:b w:val="0"/>
          <w:i w:val="0"/>
          <w:smallCaps w:val="0"/>
          <w:strike w:val="0"/>
          <w:sz w:val="22"/>
          <w:highlight w:val="cyan"/>
          <w:u w:val="single"/>
        </w:rPr>
        <w:t xml:space="preserve">the </w:t>
      </w:r>
      <w:r>
        <w:rPr>
          <w:b/>
          <w:i w:val="0"/>
          <w:smallCaps w:val="0"/>
          <w:strike w:val="0"/>
          <w:sz w:val="24"/>
          <w:highlight w:val="cyan"/>
          <w:u w:val="single"/>
        </w:rPr>
        <w:t>most risky and aggressive foreign policies</w:t>
      </w:r>
      <w:r>
        <w:rPr>
          <w:b w:val="0"/>
          <w:i w:val="0"/>
          <w:smallCaps w:val="0"/>
          <w:strike w:val="0"/>
          <w:sz w:val="16"/>
          <w:u w:val="none"/>
        </w:rPr>
        <w:t xml:space="preserve">. </w:t>
      </w:r>
      <w:r>
        <w:rPr>
          <w:b w:val="0"/>
          <w:i w:val="0"/>
          <w:smallCaps w:val="0"/>
          <w:strike w:val="0"/>
          <w:sz w:val="22"/>
          <w:highlight w:val="cyan"/>
          <w:u w:val="single"/>
        </w:rPr>
        <w:t>They are</w:t>
      </w:r>
      <w:r>
        <w:rPr>
          <w:b w:val="0"/>
          <w:i w:val="0"/>
          <w:smallCaps w:val="0"/>
          <w:strike w:val="0"/>
          <w:sz w:val="22"/>
          <w:u w:val="single"/>
        </w:rPr>
        <w:t xml:space="preserve"> the </w:t>
      </w:r>
      <w:r>
        <w:rPr>
          <w:b w:val="0"/>
          <w:i w:val="0"/>
          <w:smallCaps w:val="0"/>
          <w:strike w:val="0"/>
          <w:sz w:val="22"/>
          <w:highlight w:val="cyan"/>
          <w:u w:val="single"/>
        </w:rPr>
        <w:t xml:space="preserve">most likely to invest in </w:t>
      </w:r>
      <w:r>
        <w:rPr>
          <w:b/>
          <w:i w:val="0"/>
          <w:smallCaps w:val="0"/>
          <w:strike w:val="0"/>
          <w:sz w:val="24"/>
          <w:highlight w:val="cyan"/>
          <w:u w:val="single"/>
        </w:rPr>
        <w:t>nuclear weapons</w:t>
      </w:r>
      <w:r>
        <w:rPr>
          <w:b/>
          <w:i w:val="0"/>
          <w:smallCaps w:val="0"/>
          <w:strike w:val="0"/>
          <w:sz w:val="24"/>
          <w:u w:val="single"/>
        </w:rPr>
        <w:t>,</w:t>
      </w:r>
      <w:r>
        <w:rPr>
          <w:b w:val="0"/>
          <w:i w:val="0"/>
          <w:smallCaps w:val="0"/>
          <w:strike w:val="0"/>
          <w:sz w:val="16"/>
          <w:u w:val="none"/>
        </w:rPr>
        <w:t xml:space="preserve"> </w:t>
      </w:r>
      <w:r>
        <w:rPr>
          <w:b/>
          <w:i w:val="0"/>
          <w:smallCaps w:val="0"/>
          <w:strike w:val="0"/>
          <w:sz w:val="24"/>
          <w:highlight w:val="cyan"/>
          <w:u w:val="single"/>
        </w:rPr>
        <w:t>initiate</w:t>
      </w:r>
      <w:r>
        <w:rPr>
          <w:b/>
          <w:i w:val="0"/>
          <w:smallCaps w:val="0"/>
          <w:strike w:val="0"/>
          <w:sz w:val="24"/>
          <w:u w:val="single"/>
        </w:rPr>
        <w:t xml:space="preserve"> interstate </w:t>
      </w:r>
      <w:r>
        <w:rPr>
          <w:b/>
          <w:i w:val="0"/>
          <w:smallCaps w:val="0"/>
          <w:strike w:val="0"/>
          <w:sz w:val="24"/>
          <w:highlight w:val="cyan"/>
          <w:u w:val="single"/>
        </w:rPr>
        <w:t>conflicts</w:t>
      </w:r>
      <w:r>
        <w:rPr>
          <w:b w:val="0"/>
          <w:i w:val="0"/>
          <w:smallCaps w:val="0"/>
          <w:strike w:val="0"/>
          <w:sz w:val="16"/>
          <w:highlight w:val="cyan"/>
          <w:u w:val="none"/>
        </w:rPr>
        <w:t xml:space="preserve">, </w:t>
      </w:r>
      <w:r>
        <w:rPr>
          <w:b w:val="0"/>
          <w:i w:val="0"/>
          <w:smallCaps w:val="0"/>
          <w:strike w:val="0"/>
          <w:sz w:val="22"/>
          <w:highlight w:val="cyan"/>
          <w:u w:val="single"/>
        </w:rPr>
        <w:t>and</w:t>
      </w:r>
      <w:r>
        <w:rPr>
          <w:b w:val="0"/>
          <w:i w:val="0"/>
          <w:smallCaps w:val="0"/>
          <w:strike w:val="0"/>
          <w:sz w:val="16"/>
          <w:highlight w:val="cyan"/>
          <w:u w:val="none"/>
        </w:rPr>
        <w:t xml:space="preserve"> </w:t>
      </w:r>
      <w:r>
        <w:rPr>
          <w:b/>
          <w:i w:val="0"/>
          <w:smallCaps w:val="0"/>
          <w:strike w:val="0"/>
          <w:sz w:val="24"/>
          <w:highlight w:val="cyan"/>
          <w:u w:val="single"/>
        </w:rPr>
        <w:t>launch wars</w:t>
      </w:r>
      <w:r>
        <w:rPr>
          <w:b w:val="0"/>
          <w:i w:val="0"/>
          <w:smallCaps w:val="0"/>
          <w:strike w:val="0"/>
          <w:sz w:val="16"/>
          <w:u w:val="none"/>
        </w:rPr>
        <w:t xml:space="preserve"> against democracies. </w:t>
      </w:r>
      <w:r>
        <w:rPr>
          <w:b/>
          <w:i w:val="0"/>
          <w:smallCaps w:val="0"/>
          <w:strike w:val="0"/>
          <w:sz w:val="24"/>
          <w:highlight w:val="cyan"/>
          <w:u w:val="single"/>
        </w:rPr>
        <w:t>Weakened accountability</w:t>
      </w:r>
      <w:r>
        <w:rPr>
          <w:b/>
          <w:i w:val="0"/>
          <w:smallCaps w:val="0"/>
          <w:strike w:val="0"/>
          <w:sz w:val="24"/>
          <w:u w:val="single"/>
        </w:rPr>
        <w:t xml:space="preserve"> mechanisms</w:t>
      </w:r>
      <w:r>
        <w:rPr>
          <w:b w:val="0"/>
          <w:i w:val="0"/>
          <w:smallCaps w:val="0"/>
          <w:strike w:val="0"/>
          <w:sz w:val="16"/>
          <w:u w:val="none"/>
        </w:rPr>
        <w:t xml:space="preserve"> </w:t>
      </w:r>
      <w:r>
        <w:rPr>
          <w:b w:val="0"/>
          <w:i w:val="0"/>
          <w:smallCaps w:val="0"/>
          <w:strike w:val="0"/>
          <w:sz w:val="22"/>
          <w:highlight w:val="cyan"/>
          <w:u w:val="single"/>
        </w:rPr>
        <w:t xml:space="preserve">enable personalist leaders to </w:t>
      </w:r>
      <w:r>
        <w:rPr>
          <w:b/>
          <w:i w:val="0"/>
          <w:smallCaps w:val="0"/>
          <w:strike w:val="0"/>
          <w:sz w:val="24"/>
          <w:highlight w:val="cyan"/>
          <w:u w:val="single"/>
        </w:rPr>
        <w:t>take risks without</w:t>
      </w:r>
      <w:r>
        <w:rPr>
          <w:b/>
          <w:i w:val="0"/>
          <w:smallCaps w:val="0"/>
          <w:strike w:val="0"/>
          <w:sz w:val="24"/>
          <w:u w:val="single"/>
        </w:rPr>
        <w:t xml:space="preserve"> facing </w:t>
      </w:r>
      <w:r>
        <w:rPr>
          <w:b/>
          <w:i w:val="0"/>
          <w:smallCaps w:val="0"/>
          <w:strike w:val="0"/>
          <w:sz w:val="24"/>
          <w:highlight w:val="cyan"/>
          <w:u w:val="single"/>
        </w:rPr>
        <w:t>consequences</w:t>
      </w:r>
      <w:r>
        <w:rPr>
          <w:b w:val="0"/>
          <w:i w:val="0"/>
          <w:smallCaps w:val="0"/>
          <w:strike w:val="0"/>
          <w:sz w:val="16"/>
          <w:u w:val="none"/>
        </w:rPr>
        <w:t xml:space="preserve"> </w:t>
      </w:r>
      <w:r>
        <w:rPr>
          <w:b w:val="0"/>
          <w:i w:val="0"/>
          <w:smallCaps w:val="0"/>
          <w:strike w:val="0"/>
          <w:sz w:val="22"/>
          <w:u w:val="single"/>
        </w:rPr>
        <w:t>for poor choices</w:t>
      </w:r>
      <w:r>
        <w:rPr>
          <w:b w:val="0"/>
          <w:i w:val="0"/>
          <w:smallCaps w:val="0"/>
          <w:strike w:val="0"/>
          <w:sz w:val="16"/>
          <w:u w:val="none"/>
        </w:rPr>
        <w:t xml:space="preserve">. </w:t>
      </w:r>
      <w:r>
        <w:rPr>
          <w:b w:val="0"/>
          <w:i w:val="0"/>
          <w:smallCaps w:val="0"/>
          <w:strike w:val="0"/>
          <w:sz w:val="22"/>
          <w:u w:val="single"/>
        </w:rPr>
        <w:t xml:space="preserve">This is more the case for personalist regimes than </w:t>
      </w:r>
      <w:r>
        <w:rPr>
          <w:b/>
          <w:i w:val="0"/>
          <w:smallCaps w:val="0"/>
          <w:strike w:val="0"/>
          <w:sz w:val="24"/>
          <w:u w:val="single"/>
        </w:rPr>
        <w:t>even for other types of authoritarian regimes</w:t>
      </w:r>
      <w:r>
        <w:rPr>
          <w:b w:val="0"/>
          <w:i w:val="0"/>
          <w:smallCaps w:val="0"/>
          <w:strike w:val="0"/>
          <w:sz w:val="16"/>
          <w:u w:val="none"/>
        </w:rPr>
        <w:t xml:space="preserve">. </w:t>
      </w:r>
      <w:r>
        <w:rPr>
          <w:b w:val="0"/>
          <w:i w:val="0"/>
          <w:smallCaps w:val="0"/>
          <w:strike w:val="0"/>
          <w:sz w:val="22"/>
          <w:u w:val="single"/>
        </w:rPr>
        <w:t>Cases in point include</w:t>
      </w:r>
      <w:r>
        <w:rPr>
          <w:b w:val="0"/>
          <w:i w:val="0"/>
          <w:smallCaps w:val="0"/>
          <w:strike w:val="0"/>
          <w:sz w:val="16"/>
          <w:u w:val="none"/>
        </w:rPr>
        <w:t xml:space="preserve"> the adventurism of </w:t>
      </w:r>
      <w:r>
        <w:rPr>
          <w:b/>
          <w:i w:val="0"/>
          <w:smallCaps w:val="0"/>
          <w:strike w:val="0"/>
          <w:sz w:val="24"/>
          <w:u w:val="single"/>
        </w:rPr>
        <w:t>Saddam</w:t>
      </w:r>
      <w:r>
        <w:rPr>
          <w:b w:val="0"/>
          <w:i w:val="0"/>
          <w:smallCaps w:val="0"/>
          <w:strike w:val="0"/>
          <w:sz w:val="16"/>
          <w:u w:val="none"/>
        </w:rPr>
        <w:t xml:space="preserve"> Hussein in Iraq, of </w:t>
      </w:r>
      <w:r>
        <w:rPr>
          <w:b/>
          <w:i w:val="0"/>
          <w:smallCaps w:val="0"/>
          <w:strike w:val="0"/>
          <w:sz w:val="24"/>
          <w:u w:val="single"/>
        </w:rPr>
        <w:t>Idi Amin</w:t>
      </w:r>
      <w:r>
        <w:rPr>
          <w:b w:val="0"/>
          <w:i w:val="0"/>
          <w:smallCaps w:val="0"/>
          <w:strike w:val="0"/>
          <w:sz w:val="16"/>
          <w:u w:val="none"/>
        </w:rPr>
        <w:t xml:space="preserve"> in Uganda, </w:t>
      </w:r>
      <w:r>
        <w:rPr>
          <w:b w:val="0"/>
          <w:i w:val="0"/>
          <w:smallCaps w:val="0"/>
          <w:strike w:val="0"/>
          <w:sz w:val="22"/>
          <w:u w:val="single"/>
        </w:rPr>
        <w:t>and</w:t>
      </w:r>
      <w:r>
        <w:rPr>
          <w:b w:val="0"/>
          <w:i w:val="0"/>
          <w:smallCaps w:val="0"/>
          <w:strike w:val="0"/>
          <w:sz w:val="16"/>
          <w:u w:val="none"/>
        </w:rPr>
        <w:t xml:space="preserve"> of </w:t>
      </w:r>
      <w:r>
        <w:rPr>
          <w:b/>
          <w:i w:val="0"/>
          <w:smallCaps w:val="0"/>
          <w:strike w:val="0"/>
          <w:sz w:val="24"/>
          <w:u w:val="single"/>
        </w:rPr>
        <w:t>the Kim family</w:t>
      </w:r>
      <w:r>
        <w:rPr>
          <w:b w:val="0"/>
          <w:i w:val="0"/>
          <w:smallCaps w:val="0"/>
          <w:strike w:val="0"/>
          <w:sz w:val="16"/>
          <w:u w:val="none"/>
        </w:rPr>
        <w:t xml:space="preserve"> in North Korea. The annexation of Crimea by Russia’s Vladimir Putin is another prominent example.</w:t>
      </w:r>
    </w:p>
    <w:p>
      <w:pPr>
        <w:spacing w:after="60"/>
      </w:pPr>
      <w:r>
        <w:rPr>
          <w:b w:val="0"/>
          <w:i w:val="0"/>
          <w:smallCaps w:val="0"/>
          <w:strike w:val="0"/>
          <w:sz w:val="16"/>
          <w:u w:val="none"/>
        </w:rPr>
        <w:t xml:space="preserve">Existing research also shows that </w:t>
      </w:r>
      <w:r>
        <w:rPr>
          <w:b w:val="0"/>
          <w:i w:val="0"/>
          <w:smallCaps w:val="0"/>
          <w:strike w:val="0"/>
          <w:sz w:val="22"/>
          <w:u w:val="single"/>
        </w:rPr>
        <w:t xml:space="preserve">personalist dictatorships stoke </w:t>
      </w:r>
      <w:r>
        <w:rPr>
          <w:b/>
          <w:i w:val="0"/>
          <w:smallCaps w:val="0"/>
          <w:strike w:val="0"/>
          <w:sz w:val="24"/>
          <w:u w:val="single"/>
        </w:rPr>
        <w:t>xenophobic</w:t>
      </w:r>
      <w:r>
        <w:rPr>
          <w:b w:val="0"/>
          <w:i w:val="0"/>
          <w:smallCaps w:val="0"/>
          <w:strike w:val="0"/>
          <w:sz w:val="22"/>
          <w:u w:val="single"/>
        </w:rPr>
        <w:t xml:space="preserve"> sentiments</w:t>
      </w:r>
      <w:r>
        <w:rPr>
          <w:b w:val="0"/>
          <w:i w:val="0"/>
          <w:smallCaps w:val="0"/>
          <w:strike w:val="0"/>
          <w:sz w:val="16"/>
          <w:u w:val="none"/>
        </w:rPr>
        <w:t xml:space="preserve"> and mismanage foreign aid allocations. </w:t>
      </w:r>
      <w:r>
        <w:rPr>
          <w:b w:val="0"/>
          <w:i w:val="0"/>
          <w:smallCaps w:val="0"/>
          <w:strike w:val="0"/>
          <w:sz w:val="22"/>
          <w:u w:val="single"/>
        </w:rPr>
        <w:t>And when such regimes collapse,</w:t>
      </w:r>
      <w:r>
        <w:rPr>
          <w:b w:val="0"/>
          <w:i w:val="0"/>
          <w:smallCaps w:val="0"/>
          <w:strike w:val="0"/>
          <w:sz w:val="16"/>
          <w:u w:val="none"/>
        </w:rPr>
        <w:t xml:space="preserve"> </w:t>
      </w:r>
      <w:r>
        <w:rPr>
          <w:b w:val="0"/>
          <w:i w:val="0"/>
          <w:smallCaps w:val="0"/>
          <w:strike w:val="0"/>
          <w:sz w:val="22"/>
          <w:u w:val="single"/>
        </w:rPr>
        <w:t>they are unlikely to revert to democracy</w:t>
      </w:r>
      <w:r>
        <w:rPr>
          <w:b w:val="0"/>
          <w:i w:val="0"/>
          <w:smallCaps w:val="0"/>
          <w:strike w:val="0"/>
          <w:sz w:val="16"/>
          <w:u w:val="none"/>
        </w:rPr>
        <w:t xml:space="preserve">. In short, </w:t>
      </w:r>
      <w:r>
        <w:rPr>
          <w:b w:val="0"/>
          <w:i w:val="0"/>
          <w:smallCaps w:val="0"/>
          <w:strike w:val="0"/>
          <w:sz w:val="22"/>
          <w:highlight w:val="cyan"/>
          <w:u w:val="single"/>
        </w:rPr>
        <w:t>populist</w:t>
      </w:r>
      <w:r>
        <w:rPr>
          <w:b w:val="0"/>
          <w:i w:val="0"/>
          <w:smallCaps w:val="0"/>
          <w:strike w:val="0"/>
          <w:sz w:val="22"/>
          <w:u w:val="single"/>
        </w:rPr>
        <w:t xml:space="preserve">-fueled creeping </w:t>
      </w:r>
      <w:r>
        <w:rPr>
          <w:b w:val="0"/>
          <w:i w:val="0"/>
          <w:smallCaps w:val="0"/>
          <w:strike w:val="0"/>
          <w:sz w:val="22"/>
          <w:highlight w:val="cyan"/>
          <w:u w:val="single"/>
        </w:rPr>
        <w:t xml:space="preserve">authoritarianism is potentially triggering a </w:t>
      </w:r>
      <w:r>
        <w:rPr>
          <w:b/>
          <w:i w:val="0"/>
          <w:smallCaps w:val="0"/>
          <w:strike w:val="0"/>
          <w:sz w:val="24"/>
          <w:highlight w:val="cyan"/>
          <w:u w:val="single"/>
        </w:rPr>
        <w:t>global spread of highly adventurist</w:t>
      </w:r>
      <w:r>
        <w:rPr>
          <w:b/>
          <w:i w:val="0"/>
          <w:smallCaps w:val="0"/>
          <w:strike w:val="0"/>
          <w:sz w:val="24"/>
          <w:u w:val="single"/>
        </w:rPr>
        <w:t xml:space="preserve"> and dangerous </w:t>
      </w:r>
      <w:r>
        <w:rPr>
          <w:b/>
          <w:i w:val="0"/>
          <w:smallCaps w:val="0"/>
          <w:strike w:val="0"/>
          <w:sz w:val="24"/>
          <w:highlight w:val="cyan"/>
          <w:u w:val="single"/>
        </w:rPr>
        <w:t>regimes</w:t>
      </w:r>
      <w:r>
        <w:rPr>
          <w:b/>
          <w:i w:val="0"/>
          <w:smallCaps w:val="0"/>
          <w:strike w:val="0"/>
          <w:sz w:val="24"/>
          <w:u w:val="singl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