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Society 5.0 is overhyped and overlooks multiple factors that exacerbate problems.</w:t>
      </w:r>
    </w:p>
    <w:p>
      <w:pPr>
        <w:spacing w:after="80"/>
      </w:pPr>
      <w:r>
        <w:rPr>
          <w:b/>
          <w:i w:val="0"/>
          <w:smallCaps w:val="0"/>
          <w:strike w:val="0"/>
          <w:sz w:val="26"/>
          <w:u w:val="none"/>
        </w:rPr>
        <w:t>Wu ’23</w:t>
      </w:r>
      <w:r>
        <w:rPr>
          <w:b w:val="0"/>
          <w:i w:val="0"/>
          <w:smallCaps w:val="0"/>
          <w:strike w:val="0"/>
          <w:sz w:val="22"/>
          <w:u w:val="none"/>
        </w:rPr>
        <w:t xml:space="preserve"> [Siegfried; September 13; M.A. in Urban Planning and Design; Springer Link, “</w:t>
      </w:r>
      <w:r>
        <w:rPr>
          <w:b w:val="0"/>
          <w:i w:val="0"/>
          <w:smallCaps w:val="0"/>
          <w:strike w:val="0"/>
          <w:sz w:val="22"/>
          <w:u w:val="none"/>
        </w:rPr>
        <w:t>Critical Array of Society 5.0</w:t>
      </w:r>
      <w:r>
        <w:rPr>
          <w:b w:val="0"/>
          <w:i w:val="0"/>
          <w:smallCaps w:val="0"/>
          <w:strike w:val="0"/>
          <w:sz w:val="22"/>
          <w:u w:val="none"/>
        </w:rPr>
        <w:t xml:space="preserve">,” </w:t>
      </w:r>
      <w:r>
        <w:rPr>
          <w:b w:val="0"/>
          <w:i w:val="0"/>
          <w:smallCaps w:val="0"/>
          <w:strike w:val="0"/>
          <w:sz w:val="22"/>
          <w:u w:val="none"/>
        </w:rPr>
        <w:t>p. 8-9]</w:t>
      </w:r>
      <w:r>
        <w:rPr>
          <w:b w:val="0"/>
          <w:i w:val="0"/>
          <w:smallCaps w:val="0"/>
          <w:strike w:val="0"/>
          <w:sz w:val="22"/>
          <w:u w:val="none"/>
        </w:rPr>
        <w:t>/raghav</w:t>
      </w:r>
    </w:p>
    <w:p>
      <w:pPr>
        <w:spacing w:after="60"/>
      </w:pPr>
      <w:r>
        <w:rPr>
          <w:b w:val="0"/>
          <w:i w:val="0"/>
          <w:smallCaps w:val="0"/>
          <w:strike w:val="0"/>
          <w:sz w:val="22"/>
          <w:u w:val="single"/>
        </w:rPr>
        <w:t xml:space="preserve">The </w:t>
      </w:r>
      <w:r>
        <w:rPr>
          <w:b/>
          <w:i w:val="0"/>
          <w:smallCaps w:val="0"/>
          <w:strike w:val="0"/>
          <w:sz w:val="24"/>
          <w:highlight w:val="cyan"/>
          <w:u w:val="single"/>
        </w:rPr>
        <w:t>excessively simplified</w:t>
      </w:r>
      <w:r>
        <w:rPr>
          <w:b w:val="0"/>
          <w:i w:val="0"/>
          <w:smallCaps w:val="0"/>
          <w:strike w:val="0"/>
          <w:sz w:val="22"/>
          <w:u w:val="single"/>
        </w:rPr>
        <w:t xml:space="preserve"> theoretical </w:t>
      </w:r>
      <w:r>
        <w:rPr>
          <w:b/>
          <w:i w:val="0"/>
          <w:smallCaps w:val="0"/>
          <w:strike w:val="0"/>
          <w:sz w:val="24"/>
          <w:highlight w:val="cyan"/>
          <w:u w:val="single"/>
        </w:rPr>
        <w:t>framework</w:t>
      </w:r>
      <w:r>
        <w:rPr>
          <w:b w:val="0"/>
          <w:i w:val="0"/>
          <w:smallCaps w:val="0"/>
          <w:strike w:val="0"/>
          <w:sz w:val="22"/>
          <w:u w:val="single"/>
        </w:rPr>
        <w:t xml:space="preserve"> of </w:t>
      </w:r>
      <w:r>
        <w:rPr>
          <w:b w:val="0"/>
          <w:i w:val="0"/>
          <w:smallCaps w:val="0"/>
          <w:strike w:val="0"/>
          <w:sz w:val="22"/>
          <w:highlight w:val="cyan"/>
          <w:u w:val="single"/>
        </w:rPr>
        <w:t xml:space="preserve">Society 5.0 </w:t>
      </w:r>
      <w:r>
        <w:rPr>
          <w:b/>
          <w:i w:val="0"/>
          <w:smallCaps w:val="0"/>
          <w:strike w:val="0"/>
          <w:sz w:val="24"/>
          <w:highlight w:val="cyan"/>
          <w:u w:val="single"/>
        </w:rPr>
        <w:t>conceals</w:t>
      </w:r>
      <w:r>
        <w:rPr>
          <w:b w:val="0"/>
          <w:i w:val="0"/>
          <w:smallCaps w:val="0"/>
          <w:strike w:val="0"/>
          <w:sz w:val="22"/>
          <w:u w:val="single"/>
        </w:rPr>
        <w:t xml:space="preserve"> the </w:t>
      </w:r>
      <w:r>
        <w:rPr>
          <w:b w:val="0"/>
          <w:i w:val="0"/>
          <w:smallCaps w:val="0"/>
          <w:strike w:val="0"/>
          <w:sz w:val="22"/>
          <w:highlight w:val="cyan"/>
          <w:u w:val="single"/>
        </w:rPr>
        <w:t>complexity</w:t>
      </w:r>
      <w:r>
        <w:rPr>
          <w:b w:val="0"/>
          <w:i w:val="0"/>
          <w:smallCaps w:val="0"/>
          <w:strike w:val="0"/>
          <w:sz w:val="22"/>
          <w:u w:val="single"/>
        </w:rPr>
        <w:t xml:space="preserve"> of real society, where it is </w:t>
      </w:r>
      <w:r>
        <w:rPr>
          <w:b/>
          <w:i w:val="0"/>
          <w:smallCaps w:val="0"/>
          <w:strike w:val="0"/>
          <w:sz w:val="24"/>
          <w:highlight w:val="cyan"/>
          <w:u w:val="single"/>
        </w:rPr>
        <w:t>difficult</w:t>
      </w:r>
      <w:r>
        <w:rPr>
          <w:b w:val="0"/>
          <w:i w:val="0"/>
          <w:smallCaps w:val="0"/>
          <w:strike w:val="0"/>
          <w:sz w:val="22"/>
          <w:highlight w:val="cyan"/>
          <w:u w:val="single"/>
        </w:rPr>
        <w:t xml:space="preserve"> to </w:t>
      </w:r>
      <w:r>
        <w:rPr>
          <w:b/>
          <w:i w:val="0"/>
          <w:smallCaps w:val="0"/>
          <w:strike w:val="0"/>
          <w:sz w:val="24"/>
          <w:highlight w:val="cyan"/>
          <w:u w:val="single"/>
        </w:rPr>
        <w:t>balance</w:t>
      </w:r>
      <w:r>
        <w:rPr>
          <w:b w:val="0"/>
          <w:i w:val="0"/>
          <w:smallCaps w:val="0"/>
          <w:strike w:val="0"/>
          <w:sz w:val="22"/>
          <w:u w:val="single"/>
        </w:rPr>
        <w:t xml:space="preserve"> individual and collective interests, making it </w:t>
      </w:r>
      <w:r>
        <w:rPr>
          <w:b/>
          <w:i w:val="0"/>
          <w:smallCaps w:val="0"/>
          <w:strike w:val="0"/>
          <w:sz w:val="24"/>
          <w:highlight w:val="cyan"/>
          <w:u w:val="single"/>
        </w:rPr>
        <w:t>impossible</w:t>
      </w:r>
      <w:r>
        <w:rPr>
          <w:b w:val="0"/>
          <w:i w:val="0"/>
          <w:smallCaps w:val="0"/>
          <w:strike w:val="0"/>
          <w:sz w:val="22"/>
          <w:highlight w:val="cyan"/>
          <w:u w:val="single"/>
        </w:rPr>
        <w:t xml:space="preserve"> to meet</w:t>
      </w:r>
      <w:r>
        <w:rPr>
          <w:b w:val="0"/>
          <w:i w:val="0"/>
          <w:smallCaps w:val="0"/>
          <w:strike w:val="0"/>
          <w:sz w:val="22"/>
          <w:u w:val="single"/>
        </w:rPr>
        <w:t xml:space="preserve"> the </w:t>
      </w:r>
      <w:r>
        <w:rPr>
          <w:b/>
          <w:i w:val="0"/>
          <w:smallCaps w:val="0"/>
          <w:strike w:val="0"/>
          <w:sz w:val="24"/>
          <w:highlight w:val="cyan"/>
          <w:u w:val="single"/>
        </w:rPr>
        <w:t>needs</w:t>
      </w:r>
      <w:r>
        <w:rPr>
          <w:b w:val="0"/>
          <w:i w:val="0"/>
          <w:smallCaps w:val="0"/>
          <w:strike w:val="0"/>
          <w:sz w:val="22"/>
          <w:highlight w:val="cyan"/>
          <w:u w:val="single"/>
        </w:rPr>
        <w:t xml:space="preserve"> of everyone</w:t>
      </w:r>
      <w:r>
        <w:rPr>
          <w:b w:val="0"/>
          <w:i w:val="0"/>
          <w:smallCaps w:val="0"/>
          <w:strike w:val="0"/>
          <w:sz w:val="16"/>
          <w:u w:val="none"/>
        </w:rPr>
        <w:t>. T</w:t>
      </w:r>
      <w:r>
        <w:rPr>
          <w:b w:val="0"/>
          <w:i w:val="0"/>
          <w:smallCaps w:val="0"/>
          <w:strike w:val="0"/>
          <w:sz w:val="16"/>
          <w:u w:val="none"/>
        </w:rPr>
        <w:t>h</w:t>
      </w:r>
      <w:r>
        <w:rPr>
          <w:b w:val="0"/>
          <w:i w:val="0"/>
          <w:smallCaps w:val="0"/>
          <w:strike w:val="0"/>
          <w:sz w:val="16"/>
          <w:u w:val="none"/>
        </w:rPr>
        <w:t xml:space="preserve">us, its theory contains </w:t>
      </w:r>
      <w:r>
        <w:rPr>
          <w:b/>
          <w:i w:val="0"/>
          <w:smallCaps w:val="0"/>
          <w:strike w:val="0"/>
          <w:sz w:val="24"/>
          <w:highlight w:val="cyan"/>
          <w:u w:val="single"/>
        </w:rPr>
        <w:t>inherent contradictions</w:t>
      </w:r>
      <w:r>
        <w:rPr>
          <w:b w:val="0"/>
          <w:i w:val="0"/>
          <w:smallCaps w:val="0"/>
          <w:strike w:val="0"/>
          <w:sz w:val="16"/>
          <w:u w:val="none"/>
        </w:rPr>
        <w:t xml:space="preserve">. At the level of driving forces, </w:t>
      </w:r>
      <w:r>
        <w:rPr>
          <w:b w:val="0"/>
          <w:i w:val="0"/>
          <w:smallCaps w:val="0"/>
          <w:strike w:val="0"/>
          <w:sz w:val="22"/>
          <w:u w:val="single"/>
        </w:rPr>
        <w:t xml:space="preserve">Society 5.0 does </w:t>
      </w:r>
      <w:r>
        <w:rPr>
          <w:b/>
          <w:i w:val="0"/>
          <w:smallCaps w:val="0"/>
          <w:strike w:val="0"/>
          <w:sz w:val="24"/>
          <w:highlight w:val="cyan"/>
          <w:u w:val="single"/>
        </w:rPr>
        <w:t>not</w:t>
      </w:r>
      <w:r>
        <w:rPr>
          <w:b w:val="0"/>
          <w:i w:val="0"/>
          <w:smallCaps w:val="0"/>
          <w:strike w:val="0"/>
          <w:sz w:val="22"/>
          <w:highlight w:val="cyan"/>
          <w:u w:val="single"/>
        </w:rPr>
        <w:t xml:space="preserve"> have</w:t>
      </w:r>
      <w:r>
        <w:rPr>
          <w:b w:val="0"/>
          <w:i w:val="0"/>
          <w:smallCaps w:val="0"/>
          <w:strike w:val="0"/>
          <w:sz w:val="22"/>
          <w:u w:val="single"/>
        </w:rPr>
        <w:t xml:space="preserve"> any </w:t>
      </w:r>
      <w:r>
        <w:rPr>
          <w:b/>
          <w:i w:val="0"/>
          <w:smallCaps w:val="0"/>
          <w:strike w:val="0"/>
          <w:sz w:val="24"/>
          <w:highlight w:val="cyan"/>
          <w:u w:val="single"/>
        </w:rPr>
        <w:t>essential</w:t>
      </w:r>
      <w:r>
        <w:rPr>
          <w:b w:val="0"/>
          <w:i w:val="0"/>
          <w:smallCaps w:val="0"/>
          <w:strike w:val="0"/>
          <w:sz w:val="22"/>
          <w:u w:val="single"/>
        </w:rPr>
        <w:t xml:space="preserve"> </w:t>
      </w:r>
      <w:r>
        <w:rPr>
          <w:b/>
          <w:i w:val="0"/>
          <w:smallCaps w:val="0"/>
          <w:strike w:val="0"/>
          <w:sz w:val="24"/>
          <w:highlight w:val="cyan"/>
          <w:u w:val="single"/>
        </w:rPr>
        <w:t>distinctions</w:t>
      </w:r>
      <w:r>
        <w:rPr>
          <w:b w:val="0"/>
          <w:i w:val="0"/>
          <w:smallCaps w:val="0"/>
          <w:strike w:val="0"/>
          <w:sz w:val="22"/>
          <w:u w:val="single"/>
        </w:rPr>
        <w:t xml:space="preserve"> from the information society </w:t>
      </w:r>
      <w:r>
        <w:rPr>
          <w:b w:val="0"/>
          <w:i w:val="0"/>
          <w:smallCaps w:val="0"/>
          <w:strike w:val="0"/>
          <w:sz w:val="22"/>
          <w:highlight w:val="cyan"/>
          <w:u w:val="single"/>
        </w:rPr>
        <w:t xml:space="preserve">and </w:t>
      </w:r>
      <w:r>
        <w:rPr>
          <w:b/>
          <w:i w:val="0"/>
          <w:smallCaps w:val="0"/>
          <w:strike w:val="0"/>
          <w:sz w:val="24"/>
          <w:highlight w:val="cyan"/>
          <w:u w:val="single"/>
        </w:rPr>
        <w:t>fails</w:t>
      </w:r>
      <w:r>
        <w:rPr>
          <w:b w:val="0"/>
          <w:i w:val="0"/>
          <w:smallCaps w:val="0"/>
          <w:strike w:val="0"/>
          <w:sz w:val="22"/>
          <w:highlight w:val="cyan"/>
          <w:u w:val="single"/>
        </w:rPr>
        <w:t xml:space="preserve"> to establish</w:t>
      </w:r>
      <w:r>
        <w:rPr>
          <w:b w:val="0"/>
          <w:i w:val="0"/>
          <w:smallCaps w:val="0"/>
          <w:strike w:val="0"/>
          <w:sz w:val="22"/>
          <w:u w:val="single"/>
        </w:rPr>
        <w:t xml:space="preserve"> a </w:t>
      </w:r>
      <w:r>
        <w:rPr>
          <w:b/>
          <w:i w:val="0"/>
          <w:smallCaps w:val="0"/>
          <w:strike w:val="0"/>
          <w:sz w:val="24"/>
          <w:highlight w:val="cyan"/>
          <w:u w:val="single"/>
        </w:rPr>
        <w:t>new</w:t>
      </w:r>
      <w:r>
        <w:rPr>
          <w:b w:val="0"/>
          <w:i w:val="0"/>
          <w:smallCaps w:val="0"/>
          <w:strike w:val="0"/>
          <w:sz w:val="22"/>
          <w:u w:val="single"/>
        </w:rPr>
        <w:t xml:space="preserve"> social form beyond the </w:t>
      </w:r>
      <w:r>
        <w:rPr>
          <w:b/>
          <w:i w:val="0"/>
          <w:smallCaps w:val="0"/>
          <w:strike w:val="0"/>
          <w:sz w:val="24"/>
          <w:highlight w:val="cyan"/>
          <w:u w:val="single"/>
        </w:rPr>
        <w:t>framework</w:t>
      </w:r>
      <w:r>
        <w:rPr>
          <w:b w:val="0"/>
          <w:i w:val="0"/>
          <w:smallCaps w:val="0"/>
          <w:strike w:val="0"/>
          <w:sz w:val="22"/>
          <w:u w:val="single"/>
        </w:rPr>
        <w:t xml:space="preserve"> of the information society</w:t>
      </w:r>
      <w:r>
        <w:rPr>
          <w:b w:val="0"/>
          <w:i w:val="0"/>
          <w:smallCaps w:val="0"/>
          <w:strike w:val="0"/>
          <w:sz w:val="16"/>
          <w:u w:val="none"/>
        </w:rPr>
        <w:t xml:space="preserve">. From a motivational standpoint, </w:t>
      </w:r>
      <w:r>
        <w:rPr>
          <w:b w:val="0"/>
          <w:i w:val="0"/>
          <w:smallCaps w:val="0"/>
          <w:strike w:val="0"/>
          <w:sz w:val="22"/>
          <w:u w:val="single"/>
        </w:rPr>
        <w:t xml:space="preserve">Society 5.0 represents a </w:t>
      </w:r>
      <w:r>
        <w:rPr>
          <w:b/>
          <w:i w:val="0"/>
          <w:smallCaps w:val="0"/>
          <w:strike w:val="0"/>
          <w:sz w:val="24"/>
          <w:highlight w:val="cyan"/>
          <w:u w:val="single"/>
        </w:rPr>
        <w:t>pessimistic</w:t>
      </w:r>
      <w:r>
        <w:rPr>
          <w:b w:val="0"/>
          <w:i w:val="0"/>
          <w:smallCaps w:val="0"/>
          <w:strike w:val="0"/>
          <w:sz w:val="22"/>
          <w:u w:val="single"/>
        </w:rPr>
        <w:t xml:space="preserve"> </w:t>
      </w:r>
      <w:r>
        <w:rPr>
          <w:b w:val="0"/>
          <w:i w:val="0"/>
          <w:smallCaps w:val="0"/>
          <w:strike w:val="0"/>
          <w:sz w:val="22"/>
          <w:u w:val="single"/>
        </w:rPr>
        <w:t xml:space="preserve">and </w:t>
      </w:r>
      <w:r>
        <w:rPr>
          <w:b/>
          <w:i w:val="0"/>
          <w:smallCaps w:val="0"/>
          <w:strike w:val="0"/>
          <w:sz w:val="24"/>
          <w:highlight w:val="cyan"/>
          <w:u w:val="single"/>
        </w:rPr>
        <w:t>weak cognition</w:t>
      </w:r>
      <w:r>
        <w:rPr>
          <w:b w:val="0"/>
          <w:i w:val="0"/>
          <w:smallCaps w:val="0"/>
          <w:strike w:val="0"/>
          <w:sz w:val="22"/>
          <w:highlight w:val="cyan"/>
          <w:u w:val="single"/>
        </w:rPr>
        <w:t xml:space="preserve"> of humanity</w:t>
      </w:r>
      <w:r>
        <w:rPr>
          <w:b w:val="0"/>
          <w:i w:val="0"/>
          <w:smallCaps w:val="0"/>
          <w:strike w:val="0"/>
          <w:sz w:val="16"/>
          <w:u w:val="none"/>
        </w:rPr>
        <w:t xml:space="preserve">, and the promotion of its conceptual framework is a form of brainwashing for the public. At the element level, while Society 5.0 claims to be human-centric, it fails to genuinely prioritize the position of individuals. </w:t>
      </w:r>
      <w:r>
        <w:rPr>
          <w:b w:val="0"/>
          <w:i w:val="0"/>
          <w:smallCaps w:val="0"/>
          <w:strike w:val="0"/>
          <w:sz w:val="22"/>
          <w:u w:val="single"/>
        </w:rPr>
        <w:t xml:space="preserve">The operation of </w:t>
      </w:r>
      <w:r>
        <w:rPr>
          <w:b w:val="0"/>
          <w:i w:val="0"/>
          <w:smallCaps w:val="0"/>
          <w:strike w:val="0"/>
          <w:sz w:val="22"/>
          <w:highlight w:val="cyan"/>
          <w:u w:val="single"/>
        </w:rPr>
        <w:t xml:space="preserve">Society 5.0 </w:t>
      </w:r>
      <w:r>
        <w:rPr>
          <w:b/>
          <w:i w:val="0"/>
          <w:smallCaps w:val="0"/>
          <w:strike w:val="0"/>
          <w:sz w:val="24"/>
          <w:highlight w:val="cyan"/>
          <w:u w:val="single"/>
        </w:rPr>
        <w:t>exacerbates</w:t>
      </w:r>
      <w:r>
        <w:rPr>
          <w:b w:val="0"/>
          <w:i w:val="0"/>
          <w:smallCaps w:val="0"/>
          <w:strike w:val="0"/>
          <w:sz w:val="22"/>
          <w:u w:val="single"/>
        </w:rPr>
        <w:t xml:space="preserve"> social </w:t>
      </w:r>
      <w:r>
        <w:rPr>
          <w:b w:val="0"/>
          <w:i w:val="0"/>
          <w:smallCaps w:val="0"/>
          <w:strike w:val="0"/>
          <w:sz w:val="22"/>
          <w:highlight w:val="cyan"/>
          <w:u w:val="single"/>
        </w:rPr>
        <w:t>inequality</w:t>
      </w:r>
      <w:r>
        <w:rPr>
          <w:b w:val="0"/>
          <w:i w:val="0"/>
          <w:smallCaps w:val="0"/>
          <w:strike w:val="0"/>
          <w:sz w:val="22"/>
          <w:u w:val="single"/>
        </w:rPr>
        <w:t xml:space="preserve">, </w:t>
      </w:r>
      <w:r>
        <w:rPr>
          <w:b/>
          <w:i w:val="0"/>
          <w:smallCaps w:val="0"/>
          <w:strike w:val="0"/>
          <w:sz w:val="24"/>
          <w:highlight w:val="cyan"/>
          <w:u w:val="single"/>
        </w:rPr>
        <w:t>hinders</w:t>
      </w:r>
      <w:r>
        <w:rPr>
          <w:b w:val="0"/>
          <w:i w:val="0"/>
          <w:smallCaps w:val="0"/>
          <w:strike w:val="0"/>
          <w:sz w:val="22"/>
          <w:u w:val="single"/>
        </w:rPr>
        <w:t xml:space="preserve"> intellectual and moral </w:t>
      </w:r>
      <w:r>
        <w:rPr>
          <w:b/>
          <w:i w:val="0"/>
          <w:smallCaps w:val="0"/>
          <w:strike w:val="0"/>
          <w:sz w:val="24"/>
          <w:highlight w:val="cyan"/>
          <w:u w:val="single"/>
        </w:rPr>
        <w:t>development</w:t>
      </w:r>
      <w:r>
        <w:rPr>
          <w:b w:val="0"/>
          <w:i w:val="0"/>
          <w:smallCaps w:val="0"/>
          <w:strike w:val="0"/>
          <w:sz w:val="22"/>
          <w:u w:val="single"/>
        </w:rPr>
        <w:t xml:space="preserve">, and </w:t>
      </w:r>
      <w:r>
        <w:rPr>
          <w:b w:val="0"/>
          <w:i w:val="0"/>
          <w:smallCaps w:val="0"/>
          <w:strike w:val="0"/>
          <w:sz w:val="22"/>
          <w:highlight w:val="cyan"/>
          <w:u w:val="single"/>
        </w:rPr>
        <w:t xml:space="preserve">makes it </w:t>
      </w:r>
      <w:r>
        <w:rPr>
          <w:b/>
          <w:i w:val="0"/>
          <w:smallCaps w:val="0"/>
          <w:strike w:val="0"/>
          <w:sz w:val="24"/>
          <w:highlight w:val="cyan"/>
          <w:u w:val="single"/>
        </w:rPr>
        <w:t>difficult</w:t>
      </w:r>
      <w:r>
        <w:rPr>
          <w:b w:val="0"/>
          <w:i w:val="0"/>
          <w:smallCaps w:val="0"/>
          <w:strike w:val="0"/>
          <w:sz w:val="22"/>
          <w:highlight w:val="cyan"/>
          <w:u w:val="single"/>
        </w:rPr>
        <w:t xml:space="preserve"> to achieve</w:t>
      </w:r>
      <w:r>
        <w:rPr>
          <w:b w:val="0"/>
          <w:i w:val="0"/>
          <w:smallCaps w:val="0"/>
          <w:strike w:val="0"/>
          <w:sz w:val="22"/>
          <w:u w:val="single"/>
        </w:rPr>
        <w:t xml:space="preserve"> the goals of sustainable </w:t>
      </w:r>
      <w:r>
        <w:rPr>
          <w:b/>
          <w:i w:val="0"/>
          <w:smallCaps w:val="0"/>
          <w:strike w:val="0"/>
          <w:sz w:val="24"/>
          <w:highlight w:val="cyan"/>
          <w:u w:val="single"/>
        </w:rPr>
        <w:t>socio-economic</w:t>
      </w:r>
      <w:r>
        <w:rPr>
          <w:b w:val="0"/>
          <w:i w:val="0"/>
          <w:smallCaps w:val="0"/>
          <w:strike w:val="0"/>
          <w:sz w:val="22"/>
          <w:highlight w:val="cyan"/>
          <w:u w:val="single"/>
        </w:rPr>
        <w:t xml:space="preserve"> development</w:t>
      </w:r>
      <w:r>
        <w:rPr>
          <w:b w:val="0"/>
          <w:i w:val="0"/>
          <w:smallCaps w:val="0"/>
          <w:strike w:val="0"/>
          <w:sz w:val="16"/>
          <w:u w:val="none"/>
        </w:rPr>
        <w:t xml:space="preserve">. Finally, through the observation of failed cases in social practice, it becomes evident that Society 5.0 fundamentally disregards the fundamental needs of individuals and instead becomes a surveillance-oriented society. 3 The root cause of criticism in China </w:t>
      </w:r>
      <w:r>
        <w:rPr>
          <w:b w:val="0"/>
          <w:i w:val="0"/>
          <w:smallCaps w:val="0"/>
          <w:strike w:val="0"/>
          <w:sz w:val="22"/>
          <w:u w:val="single"/>
        </w:rPr>
        <w:t xml:space="preserve">The criticism against </w:t>
      </w:r>
      <w:r>
        <w:rPr>
          <w:b/>
          <w:i w:val="0"/>
          <w:smallCaps w:val="0"/>
          <w:strike w:val="0"/>
          <w:sz w:val="24"/>
          <w:highlight w:val="cyan"/>
          <w:u w:val="single"/>
        </w:rPr>
        <w:t>Society 5.0</w:t>
      </w:r>
      <w:r>
        <w:rPr>
          <w:b w:val="0"/>
          <w:i w:val="0"/>
          <w:smallCaps w:val="0"/>
          <w:strike w:val="0"/>
          <w:sz w:val="22"/>
          <w:u w:val="single"/>
        </w:rPr>
        <w:t xml:space="preserve"> suggests that it is a </w:t>
      </w:r>
      <w:r>
        <w:rPr>
          <w:b w:val="0"/>
          <w:i w:val="0"/>
          <w:smallCaps w:val="0"/>
          <w:strike w:val="0"/>
          <w:sz w:val="22"/>
          <w:highlight w:val="cyan"/>
          <w:u w:val="single"/>
        </w:rPr>
        <w:t xml:space="preserve">false </w:t>
      </w:r>
      <w:r>
        <w:rPr>
          <w:b/>
          <w:i w:val="0"/>
          <w:smallCaps w:val="0"/>
          <w:strike w:val="0"/>
          <w:sz w:val="24"/>
          <w:highlight w:val="cyan"/>
          <w:u w:val="single"/>
        </w:rPr>
        <w:t>proposition</w:t>
      </w:r>
      <w:r>
        <w:rPr>
          <w:b w:val="0"/>
          <w:i w:val="0"/>
          <w:smallCaps w:val="0"/>
          <w:strike w:val="0"/>
          <w:sz w:val="16"/>
          <w:u w:val="none"/>
        </w:rPr>
        <w:t xml:space="preserve">. The introduction of Society 5.0 is the Japanese government’s effort to address challenges such as population aging, declining birth rates, labor shortages, and regional development disparities through technology and innovation. However, the application of information technology to societal development is a complex process, Fig. 4 The three critical arrays of Society 5.0. Source: author Wu et al. Frontiers of Urban and Rural Planning (2023) 1:12 Page 8 of 9 and Society 5.0 only provides a vague goal without specific paths and strategies to overcome challenges in technology, law, ethics, and society. As a result, the actual progress in implementation has been slow. </w:t>
      </w:r>
      <w:r>
        <w:rPr>
          <w:b w:val="0"/>
          <w:i w:val="0"/>
          <w:smallCaps w:val="0"/>
          <w:strike w:val="0"/>
          <w:sz w:val="22"/>
          <w:u w:val="single"/>
        </w:rPr>
        <w:t xml:space="preserve">Although </w:t>
      </w:r>
      <w:r>
        <w:rPr>
          <w:b/>
          <w:i w:val="0"/>
          <w:smallCaps w:val="0"/>
          <w:strike w:val="0"/>
          <w:sz w:val="24"/>
          <w:highlight w:val="cyan"/>
          <w:u w:val="single"/>
        </w:rPr>
        <w:t>emerging</w:t>
      </w:r>
      <w:r>
        <w:rPr>
          <w:b w:val="0"/>
          <w:i w:val="0"/>
          <w:smallCaps w:val="0"/>
          <w:strike w:val="0"/>
          <w:sz w:val="22"/>
          <w:highlight w:val="cyan"/>
          <w:u w:val="single"/>
        </w:rPr>
        <w:t xml:space="preserve"> tech</w:t>
      </w:r>
      <w:r>
        <w:rPr>
          <w:b w:val="0"/>
          <w:i w:val="0"/>
          <w:smallCaps w:val="0"/>
          <w:strike w:val="0"/>
          <w:sz w:val="22"/>
          <w:u w:val="single"/>
        </w:rPr>
        <w:t xml:space="preserve">nologies like AI and big data analytics have brought many conveniences and opportunities to society, they have also </w:t>
      </w:r>
      <w:r>
        <w:rPr>
          <w:b/>
          <w:i w:val="0"/>
          <w:smallCaps w:val="0"/>
          <w:strike w:val="0"/>
          <w:sz w:val="24"/>
          <w:highlight w:val="cyan"/>
          <w:u w:val="single"/>
        </w:rPr>
        <w:t>introduced</w:t>
      </w:r>
      <w:r>
        <w:rPr>
          <w:b w:val="0"/>
          <w:i w:val="0"/>
          <w:smallCaps w:val="0"/>
          <w:strike w:val="0"/>
          <w:sz w:val="22"/>
          <w:u w:val="single"/>
        </w:rPr>
        <w:t xml:space="preserve"> a </w:t>
      </w:r>
      <w:r>
        <w:rPr>
          <w:b w:val="0"/>
          <w:i w:val="0"/>
          <w:smallCaps w:val="0"/>
          <w:strike w:val="0"/>
          <w:sz w:val="22"/>
          <w:u w:val="single"/>
        </w:rPr>
        <w:t>s</w:t>
      </w:r>
      <w:r>
        <w:rPr>
          <w:b w:val="0"/>
          <w:i w:val="0"/>
          <w:smallCaps w:val="0"/>
          <w:strike w:val="0"/>
          <w:sz w:val="22"/>
          <w:u w:val="single"/>
        </w:rPr>
        <w:t xml:space="preserve">eries of </w:t>
      </w:r>
      <w:r>
        <w:rPr>
          <w:b/>
          <w:i w:val="0"/>
          <w:smallCaps w:val="0"/>
          <w:strike w:val="0"/>
          <w:sz w:val="24"/>
          <w:highlight w:val="cyan"/>
          <w:u w:val="single"/>
        </w:rPr>
        <w:t>risks</w:t>
      </w:r>
      <w:r>
        <w:rPr>
          <w:b w:val="0"/>
          <w:i w:val="0"/>
          <w:smallCaps w:val="0"/>
          <w:strike w:val="0"/>
          <w:sz w:val="22"/>
          <w:highlight w:val="cyan"/>
          <w:u w:val="single"/>
        </w:rPr>
        <w:t xml:space="preserve"> and issues</w:t>
      </w:r>
      <w:r>
        <w:rPr>
          <w:b w:val="0"/>
          <w:i w:val="0"/>
          <w:smallCaps w:val="0"/>
          <w:strike w:val="0"/>
          <w:sz w:val="22"/>
          <w:u w:val="single"/>
        </w:rPr>
        <w:t xml:space="preserve"> such as privacy breaches, </w:t>
      </w:r>
      <w:r>
        <w:rPr>
          <w:b/>
          <w:i w:val="0"/>
          <w:smallCaps w:val="0"/>
          <w:strike w:val="0"/>
          <w:sz w:val="24"/>
          <w:highlight w:val="cyan"/>
          <w:u w:val="single"/>
        </w:rPr>
        <w:t>unemployment</w:t>
      </w:r>
      <w:r>
        <w:rPr>
          <w:b w:val="0"/>
          <w:i w:val="0"/>
          <w:smallCaps w:val="0"/>
          <w:strike w:val="0"/>
          <w:sz w:val="22"/>
          <w:u w:val="single"/>
        </w:rPr>
        <w:t xml:space="preserve"> risks, and </w:t>
      </w:r>
      <w:r>
        <w:rPr>
          <w:b/>
          <w:i w:val="0"/>
          <w:smallCaps w:val="0"/>
          <w:strike w:val="0"/>
          <w:sz w:val="24"/>
          <w:highlight w:val="cyan"/>
          <w:u w:val="single"/>
        </w:rPr>
        <w:t>social inequality</w:t>
      </w:r>
      <w:r>
        <w:rPr>
          <w:b w:val="0"/>
          <w:i w:val="0"/>
          <w:smallCaps w:val="0"/>
          <w:strike w:val="0"/>
          <w:sz w:val="22"/>
          <w:u w:val="single"/>
        </w:rPr>
        <w:t xml:space="preserve">. Society 5.0 </w:t>
      </w:r>
      <w:r>
        <w:rPr>
          <w:b w:val="0"/>
          <w:i w:val="0"/>
          <w:smallCaps w:val="0"/>
          <w:strike w:val="0"/>
          <w:sz w:val="22"/>
          <w:highlight w:val="cyan"/>
          <w:u w:val="single"/>
        </w:rPr>
        <w:t>overlooks</w:t>
      </w:r>
      <w:r>
        <w:rPr>
          <w:b w:val="0"/>
          <w:i w:val="0"/>
          <w:smallCaps w:val="0"/>
          <w:strike w:val="0"/>
          <w:sz w:val="22"/>
          <w:u w:val="single"/>
        </w:rPr>
        <w:t xml:space="preserve"> these </w:t>
      </w:r>
      <w:r>
        <w:rPr>
          <w:b/>
          <w:i w:val="0"/>
          <w:smallCaps w:val="0"/>
          <w:strike w:val="0"/>
          <w:sz w:val="24"/>
          <w:highlight w:val="cyan"/>
          <w:u w:val="single"/>
        </w:rPr>
        <w:t>challenges</w:t>
      </w:r>
      <w:r>
        <w:rPr>
          <w:b w:val="0"/>
          <w:i w:val="0"/>
          <w:smallCaps w:val="0"/>
          <w:strike w:val="0"/>
          <w:sz w:val="22"/>
          <w:highlight w:val="cyan"/>
          <w:u w:val="single"/>
        </w:rPr>
        <w:t xml:space="preserve"> and </w:t>
      </w:r>
      <w:r>
        <w:rPr>
          <w:b/>
          <w:i w:val="0"/>
          <w:smallCaps w:val="0"/>
          <w:strike w:val="0"/>
          <w:sz w:val="24"/>
          <w:highlight w:val="cyan"/>
          <w:u w:val="single"/>
        </w:rPr>
        <w:t>fails</w:t>
      </w:r>
      <w:r>
        <w:rPr>
          <w:b w:val="0"/>
          <w:i w:val="0"/>
          <w:smallCaps w:val="0"/>
          <w:strike w:val="0"/>
          <w:sz w:val="22"/>
          <w:highlight w:val="cyan"/>
          <w:u w:val="single"/>
        </w:rPr>
        <w:t xml:space="preserve"> to provide</w:t>
      </w:r>
      <w:r>
        <w:rPr>
          <w:b w:val="0"/>
          <w:i w:val="0"/>
          <w:smallCaps w:val="0"/>
          <w:strike w:val="0"/>
          <w:sz w:val="22"/>
          <w:u w:val="single"/>
        </w:rPr>
        <w:t xml:space="preserve"> sufficient </w:t>
      </w:r>
      <w:r>
        <w:rPr>
          <w:b/>
          <w:i w:val="0"/>
          <w:smallCaps w:val="0"/>
          <w:strike w:val="0"/>
          <w:sz w:val="24"/>
          <w:highlight w:val="cyan"/>
          <w:u w:val="single"/>
        </w:rPr>
        <w:t>solutions</w:t>
      </w:r>
      <w:r>
        <w:rPr>
          <w:b w:val="0"/>
          <w:i w:val="0"/>
          <w:smallCaps w:val="0"/>
          <w:strike w:val="0"/>
          <w:sz w:val="16"/>
          <w:u w:val="none"/>
        </w:rPr>
        <w:t xml:space="preserve">. </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