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Non-obvious and novelty requirements don’t block patenting genetic sequences – all genetic discovery for pathogens is new and non-obvious. Only section 101 excludes patents because of the requirement that it be a “human invention”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Alex </w:t>
      </w:r>
      <w:r>
        <w:rPr>
          <w:b/>
          <w:i w:val="0"/>
          <w:smallCaps w:val="0"/>
          <w:strike w:val="0"/>
          <w:sz w:val="26"/>
          <w:u w:val="none"/>
        </w:rPr>
        <w:t>Moss, 24</w:t>
      </w:r>
      <w:r>
        <w:rPr>
          <w:b w:val="0"/>
          <w:i w:val="0"/>
          <w:smallCaps w:val="0"/>
          <w:strike w:val="0"/>
          <w:u w:val="none"/>
        </w:rPr>
        <w:t xml:space="preserve"> - the executive director of the Public Interest Patent Law Institute. She was previously at the Electronic Frontier Foundation and a patent litigator at Sullivan &amp; Cromwell. After graduating from Stanford Law School, she served as a judicial clerk to the Honorable Timothy B. Dyk of the U.S. Court of Appeals for the Federal Circuit. “Patent Eligibility Limits are Vital to Innovation, Prosperity, and Public Health” 2/21, </w:t>
      </w:r>
    </w:p>
    <w:p>
      <w:pPr>
        <w:spacing w:after="60"/>
      </w:pP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At the hearing,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many references were made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requirements of the Patent 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such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the requirement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non-obviousness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none of them can do what the patent eligibility requirement does: prevent patents from issuing on products and laws of nature that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new discoveries,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 human inventions</w:t>
      </w:r>
      <w:r>
        <w:rPr>
          <w:b w:val="0"/>
          <w:i w:val="0"/>
          <w:smallCaps w:val="0"/>
          <w:strike w:val="0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For example,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eligibility law currently prohibits a patent on the isolated gene sequence of a new COVID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-19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variant</w:t>
      </w:r>
      <w:r>
        <w:rPr>
          <w:b w:val="0"/>
          <w:i w:val="0"/>
          <w:smallCaps w:val="0"/>
          <w:strike w:val="0"/>
          <w:u w:val="none"/>
        </w:rPr>
        <w:t xml:space="preserve"> with unexpected properties that developed through naturally occurring mutations.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 that variant is new and its properties are unexpected, it would not be disclosed or rendered obvious by prior work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field.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Nevertheless, the variant, and its genetic information, is a product of nature rather than a human invention</w:t>
      </w:r>
      <w:r>
        <w:rPr>
          <w:b w:val="0"/>
          <w:i w:val="0"/>
          <w:smallCaps w:val="0"/>
          <w:strike w:val="0"/>
          <w:highlight w:val="cyan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