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w:t>
      </w:r>
      <w:r>
        <w:rPr>
          <w:b/>
          <w:i w:val="0"/>
          <w:smallCaps w:val="0"/>
          <w:strike w:val="0"/>
          <w:sz w:val="26"/>
          <w:u w:val="none"/>
        </w:rPr>
        <w:t xml:space="preserve">andemics are </w:t>
      </w:r>
      <w:r>
        <w:rPr>
          <w:b/>
          <w:i w:val="0"/>
          <w:smallCaps w:val="0"/>
          <w:strike w:val="0"/>
          <w:sz w:val="26"/>
          <w:u w:val="single"/>
        </w:rPr>
        <w:t>inevitable</w:t>
      </w:r>
      <w:r>
        <w:rPr>
          <w:b/>
          <w:i w:val="0"/>
          <w:smallCaps w:val="0"/>
          <w:strike w:val="0"/>
          <w:sz w:val="26"/>
          <w:u w:val="none"/>
        </w:rPr>
        <w:t xml:space="preserve"> and </w:t>
      </w:r>
      <w:r>
        <w:rPr>
          <w:b/>
          <w:i w:val="0"/>
          <w:smallCaps w:val="0"/>
          <w:strike w:val="0"/>
          <w:sz w:val="26"/>
          <w:u w:val="single"/>
        </w:rPr>
        <w:t>increasing</w:t>
      </w:r>
      <w:r>
        <w:rPr>
          <w:b/>
          <w:i w:val="0"/>
          <w:smallCaps w:val="0"/>
          <w:strike w:val="0"/>
          <w:sz w:val="26"/>
          <w:u w:val="none"/>
        </w:rPr>
        <w:t xml:space="preserve"> in frequency – developing </w:t>
      </w:r>
      <w:r>
        <w:rPr>
          <w:b/>
          <w:i w:val="0"/>
          <w:smallCaps w:val="0"/>
          <w:strike w:val="0"/>
          <w:sz w:val="26"/>
          <w:u w:val="single"/>
        </w:rPr>
        <w:t>mitigation</w:t>
      </w:r>
      <w:r>
        <w:rPr>
          <w:b/>
          <w:i w:val="0"/>
          <w:smallCaps w:val="0"/>
          <w:strike w:val="0"/>
          <w:sz w:val="26"/>
          <w:u w:val="none"/>
        </w:rPr>
        <w:t xml:space="preserve"> </w:t>
      </w:r>
      <w:r>
        <w:rPr>
          <w:b/>
          <w:i w:val="0"/>
          <w:smallCaps w:val="0"/>
          <w:strike w:val="0"/>
          <w:sz w:val="26"/>
          <w:u w:val="none"/>
        </w:rPr>
        <w:t xml:space="preserve">and </w:t>
      </w:r>
      <w:r>
        <w:rPr>
          <w:b/>
          <w:i w:val="0"/>
          <w:smallCaps w:val="0"/>
          <w:strike w:val="0"/>
          <w:sz w:val="26"/>
          <w:u w:val="single"/>
        </w:rPr>
        <w:t>international cooperation</w:t>
      </w:r>
      <w:r>
        <w:rPr>
          <w:b/>
          <w:i w:val="0"/>
          <w:smallCaps w:val="0"/>
          <w:strike w:val="0"/>
          <w:sz w:val="26"/>
          <w:u w:val="none"/>
        </w:rPr>
        <w:t xml:space="preserve"> is vital</w:t>
      </w:r>
    </w:p>
    <w:p>
      <w:pPr>
        <w:spacing w:after="80"/>
      </w:pPr>
      <w:r>
        <w:rPr>
          <w:b w:val="0"/>
          <w:i w:val="0"/>
          <w:smallCaps w:val="0"/>
          <w:strike w:val="0"/>
          <w:u w:val="none"/>
        </w:rPr>
        <w:t xml:space="preserve">Abraham </w:t>
      </w:r>
      <w:r>
        <w:rPr>
          <w:b/>
          <w:i w:val="0"/>
          <w:smallCaps w:val="0"/>
          <w:strike w:val="0"/>
          <w:sz w:val="26"/>
          <w:u w:val="none"/>
        </w:rPr>
        <w:t>Haileamlak</w:t>
      </w:r>
      <w:r>
        <w:rPr>
          <w:b/>
          <w:i w:val="0"/>
          <w:smallCaps w:val="0"/>
          <w:strike w:val="0"/>
          <w:sz w:val="26"/>
          <w:u w:val="none"/>
        </w:rPr>
        <w:t>,</w:t>
      </w:r>
      <w:r>
        <w:rPr>
          <w:b w:val="0"/>
          <w:i w:val="0"/>
          <w:smallCaps w:val="0"/>
          <w:strike w:val="0"/>
          <w:u w:val="none"/>
        </w:rPr>
        <w:t xml:space="preserve"> 20</w:t>
      </w:r>
      <w:r>
        <w:rPr>
          <w:b/>
          <w:i w:val="0"/>
          <w:smallCaps w:val="0"/>
          <w:strike w:val="0"/>
          <w:sz w:val="26"/>
          <w:u w:val="none"/>
        </w:rPr>
        <w:t>22</w:t>
      </w:r>
      <w:r>
        <w:rPr>
          <w:b w:val="0"/>
          <w:i w:val="0"/>
          <w:smallCaps w:val="0"/>
          <w:strike w:val="0"/>
          <w:u w:val="none"/>
        </w:rPr>
        <w:t xml:space="preserve"> - MD, Professor of Pediatrics and Child Health “Pandemics Will be More Frequent” Ethiopian Journal of Health Science, 2022 Mar; 32(2): 228. </w:t>
      </w:r>
      <w:r>
        <w:rPr>
          <w:b w:val="0"/>
          <w:i w:val="0"/>
          <w:smallCaps w:val="0"/>
          <w:strike w:val="0"/>
          <w:u w:val="none"/>
        </w:rPr>
        <w:t xml:space="preserve"> //DH</w:t>
      </w:r>
    </w:p>
    <w:p>
      <w:pPr>
        <w:spacing w:after="60"/>
      </w:pPr>
      <w:r>
        <w:rPr>
          <w:b w:val="0"/>
          <w:i w:val="0"/>
          <w:smallCaps w:val="0"/>
          <w:strike w:val="0"/>
          <w:u w:val="none"/>
        </w:rPr>
        <w:t xml:space="preserve">Since the first known pandemic- Antonine plague (165–180) which affected about five million people, </w:t>
      </w:r>
      <w:r>
        <w:rPr>
          <w:b w:val="0"/>
          <w:i w:val="0"/>
          <w:smallCaps w:val="0"/>
          <w:strike w:val="0"/>
          <w:sz w:val="22"/>
          <w:highlight w:val="cyan"/>
          <w:u w:val="single"/>
        </w:rPr>
        <w:t>the world has been hit by several pandemics affecting</w:t>
      </w:r>
      <w:r>
        <w:rPr>
          <w:b w:val="0"/>
          <w:i w:val="0"/>
          <w:smallCaps w:val="0"/>
          <w:strike w:val="0"/>
          <w:highlight w:val="cyan"/>
          <w:u w:val="none"/>
        </w:rPr>
        <w:t xml:space="preserve"> </w:t>
      </w:r>
      <w:r>
        <w:rPr>
          <w:b w:val="0"/>
          <w:i w:val="0"/>
          <w:smallCaps w:val="0"/>
          <w:strike w:val="0"/>
          <w:sz w:val="22"/>
          <w:highlight w:val="cyan"/>
          <w:u w:val="single"/>
        </w:rPr>
        <w:t>millions</w:t>
      </w:r>
      <w:r>
        <w:rPr>
          <w:b w:val="0"/>
          <w:i w:val="0"/>
          <w:smallCaps w:val="0"/>
          <w:strike w:val="0"/>
          <w:sz w:val="22"/>
          <w:u w:val="single"/>
        </w:rPr>
        <w:t xml:space="preserve"> </w:t>
      </w:r>
      <w:r>
        <w:rPr>
          <w:b w:val="0"/>
          <w:i w:val="0"/>
          <w:smallCaps w:val="0"/>
          <w:strike w:val="0"/>
          <w:u w:val="none"/>
        </w:rPr>
        <w:t xml:space="preserve">of people. In the current century, these pandemics are happening so frequently, covering wide areas of the world and affecting millions of people (1). Despite huge scientific and medical advances, </w:t>
      </w:r>
      <w:r>
        <w:rPr>
          <w:b w:val="0"/>
          <w:i w:val="0"/>
          <w:smallCaps w:val="0"/>
          <w:strike w:val="0"/>
          <w:sz w:val="22"/>
          <w:highlight w:val="cyan"/>
          <w:u w:val="single"/>
        </w:rPr>
        <w:t>the potential for diseases to spread is</w:t>
      </w:r>
      <w:r>
        <w:rPr>
          <w:b w:val="0"/>
          <w:i w:val="0"/>
          <w:smallCaps w:val="0"/>
          <w:strike w:val="0"/>
          <w:u w:val="none"/>
        </w:rPr>
        <w:t xml:space="preserve"> </w:t>
      </w:r>
      <w:r>
        <w:rPr>
          <w:b w:val="0"/>
          <w:i w:val="0"/>
          <w:smallCaps w:val="0"/>
          <w:strike w:val="0"/>
          <w:u w:val="none"/>
        </w:rPr>
        <w:t xml:space="preserve">actually </w:t>
      </w:r>
      <w:r>
        <w:rPr>
          <w:b/>
          <w:i w:val="0"/>
          <w:smallCaps w:val="0"/>
          <w:strike w:val="0"/>
          <w:sz w:val="22"/>
          <w:highlight w:val="cyan"/>
          <w:u w:val="single"/>
        </w:rPr>
        <w:t>increasing</w:t>
      </w:r>
      <w:r>
        <w:rPr>
          <w:b w:val="0"/>
          <w:i w:val="0"/>
          <w:smallCaps w:val="0"/>
          <w:strike w:val="0"/>
          <w:highlight w:val="cyan"/>
          <w:u w:val="none"/>
        </w:rPr>
        <w:t xml:space="preserve">, </w:t>
      </w:r>
      <w:r>
        <w:rPr>
          <w:b w:val="0"/>
          <w:i w:val="0"/>
          <w:smallCaps w:val="0"/>
          <w:strike w:val="0"/>
          <w:sz w:val="22"/>
          <w:highlight w:val="cyan"/>
          <w:u w:val="single"/>
        </w:rPr>
        <w:t>and the risk of outbreaks escalating into</w:t>
      </w:r>
      <w:r>
        <w:rPr>
          <w:b w:val="0"/>
          <w:i w:val="0"/>
          <w:smallCaps w:val="0"/>
          <w:strike w:val="0"/>
          <w:u w:val="none"/>
        </w:rPr>
        <w:t xml:space="preserve"> epidemics or </w:t>
      </w:r>
      <w:r>
        <w:rPr>
          <w:b w:val="0"/>
          <w:i w:val="0"/>
          <w:smallCaps w:val="0"/>
          <w:strike w:val="0"/>
          <w:sz w:val="22"/>
          <w:highlight w:val="cyan"/>
          <w:u w:val="single"/>
        </w:rPr>
        <w:t>pandemics</w:t>
      </w:r>
      <w:r>
        <w:rPr>
          <w:b w:val="0"/>
          <w:i w:val="0"/>
          <w:smallCaps w:val="0"/>
          <w:strike w:val="0"/>
          <w:highlight w:val="cyan"/>
          <w:u w:val="none"/>
        </w:rPr>
        <w:t>.</w:t>
      </w:r>
      <w:r>
        <w:rPr>
          <w:b w:val="0"/>
          <w:i w:val="0"/>
          <w:smallCaps w:val="0"/>
          <w:strike w:val="0"/>
          <w:u w:val="none"/>
        </w:rPr>
        <w:t xml:space="preserve"> Several factors do play role for the increase in frequency and coverage of pandemics</w:t>
      </w:r>
      <w:r>
        <w:rPr>
          <w:b w:val="0"/>
          <w:i w:val="0"/>
          <w:smallCaps w:val="0"/>
          <w:strike w:val="0"/>
          <w:sz w:val="22"/>
          <w:u w:val="single"/>
        </w:rPr>
        <w:t xml:space="preserve">. A huge increase in </w:t>
      </w:r>
      <w:r>
        <w:rPr>
          <w:b w:val="0"/>
          <w:i w:val="0"/>
          <w:smallCaps w:val="0"/>
          <w:strike w:val="0"/>
          <w:sz w:val="22"/>
          <w:highlight w:val="cyan"/>
          <w:u w:val="single"/>
        </w:rPr>
        <w:t>globalization</w:t>
      </w:r>
      <w:r>
        <w:rPr>
          <w:b w:val="0"/>
          <w:i w:val="0"/>
          <w:smallCaps w:val="0"/>
          <w:strike w:val="0"/>
          <w:sz w:val="22"/>
          <w:u w:val="single"/>
        </w:rPr>
        <w:t xml:space="preserve"> and connectivity </w:t>
      </w:r>
      <w:r>
        <w:rPr>
          <w:b w:val="0"/>
          <w:i w:val="0"/>
          <w:smallCaps w:val="0"/>
          <w:strike w:val="0"/>
          <w:sz w:val="22"/>
          <w:highlight w:val="cyan"/>
          <w:u w:val="single"/>
        </w:rPr>
        <w:t>has meant</w:t>
      </w:r>
      <w:r>
        <w:rPr>
          <w:b w:val="0"/>
          <w:i w:val="0"/>
          <w:smallCaps w:val="0"/>
          <w:strike w:val="0"/>
          <w:sz w:val="22"/>
          <w:u w:val="single"/>
        </w:rPr>
        <w:t xml:space="preserve"> that </w:t>
      </w:r>
      <w:r>
        <w:rPr>
          <w:b w:val="0"/>
          <w:i w:val="0"/>
          <w:smallCaps w:val="0"/>
          <w:strike w:val="0"/>
          <w:sz w:val="22"/>
          <w:highlight w:val="cyan"/>
          <w:u w:val="single"/>
        </w:rPr>
        <w:t>disease agents can spread</w:t>
      </w:r>
      <w:r>
        <w:rPr>
          <w:b w:val="0"/>
          <w:i w:val="0"/>
          <w:smallCaps w:val="0"/>
          <w:strike w:val="0"/>
          <w:u w:val="none"/>
        </w:rPr>
        <w:t xml:space="preserve"> </w:t>
      </w:r>
      <w:r>
        <w:rPr>
          <w:b w:val="0"/>
          <w:i w:val="0"/>
          <w:smallCaps w:val="0"/>
          <w:strike w:val="0"/>
          <w:sz w:val="22"/>
          <w:u w:val="single"/>
        </w:rPr>
        <w:t>from one side of the world to another</w:t>
      </w:r>
      <w:r>
        <w:rPr>
          <w:b w:val="0"/>
          <w:i w:val="0"/>
          <w:smallCaps w:val="0"/>
          <w:strike w:val="0"/>
          <w:u w:val="none"/>
        </w:rPr>
        <w:t xml:space="preserve"> </w:t>
      </w:r>
      <w:r>
        <w:rPr>
          <w:b w:val="0"/>
          <w:i w:val="0"/>
          <w:smallCaps w:val="0"/>
          <w:strike w:val="0"/>
          <w:sz w:val="22"/>
          <w:highlight w:val="cyan"/>
          <w:u w:val="single"/>
        </w:rPr>
        <w:t xml:space="preserve">within a </w:t>
      </w:r>
      <w:r>
        <w:rPr>
          <w:b/>
          <w:i w:val="0"/>
          <w:smallCaps w:val="0"/>
          <w:strike w:val="0"/>
          <w:sz w:val="22"/>
          <w:highlight w:val="cyan"/>
          <w:u w:val="single"/>
        </w:rPr>
        <w:t>few hours</w:t>
      </w:r>
      <w:r>
        <w:rPr>
          <w:b w:val="0"/>
          <w:i w:val="0"/>
          <w:smallCaps w:val="0"/>
          <w:strike w:val="0"/>
          <w:u w:val="none"/>
        </w:rPr>
        <w:t xml:space="preserve">. The </w:t>
      </w:r>
      <w:r>
        <w:rPr>
          <w:b w:val="0"/>
          <w:i w:val="0"/>
          <w:smallCaps w:val="0"/>
          <w:strike w:val="0"/>
          <w:sz w:val="22"/>
          <w:highlight w:val="cyan"/>
          <w:u w:val="single"/>
        </w:rPr>
        <w:t>major factors contributing to</w:t>
      </w:r>
      <w:r>
        <w:rPr>
          <w:b w:val="0"/>
          <w:i w:val="0"/>
          <w:smallCaps w:val="0"/>
          <w:strike w:val="0"/>
          <w:u w:val="none"/>
        </w:rPr>
        <w:t xml:space="preserve"> the </w:t>
      </w:r>
      <w:r>
        <w:rPr>
          <w:b w:val="0"/>
          <w:i w:val="0"/>
          <w:smallCaps w:val="0"/>
          <w:strike w:val="0"/>
          <w:sz w:val="22"/>
          <w:highlight w:val="cyan"/>
          <w:u w:val="single"/>
        </w:rPr>
        <w:t>increased</w:t>
      </w:r>
      <w:r>
        <w:rPr>
          <w:b w:val="0"/>
          <w:i w:val="0"/>
          <w:smallCaps w:val="0"/>
          <w:strike w:val="0"/>
          <w:u w:val="none"/>
        </w:rPr>
        <w:t xml:space="preserve"> occurrence of </w:t>
      </w:r>
      <w:r>
        <w:rPr>
          <w:b w:val="0"/>
          <w:i w:val="0"/>
          <w:smallCaps w:val="0"/>
          <w:strike w:val="0"/>
          <w:sz w:val="22"/>
          <w:highlight w:val="cyan"/>
          <w:u w:val="single"/>
        </w:rPr>
        <w:t>pandemics are</w:t>
      </w:r>
      <w:r>
        <w:rPr>
          <w:b w:val="0"/>
          <w:i w:val="0"/>
          <w:smallCaps w:val="0"/>
          <w:strike w:val="0"/>
          <w:u w:val="none"/>
        </w:rPr>
        <w:t xml:space="preserve"> (2):</w:t>
      </w:r>
    </w:p>
    <w:p>
      <w:pPr>
        <w:spacing w:after="60"/>
      </w:pPr>
      <w:r>
        <w:rPr>
          <w:b w:val="0"/>
          <w:i w:val="0"/>
          <w:smallCaps w:val="0"/>
          <w:strike w:val="0"/>
          <w:sz w:val="22"/>
          <w:highlight w:val="cyan"/>
          <w:u w:val="single"/>
        </w:rPr>
        <w:t>Travel</w:t>
      </w:r>
      <w:r>
        <w:rPr>
          <w:b w:val="0"/>
          <w:i w:val="0"/>
          <w:smallCaps w:val="0"/>
          <w:strike w:val="0"/>
          <w:u w:val="none"/>
        </w:rPr>
        <w:t>: because of increased ground, water and air transportation connectivity, more people are travelling from one country to another.</w:t>
      </w:r>
    </w:p>
    <w:p>
      <w:pPr>
        <w:spacing w:after="60"/>
      </w:pPr>
      <w:r>
        <w:rPr>
          <w:b w:val="0"/>
          <w:i w:val="0"/>
          <w:smallCaps w:val="0"/>
          <w:strike w:val="0"/>
          <w:sz w:val="22"/>
          <w:highlight w:val="cyan"/>
          <w:u w:val="single"/>
        </w:rPr>
        <w:t>Urbanization</w:t>
      </w:r>
      <w:r>
        <w:rPr>
          <w:b w:val="0"/>
          <w:i w:val="0"/>
          <w:smallCaps w:val="0"/>
          <w:strike w:val="0"/>
          <w:u w:val="none"/>
        </w:rPr>
        <w:t>: The world is transitioning to being more urban. In many cases this means an increasing number of people living in overcrowded and unhygienic environments in which infectious diseases can thrive, without adequate health systems that can deal with these threats.</w:t>
      </w:r>
    </w:p>
    <w:p>
      <w:pPr>
        <w:spacing w:after="60"/>
      </w:pPr>
      <w:r>
        <w:rPr>
          <w:b w:val="0"/>
          <w:i w:val="0"/>
          <w:smallCaps w:val="0"/>
          <w:strike w:val="0"/>
          <w:sz w:val="22"/>
          <w:highlight w:val="cyan"/>
          <w:u w:val="single"/>
        </w:rPr>
        <w:t>Climate Change</w:t>
      </w:r>
      <w:r>
        <w:rPr>
          <w:b w:val="0"/>
          <w:i w:val="0"/>
          <w:smallCaps w:val="0"/>
          <w:strike w:val="0"/>
          <w:u w:val="none"/>
        </w:rPr>
        <w:t xml:space="preserve">: Climate change affects the spread of disease in </w:t>
      </w:r>
      <w:r>
        <w:rPr>
          <w:b w:val="0"/>
          <w:i w:val="0"/>
          <w:smallCaps w:val="0"/>
          <w:strike w:val="0"/>
          <w:u w:val="none"/>
        </w:rPr>
        <w:t>a number of</w:t>
      </w:r>
      <w:r>
        <w:rPr>
          <w:b w:val="0"/>
          <w:i w:val="0"/>
          <w:smallCaps w:val="0"/>
          <w:strike w:val="0"/>
          <w:u w:val="none"/>
        </w:rPr>
        <w:t xml:space="preserve"> ways, such as by altering the natural range of disease carrying insects, like mosquitoes.</w:t>
      </w:r>
    </w:p>
    <w:p>
      <w:pPr>
        <w:spacing w:after="60"/>
      </w:pPr>
      <w:r>
        <w:rPr>
          <w:b w:val="0"/>
          <w:i w:val="0"/>
          <w:smallCaps w:val="0"/>
          <w:strike w:val="0"/>
          <w:sz w:val="22"/>
          <w:highlight w:val="cyan"/>
          <w:u w:val="single"/>
        </w:rPr>
        <w:t>Increased Human-Animal Contac</w:t>
      </w:r>
      <w:r>
        <w:rPr>
          <w:b w:val="0"/>
          <w:i w:val="0"/>
          <w:smallCaps w:val="0"/>
          <w:strike w:val="0"/>
          <w:highlight w:val="cyan"/>
          <w:u w:val="none"/>
        </w:rPr>
        <w:t>t</w:t>
      </w:r>
      <w:r>
        <w:rPr>
          <w:b w:val="0"/>
          <w:i w:val="0"/>
          <w:smallCaps w:val="0"/>
          <w:strike w:val="0"/>
          <w:u w:val="none"/>
        </w:rPr>
        <w:t>: the risk of having outbreaks from zoonotic diseases is increasing because of the changing animal-people interactions. It is well known that when pathogens jump the species barrier, from animals to humans, their ability to spread and the severity of the disease they cause is a potentially lethal unknown.</w:t>
      </w:r>
    </w:p>
    <w:p>
      <w:pPr>
        <w:spacing w:after="60"/>
      </w:pPr>
      <w:r>
        <w:rPr>
          <w:b w:val="0"/>
          <w:i w:val="0"/>
          <w:smallCaps w:val="0"/>
          <w:strike w:val="0"/>
          <w:u w:val="none"/>
        </w:rPr>
        <w:t>Shortage of Health Workers</w:t>
      </w:r>
      <w:r>
        <w:rPr>
          <w:b w:val="0"/>
          <w:i w:val="0"/>
          <w:smallCaps w:val="0"/>
          <w:strike w:val="0"/>
          <w:u w:val="none"/>
        </w:rPr>
        <w:t>: constant migration of health workers from low- and middle-income countries to high-income countries depleted the health workforce in many nations in the regions where epidemic diseases, with the potential to become pandemics, are most likely to originate. Countries with inadequate health workforce in the health systems can easily be vulnerable to the increasing threat of disease outbreaks.</w:t>
      </w:r>
    </w:p>
    <w:p>
      <w:pPr>
        <w:spacing w:after="60"/>
      </w:pPr>
      <w:r>
        <w:rPr>
          <w:b w:val="0"/>
          <w:i w:val="0"/>
          <w:smallCaps w:val="0"/>
          <w:strike w:val="0"/>
          <w:u w:val="none"/>
        </w:rPr>
        <w:t xml:space="preserve">While the world is being ravaged by the COVID-19 pandemic, modeling taking several factors </w:t>
      </w:r>
      <w:r>
        <w:rPr>
          <w:b w:val="0"/>
          <w:i w:val="0"/>
          <w:smallCaps w:val="0"/>
          <w:strike w:val="0"/>
          <w:u w:val="none"/>
        </w:rPr>
        <w:t>in to</w:t>
      </w:r>
      <w:r>
        <w:rPr>
          <w:b w:val="0"/>
          <w:i w:val="0"/>
          <w:smallCaps w:val="0"/>
          <w:strike w:val="0"/>
          <w:u w:val="none"/>
        </w:rPr>
        <w:t xml:space="preserve"> account shows that </w:t>
      </w:r>
      <w:r>
        <w:rPr>
          <w:b w:val="0"/>
          <w:i w:val="0"/>
          <w:smallCaps w:val="0"/>
          <w:strike w:val="0"/>
          <w:sz w:val="22"/>
          <w:highlight w:val="cyan"/>
          <w:u w:val="single"/>
        </w:rPr>
        <w:t>the next pandemic could be much closer than we think</w:t>
      </w:r>
      <w:r>
        <w:rPr>
          <w:b w:val="0"/>
          <w:i w:val="0"/>
          <w:smallCaps w:val="0"/>
          <w:strike w:val="0"/>
          <w:highlight w:val="cyan"/>
          <w:u w:val="none"/>
        </w:rPr>
        <w:t>.</w:t>
      </w:r>
      <w:r>
        <w:rPr>
          <w:b w:val="0"/>
          <w:i w:val="0"/>
          <w:smallCaps w:val="0"/>
          <w:strike w:val="0"/>
          <w:u w:val="none"/>
        </w:rPr>
        <w:t xml:space="preserve"> </w:t>
      </w:r>
      <w:r>
        <w:rPr>
          <w:b w:val="0"/>
          <w:i w:val="0"/>
          <w:smallCaps w:val="0"/>
          <w:strike w:val="0"/>
          <w:sz w:val="22"/>
          <w:u w:val="single"/>
        </w:rPr>
        <w:t>Thorough preparedness for</w:t>
      </w:r>
      <w:r>
        <w:rPr>
          <w:b w:val="0"/>
          <w:i w:val="0"/>
          <w:smallCaps w:val="0"/>
          <w:strike w:val="0"/>
          <w:u w:val="none"/>
        </w:rPr>
        <w:t xml:space="preserve"> timely action and financing for those </w:t>
      </w:r>
      <w:r>
        <w:rPr>
          <w:b w:val="0"/>
          <w:i w:val="0"/>
          <w:smallCaps w:val="0"/>
          <w:strike w:val="0"/>
          <w:sz w:val="22"/>
          <w:highlight w:val="cyan"/>
          <w:u w:val="single"/>
        </w:rPr>
        <w:t>mitigation strategies</w:t>
      </w:r>
      <w:r>
        <w:rPr>
          <w:b w:val="0"/>
          <w:i w:val="0"/>
          <w:smallCaps w:val="0"/>
          <w:strike w:val="0"/>
          <w:u w:val="none"/>
        </w:rPr>
        <w:t xml:space="preserve"> </w:t>
      </w:r>
      <w:r>
        <w:rPr>
          <w:b w:val="0"/>
          <w:i w:val="0"/>
          <w:smallCaps w:val="0"/>
          <w:strike w:val="0"/>
          <w:sz w:val="22"/>
          <w:highlight w:val="cyan"/>
          <w:u w:val="single"/>
        </w:rPr>
        <w:t>are key to ensuring we do not have a repeat</w:t>
      </w:r>
      <w:r>
        <w:rPr>
          <w:b w:val="0"/>
          <w:i w:val="0"/>
          <w:smallCaps w:val="0"/>
          <w:strike w:val="0"/>
          <w:sz w:val="22"/>
          <w:u w:val="single"/>
        </w:rPr>
        <w:t xml:space="preserve"> of the current pandemic</w:t>
      </w:r>
      <w:r>
        <w:rPr>
          <w:b w:val="0"/>
          <w:i w:val="0"/>
          <w:smallCaps w:val="0"/>
          <w:strike w:val="0"/>
          <w:u w:val="none"/>
        </w:rPr>
        <w:t xml:space="preserve"> (3). </w:t>
      </w:r>
      <w:r>
        <w:rPr>
          <w:b w:val="0"/>
          <w:i w:val="0"/>
          <w:smallCaps w:val="0"/>
          <w:strike w:val="0"/>
          <w:sz w:val="22"/>
          <w:highlight w:val="cyan"/>
          <w:u w:val="single"/>
        </w:rPr>
        <w:t>The futur</w:t>
      </w:r>
      <w:r>
        <w:rPr>
          <w:b w:val="0"/>
          <w:i w:val="0"/>
          <w:smallCaps w:val="0"/>
          <w:strike w:val="0"/>
          <w:u w:val="none"/>
        </w:rPr>
        <w:t xml:space="preserve">e </w:t>
      </w:r>
      <w:r>
        <w:rPr>
          <w:b w:val="0"/>
          <w:i w:val="0"/>
          <w:smallCaps w:val="0"/>
          <w:strike w:val="0"/>
          <w:u w:val="none"/>
        </w:rPr>
        <w:t>is</w:t>
      </w:r>
      <w:r>
        <w:rPr>
          <w:b w:val="0"/>
          <w:i w:val="0"/>
          <w:smallCaps w:val="0"/>
          <w:strike w:val="0"/>
          <w:u w:val="none"/>
        </w:rPr>
        <w:t xml:space="preserve"> therefore, </w:t>
      </w:r>
      <w:r>
        <w:rPr>
          <w:b/>
          <w:i w:val="0"/>
          <w:smallCaps w:val="0"/>
          <w:strike w:val="0"/>
          <w:sz w:val="22"/>
          <w:highlight w:val="cyan"/>
          <w:u w:val="single"/>
        </w:rPr>
        <w:t>demands strong collaborations of countries</w:t>
      </w:r>
      <w:r>
        <w:rPr>
          <w:b w:val="0"/>
          <w:i w:val="0"/>
          <w:smallCaps w:val="0"/>
          <w:strike w:val="0"/>
          <w:u w:val="none"/>
        </w:rPr>
        <w:t xml:space="preserve"> and international organizations in defending the upcoming pandemics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