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Stagnant growth causes collapses Canadian national stability— sparks World War III.</w:t>
      </w:r>
    </w:p>
    <w:p>
      <w:pPr>
        <w:spacing w:after="80"/>
      </w:pPr>
      <w:r>
        <w:rPr>
          <w:b w:val="0"/>
          <w:i w:val="0"/>
          <w:smallCaps w:val="0"/>
          <w:strike w:val="0"/>
          <w:sz w:val="22"/>
          <w:u w:val="none"/>
        </w:rPr>
        <w:t xml:space="preserve">Daniel S. </w:t>
      </w:r>
      <w:r>
        <w:rPr>
          <w:b/>
          <w:i w:val="0"/>
          <w:smallCaps w:val="0"/>
          <w:strike w:val="0"/>
          <w:sz w:val="26"/>
          <w:u w:val="none"/>
        </w:rPr>
        <w:t>Matthews ’14</w:t>
      </w:r>
      <w:r>
        <w:rPr>
          <w:b w:val="0"/>
          <w:i w:val="0"/>
          <w:smallCaps w:val="0"/>
          <w:strike w:val="0"/>
          <w:sz w:val="22"/>
          <w:u w:val="none"/>
        </w:rPr>
        <w:t xml:space="preserve"> [Lieutenant currently assigned to Marine Corps University, preparing to take over the role as Naval Gunfire Liaison Officer for III MEF. Matthews has served in a wide range of sea and shore billets. LT Matthews is a native of Warrenton, Virginia, and graduated from Old Dominion University in 2007. “THE QUEBEC WARS”, Daniel S. Matthews, Center for International Maritime Security, 6/20/14, https://cimsec.org/quebec-wars/] //AAA</w:t>
      </w:r>
    </w:p>
    <w:p>
      <w:pPr>
        <w:spacing w:after="60"/>
      </w:pPr>
      <w:r>
        <w:rPr>
          <w:b w:val="0"/>
          <w:i w:val="0"/>
          <w:smallCaps w:val="0"/>
          <w:strike w:val="0"/>
          <w:sz w:val="22"/>
          <w:u w:val="single"/>
        </w:rPr>
        <w:t xml:space="preserve">Thought of </w:t>
      </w:r>
      <w:r>
        <w:rPr>
          <w:b w:val="0"/>
          <w:i w:val="0"/>
          <w:smallCaps w:val="0"/>
          <w:strike w:val="0"/>
          <w:sz w:val="22"/>
          <w:highlight w:val="cyan"/>
          <w:u w:val="single"/>
        </w:rPr>
        <w:t>Canada</w:t>
      </w:r>
      <w:r>
        <w:rPr>
          <w:b w:val="0"/>
          <w:i w:val="0"/>
          <w:smallCaps w:val="0"/>
          <w:strike w:val="0"/>
          <w:sz w:val="22"/>
          <w:u w:val="single"/>
        </w:rPr>
        <w:t xml:space="preserve"> being the </w:t>
      </w:r>
      <w:r>
        <w:rPr>
          <w:b w:val="0"/>
          <w:i w:val="0"/>
          <w:smallCaps w:val="0"/>
          <w:strike w:val="0"/>
          <w:sz w:val="22"/>
          <w:highlight w:val="cyan"/>
          <w:u w:val="single"/>
        </w:rPr>
        <w:t>region where</w:t>
      </w:r>
      <w:r>
        <w:rPr>
          <w:b w:val="0"/>
          <w:i w:val="0"/>
          <w:smallCaps w:val="0"/>
          <w:strike w:val="0"/>
          <w:sz w:val="22"/>
          <w:u w:val="single"/>
        </w:rPr>
        <w:t xml:space="preserve"> the sparks for </w:t>
      </w:r>
      <w:r>
        <w:rPr>
          <w:b w:val="0"/>
          <w:i w:val="0"/>
          <w:smallCaps w:val="0"/>
          <w:strike w:val="0"/>
          <w:sz w:val="22"/>
          <w:highlight w:val="cyan"/>
          <w:u w:val="single"/>
        </w:rPr>
        <w:t>World War III will be struck</w:t>
      </w:r>
      <w:r>
        <w:rPr>
          <w:b w:val="0"/>
          <w:i w:val="0"/>
          <w:smallCaps w:val="0"/>
          <w:strike w:val="0"/>
          <w:sz w:val="14"/>
          <w:u w:val="none"/>
        </w:rPr>
        <w:t xml:space="preserve"> may not seem likely, but </w:t>
      </w:r>
      <w:r>
        <w:rPr>
          <w:b w:val="0"/>
          <w:i w:val="0"/>
          <w:smallCaps w:val="0"/>
          <w:strike w:val="0"/>
          <w:sz w:val="22"/>
          <w:u w:val="single"/>
        </w:rPr>
        <w:t xml:space="preserve">there is one area where a foreign foe could surprise the West: </w:t>
      </w:r>
      <w:r>
        <w:rPr>
          <w:b/>
          <w:i w:val="0"/>
          <w:smallCaps w:val="0"/>
          <w:strike w:val="0"/>
          <w:sz w:val="22"/>
          <w:u w:val="single"/>
        </w:rPr>
        <w:t>Quebec</w:t>
      </w:r>
      <w:r>
        <w:rPr>
          <w:b w:val="0"/>
          <w:i w:val="0"/>
          <w:smallCaps w:val="0"/>
          <w:strike w:val="0"/>
          <w:sz w:val="22"/>
          <w:u w:val="single"/>
        </w:rPr>
        <w:t xml:space="preserve">. </w:t>
      </w:r>
      <w:r>
        <w:rPr>
          <w:b w:val="0"/>
          <w:i w:val="0"/>
          <w:smallCaps w:val="0"/>
          <w:strike w:val="0"/>
          <w:sz w:val="22"/>
          <w:highlight w:val="cyan"/>
          <w:u w:val="single"/>
        </w:rPr>
        <w:t>If Quebec were to secede</w:t>
      </w:r>
      <w:r>
        <w:rPr>
          <w:b w:val="0"/>
          <w:i w:val="0"/>
          <w:smallCaps w:val="0"/>
          <w:strike w:val="0"/>
          <w:sz w:val="22"/>
          <w:u w:val="single"/>
        </w:rPr>
        <w:t xml:space="preserve"> from Canada, two unsettling possibilities could occur. The first is that </w:t>
      </w:r>
      <w:r>
        <w:rPr>
          <w:b w:val="0"/>
          <w:i w:val="0"/>
          <w:smallCaps w:val="0"/>
          <w:strike w:val="0"/>
          <w:sz w:val="22"/>
          <w:highlight w:val="cyan"/>
          <w:u w:val="single"/>
        </w:rPr>
        <w:t>Canada could go to war</w:t>
      </w:r>
      <w:r>
        <w:rPr>
          <w:b w:val="0"/>
          <w:i w:val="0"/>
          <w:smallCaps w:val="0"/>
          <w:strike w:val="0"/>
          <w:sz w:val="22"/>
          <w:u w:val="single"/>
        </w:rPr>
        <w:t xml:space="preserve"> with its wayward province. The second is that some power like </w:t>
      </w:r>
      <w:r>
        <w:rPr>
          <w:b/>
          <w:i w:val="0"/>
          <w:smallCaps w:val="0"/>
          <w:strike w:val="0"/>
          <w:sz w:val="22"/>
          <w:highlight w:val="cyan"/>
          <w:u w:val="single"/>
        </w:rPr>
        <w:t>China</w:t>
      </w:r>
      <w:r>
        <w:rPr>
          <w:b/>
          <w:i w:val="0"/>
          <w:smallCaps w:val="0"/>
          <w:strike w:val="0"/>
          <w:sz w:val="22"/>
          <w:u w:val="single"/>
        </w:rPr>
        <w:t xml:space="preserve"> or </w:t>
      </w:r>
      <w:r>
        <w:rPr>
          <w:b/>
          <w:i w:val="0"/>
          <w:smallCaps w:val="0"/>
          <w:strike w:val="0"/>
          <w:sz w:val="22"/>
          <w:highlight w:val="cyan"/>
          <w:u w:val="single"/>
        </w:rPr>
        <w:t>Russia</w:t>
      </w:r>
      <w:r>
        <w:rPr>
          <w:b/>
          <w:i w:val="0"/>
          <w:smallCaps w:val="0"/>
          <w:strike w:val="0"/>
          <w:sz w:val="22"/>
          <w:u w:val="single"/>
        </w:rPr>
        <w:t xml:space="preserve"> could </w:t>
      </w:r>
      <w:r>
        <w:rPr>
          <w:b/>
          <w:i w:val="0"/>
          <w:smallCaps w:val="0"/>
          <w:strike w:val="0"/>
          <w:sz w:val="22"/>
          <w:highlight w:val="cyan"/>
          <w:u w:val="single"/>
        </w:rPr>
        <w:t>build an alliance with Quebec</w:t>
      </w:r>
      <w:r>
        <w:rPr>
          <w:b w:val="0"/>
          <w:i w:val="0"/>
          <w:smallCaps w:val="0"/>
          <w:strike w:val="0"/>
          <w:sz w:val="22"/>
          <w:u w:val="single"/>
        </w:rPr>
        <w:t>.</w:t>
      </w:r>
      <w:r>
        <w:rPr>
          <w:b w:val="0"/>
          <w:i w:val="0"/>
          <w:smallCaps w:val="0"/>
          <w:strike w:val="0"/>
          <w:sz w:val="14"/>
          <w:u w:val="none"/>
        </w:rPr>
        <w:t xml:space="preserve"> While such possibilities are unlikely, there are means of defense. </w:t>
      </w:r>
      <w:r>
        <w:rPr>
          <w:b w:val="0"/>
          <w:i w:val="0"/>
          <w:smallCaps w:val="0"/>
          <w:strike w:val="0"/>
          <w:sz w:val="22"/>
          <w:u w:val="single"/>
        </w:rPr>
        <w:t xml:space="preserve">If </w:t>
      </w:r>
      <w:r>
        <w:rPr>
          <w:b w:val="0"/>
          <w:i w:val="0"/>
          <w:smallCaps w:val="0"/>
          <w:strike w:val="0"/>
          <w:sz w:val="22"/>
          <w:highlight w:val="cyan"/>
          <w:u w:val="single"/>
        </w:rPr>
        <w:t>Quebec</w:t>
      </w:r>
      <w:r>
        <w:rPr>
          <w:b w:val="0"/>
          <w:i w:val="0"/>
          <w:smallCaps w:val="0"/>
          <w:strike w:val="0"/>
          <w:sz w:val="22"/>
          <w:u w:val="single"/>
        </w:rPr>
        <w:t xml:space="preserve"> were to secede from Canada, there are several points that </w:t>
      </w:r>
      <w:r>
        <w:rPr>
          <w:b w:val="0"/>
          <w:i w:val="0"/>
          <w:smallCaps w:val="0"/>
          <w:strike w:val="0"/>
          <w:sz w:val="22"/>
          <w:highlight w:val="cyan"/>
          <w:u w:val="single"/>
        </w:rPr>
        <w:t xml:space="preserve">could </w:t>
      </w:r>
      <w:r>
        <w:rPr>
          <w:b/>
          <w:i w:val="0"/>
          <w:smallCaps w:val="0"/>
          <w:strike w:val="0"/>
          <w:sz w:val="22"/>
          <w:highlight w:val="cyan"/>
          <w:u w:val="single"/>
        </w:rPr>
        <w:t>spark a civil war</w:t>
      </w:r>
      <w:r>
        <w:rPr>
          <w:b w:val="0"/>
          <w:i w:val="0"/>
          <w:smallCaps w:val="0"/>
          <w:strike w:val="0"/>
          <w:sz w:val="22"/>
          <w:u w:val="single"/>
        </w:rPr>
        <w:t xml:space="preserve"> between the two.</w:t>
      </w:r>
      <w:r>
        <w:rPr>
          <w:b w:val="0"/>
          <w:i w:val="0"/>
          <w:smallCaps w:val="0"/>
          <w:strike w:val="0"/>
          <w:sz w:val="14"/>
          <w:u w:val="none"/>
        </w:rPr>
        <w:t xml:space="preserve"> The least likely would be national pride. </w:t>
      </w:r>
      <w:r>
        <w:rPr>
          <w:b w:val="0"/>
          <w:i w:val="0"/>
          <w:smallCaps w:val="0"/>
          <w:strike w:val="0"/>
          <w:sz w:val="22"/>
          <w:u w:val="single"/>
        </w:rPr>
        <w:t xml:space="preserve">There are several </w:t>
      </w:r>
      <w:r>
        <w:rPr>
          <w:b/>
          <w:i w:val="0"/>
          <w:smallCaps w:val="0"/>
          <w:strike w:val="0"/>
          <w:sz w:val="22"/>
          <w:highlight w:val="cyan"/>
          <w:u w:val="single"/>
        </w:rPr>
        <w:t>economic reasons</w:t>
      </w:r>
      <w:r>
        <w:rPr>
          <w:b w:val="0"/>
          <w:i w:val="0"/>
          <w:smallCaps w:val="0"/>
          <w:strike w:val="0"/>
          <w:sz w:val="22"/>
          <w:u w:val="single"/>
        </w:rPr>
        <w:t xml:space="preserve"> that could </w:t>
      </w:r>
      <w:r>
        <w:rPr>
          <w:b w:val="0"/>
          <w:i w:val="0"/>
          <w:smallCaps w:val="0"/>
          <w:strike w:val="0"/>
          <w:sz w:val="22"/>
          <w:highlight w:val="cyan"/>
          <w:u w:val="single"/>
        </w:rPr>
        <w:t>provide the tinder</w:t>
      </w:r>
      <w:r>
        <w:rPr>
          <w:b w:val="0"/>
          <w:i w:val="0"/>
          <w:smallCaps w:val="0"/>
          <w:strike w:val="0"/>
          <w:sz w:val="22"/>
          <w:u w:val="single"/>
        </w:rPr>
        <w:t xml:space="preserve"> for war. </w:t>
      </w:r>
      <w:r>
        <w:rPr>
          <w:b w:val="0"/>
          <w:i w:val="0"/>
          <w:smallCaps w:val="0"/>
          <w:strike w:val="0"/>
          <w:sz w:val="14"/>
          <w:u w:val="single"/>
        </w:rPr>
        <w:t xml:space="preserve">Quebec controls the mouth of the St. Lawrence River, and Quebec could use that control to wage </w:t>
      </w:r>
      <w:r>
        <w:rPr>
          <w:b w:val="0"/>
          <w:i w:val="0"/>
          <w:smallCaps w:val="0"/>
          <w:strike w:val="0"/>
          <w:sz w:val="22"/>
          <w:highlight w:val="cyan"/>
          <w:u w:val="single"/>
        </w:rPr>
        <w:t>economic war</w:t>
      </w:r>
      <w:r>
        <w:rPr>
          <w:b w:val="0"/>
          <w:i w:val="0"/>
          <w:smallCaps w:val="0"/>
          <w:strike w:val="0"/>
          <w:sz w:val="14"/>
          <w:u w:val="single"/>
        </w:rPr>
        <w:t xml:space="preserve"> with Western Canada. In addition, Quebec possesses significant</w:t>
      </w:r>
      <w:r>
        <w:rPr>
          <w:b w:val="0"/>
          <w:i w:val="0"/>
          <w:smallCaps w:val="0"/>
          <w:strike w:val="0"/>
          <w:sz w:val="22"/>
          <w:u w:val="single"/>
        </w:rPr>
        <w:t xml:space="preserve"> </w:t>
      </w:r>
      <w:r>
        <w:rPr>
          <w:b w:val="0"/>
          <w:i w:val="0"/>
          <w:smallCaps w:val="0"/>
          <w:strike w:val="0"/>
          <w:sz w:val="22"/>
          <w:highlight w:val="cyan"/>
          <w:u w:val="single"/>
        </w:rPr>
        <w:t>reserves of natural resources</w:t>
      </w:r>
      <w:r>
        <w:rPr>
          <w:b w:val="0"/>
          <w:i w:val="0"/>
          <w:smallCaps w:val="0"/>
          <w:strike w:val="0"/>
          <w:sz w:val="22"/>
          <w:u w:val="single"/>
        </w:rPr>
        <w:t xml:space="preserve"> </w:t>
      </w:r>
      <w:r>
        <w:rPr>
          <w:b w:val="0"/>
          <w:i w:val="0"/>
          <w:smallCaps w:val="0"/>
          <w:strike w:val="0"/>
          <w:sz w:val="14"/>
          <w:u w:val="single"/>
        </w:rPr>
        <w:t xml:space="preserve">that currently </w:t>
      </w:r>
      <w:r>
        <w:rPr>
          <w:b w:val="0"/>
          <w:i w:val="0"/>
          <w:smallCaps w:val="0"/>
          <w:strike w:val="0"/>
          <w:sz w:val="22"/>
          <w:highlight w:val="cyan"/>
          <w:u w:val="single"/>
        </w:rPr>
        <w:t>contribute</w:t>
      </w:r>
      <w:r>
        <w:rPr>
          <w:b w:val="0"/>
          <w:i w:val="0"/>
          <w:smallCaps w:val="0"/>
          <w:strike w:val="0"/>
          <w:sz w:val="22"/>
          <w:u w:val="single"/>
        </w:rPr>
        <w:t xml:space="preserve"> </w:t>
      </w:r>
      <w:r>
        <w:rPr>
          <w:b w:val="0"/>
          <w:i w:val="0"/>
          <w:smallCaps w:val="0"/>
          <w:strike w:val="0"/>
          <w:sz w:val="14"/>
          <w:u w:val="single"/>
        </w:rPr>
        <w:t>to the North American economy on a free basis. An independent Quebec would change that.</w:t>
      </w:r>
      <w:r>
        <w:rPr>
          <w:b w:val="0"/>
          <w:i w:val="0"/>
          <w:smallCaps w:val="0"/>
          <w:strike w:val="0"/>
          <w:sz w:val="14"/>
          <w:u w:val="none"/>
        </w:rPr>
        <w:t xml:space="preserve"> Finally, Canada proper would become a split country, with a third of Canadian provinces being geographically separated from the Capital. In light of the fact that no state wants to be divided, and Canada already has several fluttering independence movements, the urge to prevent further dissolution will be strong. While it is true that Canada does not have a large military, and Quebec has none, </w:t>
      </w:r>
      <w:r>
        <w:rPr>
          <w:b w:val="0"/>
          <w:i w:val="0"/>
          <w:smallCaps w:val="0"/>
          <w:strike w:val="0"/>
          <w:sz w:val="22"/>
          <w:u w:val="single"/>
        </w:rPr>
        <w:t>it is not im</w:t>
      </w:r>
      <w:r>
        <w:rPr>
          <w:b/>
          <w:i w:val="0"/>
          <w:smallCaps w:val="0"/>
          <w:strike w:val="0"/>
          <w:sz w:val="22"/>
          <w:u w:val="single"/>
        </w:rPr>
        <w:t>possible for war to break out</w:t>
      </w:r>
      <w:r>
        <w:rPr>
          <w:b w:val="0"/>
          <w:i w:val="0"/>
          <w:smallCaps w:val="0"/>
          <w:strike w:val="0"/>
          <w:sz w:val="22"/>
          <w:u w:val="single"/>
        </w:rPr>
        <w:t xml:space="preserve">. The Quebec separatists have used violence before, most notably with the murder of Quebec Labour Minister Pierre Laporte, and it </w:t>
      </w:r>
      <w:r>
        <w:rPr>
          <w:b w:val="0"/>
          <w:i w:val="0"/>
          <w:smallCaps w:val="0"/>
          <w:strike w:val="0"/>
          <w:sz w:val="22"/>
          <w:highlight w:val="cyan"/>
          <w:u w:val="single"/>
        </w:rPr>
        <w:t>would be easy for</w:t>
      </w:r>
      <w:r>
        <w:rPr>
          <w:b w:val="0"/>
          <w:i w:val="0"/>
          <w:smallCaps w:val="0"/>
          <w:strike w:val="0"/>
          <w:sz w:val="22"/>
          <w:u w:val="single"/>
        </w:rPr>
        <w:t xml:space="preserve"> a semi-independent </w:t>
      </w:r>
      <w:r>
        <w:rPr>
          <w:b w:val="0"/>
          <w:i w:val="0"/>
          <w:smallCaps w:val="0"/>
          <w:strike w:val="0"/>
          <w:sz w:val="22"/>
          <w:highlight w:val="cyan"/>
          <w:u w:val="single"/>
        </w:rPr>
        <w:t>Quebec to buy arms</w:t>
      </w:r>
      <w:r>
        <w:rPr>
          <w:b w:val="0"/>
          <w:i w:val="0"/>
          <w:smallCaps w:val="0"/>
          <w:strike w:val="0"/>
          <w:sz w:val="22"/>
          <w:u w:val="single"/>
        </w:rPr>
        <w:t xml:space="preserve"> on the international market. If Canada did get involved in civil war with Quebec</w:t>
      </w:r>
      <w:r>
        <w:rPr>
          <w:b w:val="0"/>
          <w:i w:val="0"/>
          <w:smallCaps w:val="0"/>
          <w:strike w:val="0"/>
          <w:sz w:val="14"/>
          <w:u w:val="none"/>
        </w:rPr>
        <w:t xml:space="preserve">, there are several options open to both sides if the war drags on. </w:t>
      </w:r>
      <w:r>
        <w:rPr>
          <w:b/>
          <w:i w:val="0"/>
          <w:smallCaps w:val="0"/>
          <w:strike w:val="0"/>
          <w:sz w:val="22"/>
          <w:highlight w:val="cyan"/>
          <w:u w:val="single"/>
        </w:rPr>
        <w:t>Canada could invoke Article 5</w:t>
      </w:r>
      <w:r>
        <w:rPr>
          <w:b w:val="0"/>
          <w:i w:val="0"/>
          <w:smallCaps w:val="0"/>
          <w:strike w:val="0"/>
          <w:sz w:val="22"/>
          <w:u w:val="single"/>
        </w:rPr>
        <w:t xml:space="preserve"> of the NATO treaty, which could </w:t>
      </w:r>
      <w:r>
        <w:rPr>
          <w:b/>
          <w:i w:val="0"/>
          <w:smallCaps w:val="0"/>
          <w:strike w:val="0"/>
          <w:sz w:val="22"/>
          <w:highlight w:val="cyan"/>
          <w:u w:val="single"/>
        </w:rPr>
        <w:t>split NATO</w:t>
      </w:r>
      <w:r>
        <w:rPr>
          <w:b w:val="0"/>
          <w:i w:val="0"/>
          <w:smallCaps w:val="0"/>
          <w:strike w:val="0"/>
          <w:sz w:val="22"/>
          <w:u w:val="single"/>
        </w:rPr>
        <w:t xml:space="preserve"> as </w:t>
      </w:r>
      <w:r>
        <w:rPr>
          <w:b w:val="0"/>
          <w:i w:val="0"/>
          <w:smallCaps w:val="0"/>
          <w:strike w:val="0"/>
          <w:sz w:val="22"/>
          <w:highlight w:val="cyan"/>
          <w:u w:val="single"/>
        </w:rPr>
        <w:t>France</w:t>
      </w:r>
      <w:r>
        <w:rPr>
          <w:b w:val="0"/>
          <w:i w:val="0"/>
          <w:smallCaps w:val="0"/>
          <w:strike w:val="0"/>
          <w:sz w:val="22"/>
          <w:u w:val="single"/>
        </w:rPr>
        <w:t xml:space="preserve"> has traditionally expressed support for Francophone Quebec. It is unlikely </w:t>
      </w:r>
      <w:r>
        <w:rPr>
          <w:b w:val="0"/>
          <w:i w:val="0"/>
          <w:smallCaps w:val="0"/>
          <w:strike w:val="0"/>
          <w:sz w:val="22"/>
          <w:highlight w:val="cyan"/>
          <w:u w:val="single"/>
        </w:rPr>
        <w:t>Britain</w:t>
      </w:r>
      <w:r>
        <w:rPr>
          <w:b w:val="0"/>
          <w:i w:val="0"/>
          <w:smallCaps w:val="0"/>
          <w:strike w:val="0"/>
          <w:sz w:val="22"/>
          <w:u w:val="single"/>
        </w:rPr>
        <w:t xml:space="preserve"> would be unconcerned with a core Commonwealth state being </w:t>
      </w:r>
      <w:r>
        <w:rPr>
          <w:b w:val="0"/>
          <w:i w:val="0"/>
          <w:smallCaps w:val="0"/>
          <w:strike w:val="0"/>
          <w:sz w:val="22"/>
          <w:highlight w:val="cyan"/>
          <w:u w:val="single"/>
        </w:rPr>
        <w:t>embroiled in civil war</w:t>
      </w:r>
      <w:r>
        <w:rPr>
          <w:b w:val="0"/>
          <w:i w:val="0"/>
          <w:smallCaps w:val="0"/>
          <w:strike w:val="0"/>
          <w:sz w:val="22"/>
          <w:u w:val="single"/>
        </w:rPr>
        <w:t xml:space="preserve">; especially depending on how the vote for Scottish independence goes this year. </w:t>
      </w:r>
      <w:r>
        <w:rPr>
          <w:b/>
          <w:i w:val="0"/>
          <w:smallCaps w:val="0"/>
          <w:strike w:val="0"/>
          <w:sz w:val="22"/>
          <w:u w:val="single"/>
        </w:rPr>
        <w:t xml:space="preserve">The </w:t>
      </w:r>
      <w:r>
        <w:rPr>
          <w:b/>
          <w:i w:val="0"/>
          <w:smallCaps w:val="0"/>
          <w:strike w:val="0"/>
          <w:sz w:val="22"/>
          <w:highlight w:val="cyan"/>
          <w:u w:val="single"/>
        </w:rPr>
        <w:t>U</w:t>
      </w:r>
      <w:r>
        <w:rPr>
          <w:b/>
          <w:i w:val="0"/>
          <w:smallCaps w:val="0"/>
          <w:strike w:val="0"/>
          <w:sz w:val="22"/>
          <w:u w:val="single"/>
        </w:rPr>
        <w:t xml:space="preserve">nited </w:t>
      </w:r>
      <w:r>
        <w:rPr>
          <w:b/>
          <w:i w:val="0"/>
          <w:smallCaps w:val="0"/>
          <w:strike w:val="0"/>
          <w:sz w:val="22"/>
          <w:highlight w:val="cyan"/>
          <w:u w:val="single"/>
        </w:rPr>
        <w:t>S</w:t>
      </w:r>
      <w:r>
        <w:rPr>
          <w:b/>
          <w:i w:val="0"/>
          <w:smallCaps w:val="0"/>
          <w:strike w:val="0"/>
          <w:sz w:val="22"/>
          <w:u w:val="single"/>
        </w:rPr>
        <w:t xml:space="preserve">tates </w:t>
      </w:r>
      <w:r>
        <w:rPr>
          <w:b/>
          <w:i w:val="0"/>
          <w:smallCaps w:val="0"/>
          <w:strike w:val="0"/>
          <w:sz w:val="22"/>
          <w:highlight w:val="cyan"/>
          <w:u w:val="single"/>
        </w:rPr>
        <w:t>would be committed</w:t>
      </w:r>
      <w:r>
        <w:rPr>
          <w:b w:val="0"/>
          <w:i w:val="0"/>
          <w:smallCaps w:val="0"/>
          <w:strike w:val="0"/>
          <w:sz w:val="22"/>
          <w:u w:val="single"/>
        </w:rPr>
        <w:t xml:space="preserve">, as they are deeply intertwined with Canada at every level. </w:t>
      </w:r>
      <w:r>
        <w:rPr>
          <w:b/>
          <w:i w:val="0"/>
          <w:smallCaps w:val="0"/>
          <w:strike w:val="0"/>
          <w:sz w:val="22"/>
          <w:u w:val="single"/>
        </w:rPr>
        <w:t xml:space="preserve">States like </w:t>
      </w:r>
      <w:r>
        <w:rPr>
          <w:b/>
          <w:i w:val="0"/>
          <w:smallCaps w:val="0"/>
          <w:strike w:val="0"/>
          <w:sz w:val="22"/>
          <w:highlight w:val="cyan"/>
          <w:u w:val="single"/>
        </w:rPr>
        <w:t>Russia, China</w:t>
      </w:r>
      <w:r>
        <w:rPr>
          <w:b/>
          <w:i w:val="0"/>
          <w:smallCaps w:val="0"/>
          <w:strike w:val="0"/>
          <w:sz w:val="22"/>
          <w:u w:val="single"/>
        </w:rPr>
        <w:t xml:space="preserve">, or </w:t>
      </w:r>
      <w:r>
        <w:rPr>
          <w:b/>
          <w:i w:val="0"/>
          <w:smallCaps w:val="0"/>
          <w:strike w:val="0"/>
          <w:sz w:val="22"/>
          <w:highlight w:val="cyan"/>
          <w:u w:val="single"/>
        </w:rPr>
        <w:t>Iran could use the</w:t>
      </w:r>
      <w:r>
        <w:rPr>
          <w:b/>
          <w:i w:val="0"/>
          <w:smallCaps w:val="0"/>
          <w:strike w:val="0"/>
          <w:sz w:val="22"/>
          <w:u w:val="single"/>
        </w:rPr>
        <w:t xml:space="preserve"> distraction of a </w:t>
      </w:r>
      <w:r>
        <w:rPr>
          <w:b/>
          <w:i w:val="0"/>
          <w:smallCaps w:val="0"/>
          <w:strike w:val="0"/>
          <w:sz w:val="22"/>
          <w:highlight w:val="cyan"/>
          <w:u w:val="single"/>
        </w:rPr>
        <w:t>civil war</w:t>
      </w:r>
      <w:r>
        <w:rPr>
          <w:b w:val="0"/>
          <w:i w:val="0"/>
          <w:smallCaps w:val="0"/>
          <w:strike w:val="0"/>
          <w:sz w:val="22"/>
          <w:u w:val="single"/>
        </w:rPr>
        <w:t xml:space="preserve"> in the very center of the Anglosphere </w:t>
      </w:r>
      <w:r>
        <w:rPr>
          <w:b w:val="0"/>
          <w:i w:val="0"/>
          <w:smallCaps w:val="0"/>
          <w:strike w:val="0"/>
          <w:sz w:val="22"/>
          <w:highlight w:val="cyan"/>
          <w:u w:val="single"/>
        </w:rPr>
        <w:t>to</w:t>
      </w:r>
      <w:r>
        <w:rPr>
          <w:b w:val="0"/>
          <w:i w:val="0"/>
          <w:smallCaps w:val="0"/>
          <w:strike w:val="0"/>
          <w:sz w:val="22"/>
          <w:u w:val="single"/>
        </w:rPr>
        <w:t xml:space="preserve"> press their boundaries with the Western Alliance. Furthermore, they could start </w:t>
      </w:r>
      <w:r>
        <w:rPr>
          <w:b w:val="0"/>
          <w:i w:val="0"/>
          <w:smallCaps w:val="0"/>
          <w:strike w:val="0"/>
          <w:sz w:val="22"/>
          <w:highlight w:val="cyan"/>
          <w:u w:val="single"/>
        </w:rPr>
        <w:t>support</w:t>
      </w:r>
      <w:r>
        <w:rPr>
          <w:b w:val="0"/>
          <w:i w:val="0"/>
          <w:smallCaps w:val="0"/>
          <w:strike w:val="0"/>
          <w:sz w:val="22"/>
          <w:u w:val="single"/>
        </w:rPr>
        <w:t xml:space="preserve">ing the </w:t>
      </w:r>
      <w:r>
        <w:rPr>
          <w:b w:val="0"/>
          <w:i w:val="0"/>
          <w:smallCaps w:val="0"/>
          <w:strike w:val="0"/>
          <w:sz w:val="22"/>
          <w:highlight w:val="cyan"/>
          <w:u w:val="single"/>
        </w:rPr>
        <w:t>Quebec</w:t>
      </w:r>
      <w:r>
        <w:rPr>
          <w:b w:val="0"/>
          <w:i w:val="0"/>
          <w:smallCaps w:val="0"/>
          <w:strike w:val="0"/>
          <w:sz w:val="22"/>
          <w:u w:val="single"/>
        </w:rPr>
        <w:t xml:space="preserve"> rebels, either directly or through third party means. If the war was presaged by an internationally recognized referendum, then Russia or China could take the position that they are upholding international norms, and paint the Western states in a negative light. </w:t>
      </w:r>
      <w:r>
        <w:rPr>
          <w:b/>
          <w:i w:val="0"/>
          <w:smallCaps w:val="0"/>
          <w:strike w:val="0"/>
          <w:sz w:val="22"/>
          <w:u w:val="single"/>
        </w:rPr>
        <w:t xml:space="preserve">Attempts at arming the rebels or openly </w:t>
      </w:r>
      <w:r>
        <w:rPr>
          <w:b/>
          <w:i w:val="0"/>
          <w:smallCaps w:val="0"/>
          <w:strike w:val="0"/>
          <w:sz w:val="22"/>
          <w:highlight w:val="cyan"/>
          <w:u w:val="single"/>
        </w:rPr>
        <w:t>supporting them</w:t>
      </w:r>
      <w:r>
        <w:rPr>
          <w:b w:val="0"/>
          <w:i w:val="0"/>
          <w:smallCaps w:val="0"/>
          <w:strike w:val="0"/>
          <w:sz w:val="22"/>
          <w:highlight w:val="cyan"/>
          <w:u w:val="single"/>
        </w:rPr>
        <w:t xml:space="preserve"> would directly threaten</w:t>
      </w:r>
      <w:r>
        <w:rPr>
          <w:b w:val="0"/>
          <w:i w:val="0"/>
          <w:smallCaps w:val="0"/>
          <w:strike w:val="0"/>
          <w:sz w:val="22"/>
          <w:u w:val="single"/>
        </w:rPr>
        <w:t xml:space="preserve"> the fundamental security of </w:t>
      </w:r>
      <w:r>
        <w:rPr>
          <w:b w:val="0"/>
          <w:i w:val="0"/>
          <w:smallCaps w:val="0"/>
          <w:strike w:val="0"/>
          <w:sz w:val="22"/>
          <w:highlight w:val="cyan"/>
          <w:u w:val="single"/>
        </w:rPr>
        <w:t>the United States</w:t>
      </w:r>
      <w:r>
        <w:rPr>
          <w:b w:val="0"/>
          <w:i w:val="0"/>
          <w:smallCaps w:val="0"/>
          <w:strike w:val="0"/>
          <w:sz w:val="22"/>
          <w:u w:val="single"/>
        </w:rPr>
        <w:t xml:space="preserve">, as it would provide a foothold on the continent from which hostile states could threaten the United States. </w:t>
      </w:r>
      <w:r>
        <w:rPr>
          <w:b w:val="0"/>
          <w:i w:val="0"/>
          <w:smallCaps w:val="0"/>
          <w:strike w:val="0"/>
          <w:sz w:val="14"/>
          <w:u w:val="none"/>
        </w:rPr>
        <w:t xml:space="preserve">While the first scenario of a successful Quebec independence movement immediately descending into world war is unlikely, </w:t>
      </w:r>
      <w:r>
        <w:rPr>
          <w:b w:val="0"/>
          <w:i w:val="0"/>
          <w:smallCaps w:val="0"/>
          <w:strike w:val="0"/>
          <w:sz w:val="22"/>
          <w:u w:val="single"/>
        </w:rPr>
        <w:t xml:space="preserve">the far more </w:t>
      </w:r>
      <w:r>
        <w:rPr>
          <w:b/>
          <w:i w:val="0"/>
          <w:smallCaps w:val="0"/>
          <w:strike w:val="0"/>
          <w:sz w:val="22"/>
          <w:u w:val="single"/>
        </w:rPr>
        <w:t xml:space="preserve">dangerous one of an independent </w:t>
      </w:r>
      <w:r>
        <w:rPr>
          <w:b/>
          <w:i w:val="0"/>
          <w:smallCaps w:val="0"/>
          <w:strike w:val="0"/>
          <w:sz w:val="22"/>
          <w:highlight w:val="cyan"/>
          <w:u w:val="single"/>
        </w:rPr>
        <w:t>Quebec making allies with states hostile to the West</w:t>
      </w:r>
      <w:r>
        <w:rPr>
          <w:b w:val="0"/>
          <w:i w:val="0"/>
          <w:smallCaps w:val="0"/>
          <w:strike w:val="0"/>
          <w:sz w:val="22"/>
          <w:u w:val="single"/>
        </w:rPr>
        <w:t xml:space="preserve"> is possible. An independent Quebec would have the full ability to make alliances with foreign powers, and it is unlikely they would be readily welcomed into NATO, NAFTA, or other treaties with the Western powers. Canada would put pressure on any attempts to allow Quebec a seat at the table, and European countries would be wary of admitting Quebec, as </w:t>
      </w:r>
      <w:r>
        <w:rPr>
          <w:b w:val="0"/>
          <w:i w:val="0"/>
          <w:smallCaps w:val="0"/>
          <w:strike w:val="0"/>
          <w:sz w:val="22"/>
          <w:highlight w:val="cyan"/>
          <w:u w:val="single"/>
        </w:rPr>
        <w:t>it could fuel separatist movements</w:t>
      </w:r>
      <w:r>
        <w:rPr>
          <w:b w:val="0"/>
          <w:i w:val="0"/>
          <w:smallCaps w:val="0"/>
          <w:strike w:val="0"/>
          <w:sz w:val="22"/>
          <w:u w:val="single"/>
        </w:rPr>
        <w:t xml:space="preserve"> within their own countries</w:t>
      </w:r>
      <w:r>
        <w:rPr>
          <w:b w:val="0"/>
          <w:i w:val="0"/>
          <w:smallCaps w:val="0"/>
          <w:strike w:val="0"/>
          <w:sz w:val="14"/>
          <w:u w:val="none"/>
        </w:rPr>
        <w:t xml:space="preserve">. In addition, the United States would not want the possibility of Canada dissolving, even if most of the providences would likely join the United States. This method of amalgamation would be undesirable, if for no other reason than there is no guarantee that each section of Canada would join the US, </w:t>
      </w:r>
      <w:r>
        <w:rPr>
          <w:b w:val="0"/>
          <w:i w:val="0"/>
          <w:smallCaps w:val="0"/>
          <w:strike w:val="0"/>
          <w:sz w:val="22"/>
          <w:highlight w:val="cyan"/>
          <w:u w:val="single"/>
        </w:rPr>
        <w:t>and</w:t>
      </w:r>
      <w:r>
        <w:rPr>
          <w:b w:val="0"/>
          <w:i w:val="0"/>
          <w:smallCaps w:val="0"/>
          <w:strike w:val="0"/>
          <w:sz w:val="14"/>
          <w:u w:val="none"/>
        </w:rPr>
        <w:t xml:space="preserve"> a unified Canada is better for the US than a series of states on its northern border. </w:t>
      </w:r>
      <w:r>
        <w:rPr>
          <w:b w:val="0"/>
          <w:i w:val="0"/>
          <w:smallCaps w:val="0"/>
          <w:strike w:val="0"/>
          <w:sz w:val="22"/>
          <w:u w:val="single"/>
        </w:rPr>
        <w:t xml:space="preserve">The dissolution of Canada could also </w:t>
      </w:r>
      <w:r>
        <w:rPr>
          <w:b/>
          <w:i w:val="0"/>
          <w:smallCaps w:val="0"/>
          <w:strike w:val="0"/>
          <w:sz w:val="22"/>
          <w:highlight w:val="cyan"/>
          <w:u w:val="single"/>
        </w:rPr>
        <w:t>embolden separatist movements in the</w:t>
      </w:r>
      <w:r>
        <w:rPr>
          <w:b/>
          <w:i w:val="0"/>
          <w:smallCaps w:val="0"/>
          <w:strike w:val="0"/>
          <w:sz w:val="22"/>
          <w:u w:val="single"/>
        </w:rPr>
        <w:t xml:space="preserve"> </w:t>
      </w:r>
      <w:r>
        <w:rPr>
          <w:b/>
          <w:i w:val="0"/>
          <w:smallCaps w:val="0"/>
          <w:strike w:val="0"/>
          <w:sz w:val="22"/>
          <w:highlight w:val="cyan"/>
          <w:u w:val="single"/>
        </w:rPr>
        <w:t>U</w:t>
      </w:r>
      <w:r>
        <w:rPr>
          <w:b/>
          <w:i w:val="0"/>
          <w:smallCaps w:val="0"/>
          <w:strike w:val="0"/>
          <w:sz w:val="22"/>
          <w:u w:val="single"/>
        </w:rPr>
        <w:t xml:space="preserve">nited </w:t>
      </w:r>
      <w:r>
        <w:rPr>
          <w:b/>
          <w:i w:val="0"/>
          <w:smallCaps w:val="0"/>
          <w:strike w:val="0"/>
          <w:sz w:val="22"/>
          <w:highlight w:val="cyan"/>
          <w:u w:val="single"/>
        </w:rPr>
        <w:t>S</w:t>
      </w:r>
      <w:r>
        <w:rPr>
          <w:b/>
          <w:i w:val="0"/>
          <w:smallCaps w:val="0"/>
          <w:strike w:val="0"/>
          <w:sz w:val="22"/>
          <w:u w:val="single"/>
        </w:rPr>
        <w:t>tates</w:t>
      </w:r>
      <w:r>
        <w:rPr>
          <w:b w:val="0"/>
          <w:i w:val="0"/>
          <w:smallCaps w:val="0"/>
          <w:strike w:val="0"/>
          <w:sz w:val="22"/>
          <w:u w:val="single"/>
        </w:rPr>
        <w:t xml:space="preserve">. Given the internal danger to Western countries an independent Quebec would present, it is likely that </w:t>
      </w:r>
      <w:r>
        <w:rPr>
          <w:b w:val="0"/>
          <w:i w:val="0"/>
          <w:smallCaps w:val="0"/>
          <w:strike w:val="0"/>
          <w:sz w:val="22"/>
          <w:highlight w:val="cyan"/>
          <w:u w:val="single"/>
        </w:rPr>
        <w:t>Quebec would</w:t>
      </w:r>
      <w:r>
        <w:rPr>
          <w:b w:val="0"/>
          <w:i w:val="0"/>
          <w:smallCaps w:val="0"/>
          <w:strike w:val="0"/>
          <w:sz w:val="22"/>
          <w:u w:val="single"/>
        </w:rPr>
        <w:t xml:space="preserve"> be forced to </w:t>
      </w:r>
      <w:r>
        <w:rPr>
          <w:b w:val="0"/>
          <w:i w:val="0"/>
          <w:smallCaps w:val="0"/>
          <w:strike w:val="0"/>
          <w:sz w:val="22"/>
          <w:highlight w:val="cyan"/>
          <w:u w:val="single"/>
        </w:rPr>
        <w:t>look for</w:t>
      </w:r>
      <w:r>
        <w:rPr>
          <w:b w:val="0"/>
          <w:i w:val="0"/>
          <w:smallCaps w:val="0"/>
          <w:strike w:val="0"/>
          <w:sz w:val="22"/>
          <w:u w:val="single"/>
        </w:rPr>
        <w:t xml:space="preserve"> friends elsewhere</w:t>
      </w:r>
      <w:r>
        <w:rPr>
          <w:b/>
          <w:i w:val="0"/>
          <w:smallCaps w:val="0"/>
          <w:strike w:val="0"/>
          <w:sz w:val="22"/>
          <w:u w:val="single"/>
        </w:rPr>
        <w:t xml:space="preserve">. </w:t>
      </w:r>
      <w:r>
        <w:rPr>
          <w:b/>
          <w:i w:val="0"/>
          <w:smallCaps w:val="0"/>
          <w:strike w:val="0"/>
          <w:sz w:val="22"/>
          <w:highlight w:val="cyan"/>
          <w:u w:val="single"/>
        </w:rPr>
        <w:t>Russia and China</w:t>
      </w:r>
      <w:r>
        <w:rPr>
          <w:b/>
          <w:i w:val="0"/>
          <w:smallCaps w:val="0"/>
          <w:strike w:val="0"/>
          <w:sz w:val="22"/>
          <w:u w:val="single"/>
        </w:rPr>
        <w:t xml:space="preserve"> are the most likely</w:t>
      </w:r>
      <w:r>
        <w:rPr>
          <w:b w:val="0"/>
          <w:i w:val="0"/>
          <w:smallCaps w:val="0"/>
          <w:strike w:val="0"/>
          <w:sz w:val="22"/>
          <w:u w:val="single"/>
        </w:rPr>
        <w:t xml:space="preserve"> candidates. </w:t>
      </w:r>
      <w:r>
        <w:rPr>
          <w:b w:val="0"/>
          <w:i w:val="0"/>
          <w:smallCaps w:val="0"/>
          <w:strike w:val="0"/>
          <w:sz w:val="14"/>
          <w:u w:val="none"/>
        </w:rPr>
        <w:t>Both countries would be interested in the natural resources of Quebec. China and Russia would also both enjoy the prospects of helping to develop Quebec’s Arctic resources.</w:t>
      </w:r>
      <w:r>
        <w:rPr>
          <w:b w:val="0"/>
          <w:i w:val="0"/>
          <w:smallCaps w:val="0"/>
          <w:strike w:val="0"/>
          <w:sz w:val="22"/>
          <w:u w:val="single"/>
        </w:rPr>
        <w:t xml:space="preserve"> </w:t>
      </w:r>
      <w:r>
        <w:rPr>
          <w:b w:val="0"/>
          <w:i w:val="0"/>
          <w:smallCaps w:val="0"/>
          <w:strike w:val="0"/>
          <w:sz w:val="14"/>
          <w:u w:val="none"/>
        </w:rPr>
        <w:t>In addition, the possibility of a military alliance with Quebec would present an opportunity not present since Alaska became part of the United States; a land connection to the United States. Right now the Anglosphere is protected by its island status, with no major hostile powers sharing a land border with any member</w:t>
      </w:r>
      <w:r>
        <w:rPr>
          <w:b w:val="0"/>
          <w:i w:val="0"/>
          <w:smallCaps w:val="0"/>
          <w:strike w:val="0"/>
          <w:sz w:val="22"/>
          <w:u w:val="single"/>
        </w:rPr>
        <w:t xml:space="preserve">. An </w:t>
      </w:r>
      <w:r>
        <w:rPr>
          <w:b/>
          <w:i w:val="0"/>
          <w:smallCaps w:val="0"/>
          <w:strike w:val="0"/>
          <w:sz w:val="22"/>
          <w:highlight w:val="cyan"/>
          <w:u w:val="single"/>
        </w:rPr>
        <w:t>independent Quebec would be courted by hostile powers</w:t>
      </w:r>
      <w:r>
        <w:rPr>
          <w:b w:val="0"/>
          <w:i w:val="0"/>
          <w:smallCaps w:val="0"/>
          <w:strike w:val="0"/>
          <w:sz w:val="22"/>
          <w:u w:val="single"/>
        </w:rPr>
        <w:t xml:space="preserve"> to allow such a chance thought. Russia would view it </w:t>
      </w:r>
      <w:r>
        <w:rPr>
          <w:b w:val="0"/>
          <w:i w:val="0"/>
          <w:smallCaps w:val="0"/>
          <w:strike w:val="0"/>
          <w:sz w:val="22"/>
          <w:highlight w:val="cyan"/>
          <w:u w:val="single"/>
        </w:rPr>
        <w:t>as retaliation for NATO</w:t>
      </w:r>
      <w:r>
        <w:rPr>
          <w:b w:val="0"/>
          <w:i w:val="0"/>
          <w:smallCaps w:val="0"/>
          <w:strike w:val="0"/>
          <w:sz w:val="22"/>
          <w:u w:val="single"/>
        </w:rPr>
        <w:t xml:space="preserve"> expanding into the Baltics, Poland, and developing close relations with Ukraine and Georgia. China would view it as a chance to have a mirror for the US alliances in China’s First Island Chain, with the added bonus of a large land connection to the American heartland</w:t>
      </w:r>
      <w:r>
        <w:rPr>
          <w:b w:val="0"/>
          <w:i w:val="0"/>
          <w:smallCaps w:val="0"/>
          <w:strike w:val="0"/>
          <w:sz w:val="14"/>
          <w:u w:val="none"/>
        </w:rPr>
        <w:t xml:space="preserve">, as opposed to the slender one that the US has against China on the Korean peninsula. </w:t>
      </w:r>
      <w:r>
        <w:rPr>
          <w:b w:val="0"/>
          <w:i w:val="0"/>
          <w:smallCaps w:val="0"/>
          <w:strike w:val="0"/>
          <w:sz w:val="22"/>
          <w:u w:val="single"/>
        </w:rPr>
        <w:t xml:space="preserve">The presence of a near-peer competitor with bases on the North American heartland would greatly </w:t>
      </w:r>
      <w:r>
        <w:rPr>
          <w:b w:val="0"/>
          <w:i w:val="0"/>
          <w:smallCaps w:val="0"/>
          <w:strike w:val="0"/>
          <w:sz w:val="22"/>
          <w:highlight w:val="cyan"/>
          <w:u w:val="single"/>
        </w:rPr>
        <w:t>reduce the flexibility of Western countries</w:t>
      </w:r>
      <w:r>
        <w:rPr>
          <w:b w:val="0"/>
          <w:i w:val="0"/>
          <w:smallCaps w:val="0"/>
          <w:strike w:val="0"/>
          <w:sz w:val="22"/>
          <w:u w:val="single"/>
        </w:rPr>
        <w:t xml:space="preserve"> as they exert their influence on the world. Such a situation would be more bothersome to the United States and its allies than the Zimmerman telegram of a century ago, or the presence of Soviet missiles in Cuba half a century ago. It would have the </w:t>
      </w:r>
      <w:r>
        <w:rPr>
          <w:b/>
          <w:i w:val="0"/>
          <w:smallCaps w:val="0"/>
          <w:strike w:val="0"/>
          <w:sz w:val="22"/>
          <w:highlight w:val="cyan"/>
          <w:u w:val="single"/>
        </w:rPr>
        <w:t>same effect as</w:t>
      </w:r>
      <w:r>
        <w:rPr>
          <w:b/>
          <w:i w:val="0"/>
          <w:smallCaps w:val="0"/>
          <w:strike w:val="0"/>
          <w:sz w:val="22"/>
          <w:u w:val="single"/>
        </w:rPr>
        <w:t xml:space="preserve"> Germany’s race to rival Britain on the high seas before </w:t>
      </w:r>
      <w:r>
        <w:rPr>
          <w:b/>
          <w:i w:val="0"/>
          <w:smallCaps w:val="0"/>
          <w:strike w:val="0"/>
          <w:sz w:val="22"/>
          <w:highlight w:val="cyan"/>
          <w:u w:val="single"/>
        </w:rPr>
        <w:t>World War I</w:t>
      </w:r>
      <w:r>
        <w:rPr>
          <w:b w:val="0"/>
          <w:i w:val="0"/>
          <w:smallCaps w:val="0"/>
          <w:strike w:val="0"/>
          <w:sz w:val="22"/>
          <w:u w:val="single"/>
        </w:rPr>
        <w:t>.</w:t>
      </w:r>
    </w:p>
    <w:p>
      <w:pPr>
        <w:pStyle w:val="Caption"/>
      </w:pPr>
      <w:r>
        <w:t>Source: Canada Innovation DA - Michigan 2024 CFMP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