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Democracy caps </w:t>
      </w:r>
      <w:r>
        <w:rPr>
          <w:b/>
          <w:i w:val="0"/>
          <w:smallCaps w:val="0"/>
          <w:strike w:val="0"/>
          <w:sz w:val="26"/>
          <w:u w:val="single"/>
        </w:rPr>
        <w:t>existential risk</w:t>
      </w:r>
      <w:r>
        <w:rPr>
          <w:b/>
          <w:i w:val="0"/>
          <w:smallCaps w:val="0"/>
          <w:strike w:val="0"/>
          <w:sz w:val="26"/>
          <w:u w:val="none"/>
        </w:rPr>
        <w:t>.</w:t>
      </w:r>
    </w:p>
    <w:p>
      <w:pPr>
        <w:spacing w:after="80"/>
      </w:pPr>
      <w:r>
        <w:rPr>
          <w:b w:val="0"/>
          <w:i w:val="0"/>
          <w:smallCaps w:val="0"/>
          <w:strike w:val="0"/>
          <w:u w:val="none"/>
        </w:rPr>
        <w:t xml:space="preserve">Francis M. </w:t>
      </w:r>
      <w:r>
        <w:rPr>
          <w:b/>
          <w:i w:val="0"/>
          <w:smallCaps w:val="0"/>
          <w:strike w:val="0"/>
          <w:sz w:val="26"/>
          <w:u w:val="none"/>
        </w:rPr>
        <w:t>Lappé 22</w:t>
      </w:r>
      <w:r>
        <w:rPr>
          <w:b w:val="0"/>
          <w:i w:val="0"/>
          <w:smallCaps w:val="0"/>
          <w:strike w:val="0"/>
          <w:u w:val="none"/>
        </w:rPr>
        <w:t>, the Andrew W. Mellon Distinguished Fellow in Environmental Studies at Colby College in Maine, Associate Fellow at the Tellus Institute, recipient of 20 honorary doctorates from distinguished institutions, founder of the Small Planet Institute, and member of the World Future Council, “Democracy's Peril and Promise: Let the Ukraine Crisis Awaken Action”, https://www.smallplanet.org/single-post/democracy-s-peril-and-promise-let-the-ukraine-crisis-awaken-action</w:t>
      </w:r>
    </w:p>
    <w:p>
      <w:pPr>
        <w:spacing w:after="60"/>
      </w:pPr>
      <w:r>
        <w:rPr>
          <w:b w:val="0"/>
          <w:i w:val="0"/>
          <w:smallCaps w:val="0"/>
          <w:strike w:val="0"/>
          <w:sz w:val="16"/>
          <w:u w:val="none"/>
        </w:rPr>
        <w:t xml:space="preserve">The attack on Ukraine focuses the mind on a most critical question for humanity: </w:t>
      </w:r>
      <w:r>
        <w:rPr>
          <w:b w:val="0"/>
          <w:i w:val="0"/>
          <w:smallCaps w:val="0"/>
          <w:strike w:val="0"/>
          <w:sz w:val="22"/>
          <w:u w:val="single"/>
        </w:rPr>
        <w:t>In our fast-changing world</w:t>
      </w:r>
      <w:r>
        <w:rPr>
          <w:b w:val="0"/>
          <w:i w:val="0"/>
          <w:smallCaps w:val="0"/>
          <w:strike w:val="0"/>
          <w:sz w:val="16"/>
          <w:u w:val="none"/>
        </w:rPr>
        <w:t xml:space="preserve">, </w:t>
      </w:r>
      <w:r>
        <w:rPr>
          <w:b/>
          <w:i w:val="0"/>
          <w:smallCaps w:val="0"/>
          <w:strike w:val="0"/>
          <w:sz w:val="22"/>
          <w:u w:val="single"/>
        </w:rPr>
        <w:t>what is democracy's future?</w:t>
      </w:r>
    </w:p>
    <w:p>
      <w:pPr>
        <w:spacing w:after="60"/>
      </w:pPr>
      <w:r>
        <w:rPr>
          <w:b w:val="0"/>
          <w:i w:val="0"/>
          <w:smallCaps w:val="0"/>
          <w:strike w:val="0"/>
          <w:sz w:val="16"/>
          <w:u w:val="none"/>
        </w:rPr>
        <w:t xml:space="preserve">Certainly, a strong argument can be made that </w:t>
      </w:r>
      <w:r>
        <w:rPr>
          <w:b w:val="0"/>
          <w:i w:val="0"/>
          <w:smallCaps w:val="0"/>
          <w:strike w:val="0"/>
          <w:sz w:val="22"/>
          <w:highlight w:val="cyan"/>
          <w:u w:val="single"/>
        </w:rPr>
        <w:t xml:space="preserve">democratic governance is </w:t>
      </w:r>
      <w:r>
        <w:rPr>
          <w:b/>
          <w:i w:val="0"/>
          <w:smallCaps w:val="0"/>
          <w:strike w:val="0"/>
          <w:sz w:val="22"/>
          <w:highlight w:val="cyan"/>
          <w:u w:val="single"/>
        </w:rPr>
        <w:t>more important than ever</w:t>
      </w:r>
      <w:r>
        <w:rPr>
          <w:b w:val="0"/>
          <w:i w:val="0"/>
          <w:smallCaps w:val="0"/>
          <w:strike w:val="0"/>
          <w:sz w:val="22"/>
          <w:u w:val="single"/>
        </w:rPr>
        <w:t xml:space="preserve"> as </w:t>
      </w:r>
      <w:r>
        <w:rPr>
          <w:b/>
          <w:i w:val="0"/>
          <w:smallCaps w:val="0"/>
          <w:strike w:val="0"/>
          <w:sz w:val="22"/>
          <w:highlight w:val="cyan"/>
          <w:u w:val="single"/>
        </w:rPr>
        <w:t>humanity</w:t>
      </w:r>
      <w:r>
        <w:rPr>
          <w:b w:val="0"/>
          <w:i w:val="0"/>
          <w:smallCaps w:val="0"/>
          <w:strike w:val="0"/>
          <w:sz w:val="16"/>
          <w:highlight w:val="cyan"/>
          <w:u w:val="none"/>
        </w:rPr>
        <w:t xml:space="preserve"> </w:t>
      </w:r>
      <w:r>
        <w:rPr>
          <w:b w:val="0"/>
          <w:i w:val="0"/>
          <w:smallCaps w:val="0"/>
          <w:strike w:val="0"/>
          <w:sz w:val="22"/>
          <w:highlight w:val="cyan"/>
          <w:u w:val="single"/>
        </w:rPr>
        <w:t>faces</w:t>
      </w:r>
      <w:r>
        <w:rPr>
          <w:b w:val="0"/>
          <w:i w:val="0"/>
          <w:smallCaps w:val="0"/>
          <w:strike w:val="0"/>
          <w:sz w:val="16"/>
          <w:u w:val="none"/>
        </w:rPr>
        <w:t xml:space="preserve"> at least two </w:t>
      </w:r>
      <w:r>
        <w:rPr>
          <w:b/>
          <w:i w:val="0"/>
          <w:smallCaps w:val="0"/>
          <w:strike w:val="0"/>
          <w:sz w:val="22"/>
          <w:highlight w:val="cyan"/>
          <w:u w:val="single"/>
        </w:rPr>
        <w:t>unprecedented challenges</w:t>
      </w:r>
      <w:r>
        <w:rPr>
          <w:b w:val="0"/>
          <w:i w:val="0"/>
          <w:smallCaps w:val="0"/>
          <w:strike w:val="0"/>
          <w:sz w:val="16"/>
          <w:u w:val="none"/>
        </w:rPr>
        <w:t xml:space="preserve">: </w:t>
      </w:r>
      <w:r>
        <w:rPr>
          <w:b w:val="0"/>
          <w:i w:val="0"/>
          <w:smallCaps w:val="0"/>
          <w:strike w:val="0"/>
          <w:sz w:val="22"/>
          <w:highlight w:val="cyan"/>
          <w:u w:val="single"/>
        </w:rPr>
        <w:t xml:space="preserve">the </w:t>
      </w:r>
      <w:r>
        <w:rPr>
          <w:b/>
          <w:i w:val="0"/>
          <w:smallCaps w:val="0"/>
          <w:strike w:val="0"/>
          <w:sz w:val="22"/>
          <w:highlight w:val="cyan"/>
          <w:u w:val="single"/>
        </w:rPr>
        <w:t>existential threats</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22"/>
          <w:u w:val="single"/>
        </w:rPr>
        <w:t xml:space="preserve"> the </w:t>
      </w:r>
      <w:r>
        <w:rPr>
          <w:b/>
          <w:i w:val="0"/>
          <w:smallCaps w:val="0"/>
          <w:strike w:val="0"/>
          <w:sz w:val="22"/>
          <w:u w:val="single"/>
        </w:rPr>
        <w:t xml:space="preserve">global </w:t>
      </w:r>
      <w:r>
        <w:rPr>
          <w:b/>
          <w:i w:val="0"/>
          <w:smallCaps w:val="0"/>
          <w:strike w:val="0"/>
          <w:sz w:val="22"/>
          <w:highlight w:val="cyan"/>
          <w:u w:val="single"/>
        </w:rPr>
        <w:t>climate</w:t>
      </w:r>
      <w:r>
        <w:rPr>
          <w:b/>
          <w:i w:val="0"/>
          <w:smallCaps w:val="0"/>
          <w:strike w:val="0"/>
          <w:sz w:val="22"/>
          <w:u w:val="single"/>
        </w:rPr>
        <w:t xml:space="preserve"> crisis</w:t>
      </w:r>
      <w:r>
        <w:rPr>
          <w:b w:val="0"/>
          <w:i w:val="0"/>
          <w:smallCaps w:val="0"/>
          <w:strike w:val="0"/>
          <w:sz w:val="16"/>
          <w:u w:val="none"/>
        </w:rPr>
        <w:t xml:space="preserve"> </w:t>
      </w:r>
      <w:r>
        <w:rPr>
          <w:b w:val="0"/>
          <w:i w:val="0"/>
          <w:smallCaps w:val="0"/>
          <w:strike w:val="0"/>
          <w:sz w:val="22"/>
          <w:highlight w:val="cyan"/>
          <w:u w:val="single"/>
        </w:rPr>
        <w:t xml:space="preserve">and a </w:t>
      </w:r>
      <w:r>
        <w:rPr>
          <w:b/>
          <w:i w:val="0"/>
          <w:smallCaps w:val="0"/>
          <w:strike w:val="0"/>
          <w:sz w:val="22"/>
          <w:highlight w:val="cyan"/>
          <w:u w:val="single"/>
        </w:rPr>
        <w:t>global pandemic</w:t>
      </w:r>
      <w:r>
        <w:rPr>
          <w:b w:val="0"/>
          <w:i w:val="0"/>
          <w:smallCaps w:val="0"/>
          <w:strike w:val="0"/>
          <w:sz w:val="16"/>
          <w:u w:val="none"/>
        </w:rPr>
        <w:t xml:space="preserve">. </w:t>
      </w:r>
      <w:r>
        <w:rPr>
          <w:b w:val="0"/>
          <w:i w:val="0"/>
          <w:smallCaps w:val="0"/>
          <w:strike w:val="0"/>
          <w:sz w:val="22"/>
          <w:u w:val="single"/>
        </w:rPr>
        <w:t xml:space="preserve">Attacks on </w:t>
      </w:r>
      <w:r>
        <w:rPr>
          <w:b/>
          <w:i w:val="0"/>
          <w:smallCaps w:val="0"/>
          <w:strike w:val="0"/>
          <w:sz w:val="22"/>
          <w:highlight w:val="cyan"/>
          <w:u w:val="single"/>
        </w:rPr>
        <w:t>civil</w:t>
      </w:r>
      <w:r>
        <w:rPr>
          <w:b w:val="0"/>
          <w:i w:val="0"/>
          <w:smallCaps w:val="0"/>
          <w:strike w:val="0"/>
          <w:sz w:val="22"/>
          <w:highlight w:val="cyan"/>
          <w:u w:val="single"/>
        </w:rPr>
        <w:t xml:space="preserve"> and </w:t>
      </w:r>
      <w:r>
        <w:rPr>
          <w:b/>
          <w:i w:val="0"/>
          <w:smallCaps w:val="0"/>
          <w:strike w:val="0"/>
          <w:sz w:val="22"/>
          <w:highlight w:val="cyan"/>
          <w:u w:val="single"/>
        </w:rPr>
        <w:t>human rights</w:t>
      </w:r>
      <w:r>
        <w:rPr>
          <w:b w:val="0"/>
          <w:i w:val="0"/>
          <w:smallCaps w:val="0"/>
          <w:strike w:val="0"/>
          <w:sz w:val="16"/>
          <w:u w:val="none"/>
        </w:rPr>
        <w:t xml:space="preserve"> </w:t>
      </w:r>
      <w:r>
        <w:rPr>
          <w:b w:val="0"/>
          <w:i w:val="0"/>
          <w:smallCaps w:val="0"/>
          <w:strike w:val="0"/>
          <w:sz w:val="22"/>
          <w:u w:val="single"/>
        </w:rPr>
        <w:t xml:space="preserve">continue as </w:t>
      </w:r>
      <w:r>
        <w:rPr>
          <w:b w:val="0"/>
          <w:i w:val="0"/>
          <w:smallCaps w:val="0"/>
          <w:strike w:val="0"/>
          <w:sz w:val="22"/>
          <w:u w:val="single"/>
        </w:rPr>
        <w:t>well</w:t>
      </w:r>
      <w:r>
        <w:rPr>
          <w:b w:val="0"/>
          <w:i w:val="0"/>
          <w:smallCaps w:val="0"/>
          <w:strike w:val="0"/>
          <w:sz w:val="16"/>
          <w:u w:val="none"/>
        </w:rPr>
        <w:t>—</w:t>
      </w:r>
      <w:r>
        <w:rPr>
          <w:b w:val="0"/>
          <w:i w:val="0"/>
          <w:smallCaps w:val="0"/>
          <w:strike w:val="0"/>
          <w:sz w:val="22"/>
          <w:u w:val="single"/>
        </w:rPr>
        <w:t xml:space="preserve">challenges that can </w:t>
      </w:r>
      <w:r>
        <w:rPr>
          <w:b/>
          <w:i w:val="0"/>
          <w:smallCaps w:val="0"/>
          <w:strike w:val="0"/>
          <w:sz w:val="22"/>
          <w:u w:val="single"/>
        </w:rPr>
        <w:t>only be met</w:t>
      </w:r>
      <w:r>
        <w:rPr>
          <w:b w:val="0"/>
          <w:i w:val="0"/>
          <w:smallCaps w:val="0"/>
          <w:strike w:val="0"/>
          <w:sz w:val="22"/>
          <w:u w:val="single"/>
        </w:rPr>
        <w:t xml:space="preserve"> with </w:t>
      </w:r>
      <w:r>
        <w:rPr>
          <w:b/>
          <w:i w:val="0"/>
          <w:smallCaps w:val="0"/>
          <w:strike w:val="0"/>
          <w:sz w:val="22"/>
          <w:u w:val="single"/>
        </w:rPr>
        <w:t>democratic governance.</w:t>
      </w:r>
    </w:p>
    <w:p>
      <w:pPr>
        <w:spacing w:after="60"/>
      </w:pPr>
      <w:r>
        <w:rPr>
          <w:b w:val="0"/>
          <w:i w:val="0"/>
          <w:smallCaps w:val="0"/>
          <w:strike w:val="0"/>
          <w:sz w:val="16"/>
          <w:u w:val="none"/>
        </w:rPr>
        <w:t xml:space="preserve">Why? </w:t>
      </w:r>
      <w:r>
        <w:rPr>
          <w:b/>
          <w:i w:val="0"/>
          <w:smallCaps w:val="0"/>
          <w:strike w:val="0"/>
          <w:sz w:val="22"/>
          <w:highlight w:val="cyan"/>
          <w:u w:val="single"/>
        </w:rPr>
        <w:t>Autocracy</w:t>
      </w:r>
      <w:r>
        <w:rPr>
          <w:b w:val="0"/>
          <w:i w:val="0"/>
          <w:smallCaps w:val="0"/>
          <w:strike w:val="0"/>
          <w:sz w:val="16"/>
          <w:u w:val="none"/>
        </w:rPr>
        <w:t xml:space="preserve"> </w:t>
      </w:r>
      <w:r>
        <w:rPr>
          <w:b w:val="0"/>
          <w:i w:val="0"/>
          <w:smallCaps w:val="0"/>
          <w:strike w:val="0"/>
          <w:sz w:val="22"/>
          <w:u w:val="single"/>
        </w:rPr>
        <w:t xml:space="preserve">in all its forms </w:t>
      </w:r>
      <w:r>
        <w:rPr>
          <w:b w:val="0"/>
          <w:i w:val="0"/>
          <w:smallCaps w:val="0"/>
          <w:strike w:val="0"/>
          <w:sz w:val="22"/>
          <w:highlight w:val="cyan"/>
          <w:u w:val="single"/>
        </w:rPr>
        <w:t>has</w:t>
      </w:r>
      <w:r>
        <w:rPr>
          <w:b w:val="0"/>
          <w:i w:val="0"/>
          <w:smallCaps w:val="0"/>
          <w:strike w:val="0"/>
          <w:sz w:val="22"/>
          <w:u w:val="single"/>
        </w:rPr>
        <w:t xml:space="preserve"> proven to be fixed on the immediate well-being of the minority in power, with</w:t>
      </w:r>
      <w:r>
        <w:rPr>
          <w:b w:val="0"/>
          <w:i w:val="0"/>
          <w:smallCaps w:val="0"/>
          <w:strike w:val="0"/>
          <w:sz w:val="16"/>
          <w:u w:val="none"/>
        </w:rPr>
        <w:t xml:space="preserve"> </w:t>
      </w:r>
      <w:r>
        <w:rPr>
          <w:b/>
          <w:i w:val="0"/>
          <w:smallCaps w:val="0"/>
          <w:strike w:val="0"/>
          <w:sz w:val="22"/>
          <w:highlight w:val="cyan"/>
          <w:u w:val="single"/>
        </w:rPr>
        <w:t>utter disregard</w:t>
      </w:r>
      <w:r>
        <w:rPr>
          <w:b w:val="0"/>
          <w:i w:val="0"/>
          <w:smallCaps w:val="0"/>
          <w:strike w:val="0"/>
          <w:sz w:val="16"/>
          <w:highlight w:val="cyan"/>
          <w:u w:val="none"/>
        </w:rPr>
        <w:t xml:space="preserve"> </w:t>
      </w:r>
      <w:r>
        <w:rPr>
          <w:b w:val="0"/>
          <w:i w:val="0"/>
          <w:smallCaps w:val="0"/>
          <w:strike w:val="0"/>
          <w:sz w:val="22"/>
          <w:highlight w:val="cyan"/>
          <w:u w:val="single"/>
        </w:rPr>
        <w:t>to the</w:t>
      </w:r>
      <w:r>
        <w:rPr>
          <w:b w:val="0"/>
          <w:i w:val="0"/>
          <w:smallCaps w:val="0"/>
          <w:strike w:val="0"/>
          <w:sz w:val="22"/>
          <w:u w:val="single"/>
        </w:rPr>
        <w:t xml:space="preserve"> welfare of the </w:t>
      </w:r>
      <w:r>
        <w:rPr>
          <w:b/>
          <w:i w:val="0"/>
          <w:smallCaps w:val="0"/>
          <w:strike w:val="0"/>
          <w:sz w:val="22"/>
          <w:highlight w:val="cyan"/>
          <w:u w:val="single"/>
        </w:rPr>
        <w:t>citizenry</w:t>
      </w:r>
      <w:r>
        <w:rPr>
          <w:b w:val="0"/>
          <w:i w:val="0"/>
          <w:smallCaps w:val="0"/>
          <w:strike w:val="0"/>
          <w:sz w:val="22"/>
          <w:highlight w:val="cyan"/>
          <w:u w:val="single"/>
        </w:rPr>
        <w:t xml:space="preserve"> and a </w:t>
      </w:r>
      <w:r>
        <w:rPr>
          <w:b/>
          <w:i w:val="0"/>
          <w:smallCaps w:val="0"/>
          <w:strike w:val="0"/>
          <w:sz w:val="22"/>
          <w:highlight w:val="cyan"/>
          <w:u w:val="single"/>
        </w:rPr>
        <w:t>healthy environment</w:t>
      </w:r>
      <w:r>
        <w:rPr>
          <w:b w:val="0"/>
          <w:i w:val="0"/>
          <w:smallCaps w:val="0"/>
          <w:strike w:val="0"/>
          <w:sz w:val="22"/>
          <w:highlight w:val="cyan"/>
          <w:u w:val="single"/>
        </w:rPr>
        <w:t>.</w:t>
      </w:r>
    </w:p>
    <w:p>
      <w:pPr>
        <w:spacing w:after="60"/>
      </w:pPr>
      <w:r>
        <w:rPr>
          <w:b w:val="0"/>
          <w:i w:val="0"/>
          <w:smallCaps w:val="0"/>
          <w:strike w:val="0"/>
          <w:sz w:val="16"/>
          <w:u w:val="none"/>
        </w:rPr>
        <w:t xml:space="preserve">Of course, there are exceptions. China is hardly democratic, yet its per capita contribution to greenhouse gas emissions is less than </w:t>
      </w:r>
      <w:r>
        <w:rPr>
          <w:b w:val="0"/>
          <w:i w:val="0"/>
          <w:smallCaps w:val="0"/>
          <w:strike w:val="0"/>
          <w:sz w:val="16"/>
          <w:u w:val="none"/>
        </w:rPr>
        <w:t xml:space="preserve"> that of the United States. This sad fact brings home not the failure of democracy but rather the limits of America's comprised democracy, undercut by the </w:t>
      </w:r>
      <w:r>
        <w:rPr>
          <w:b w:val="0"/>
          <w:i w:val="0"/>
          <w:smallCaps w:val="0"/>
          <w:strike w:val="0"/>
          <w:sz w:val="16"/>
          <w:u w:val="none"/>
        </w:rPr>
        <w:t>—in this case the fossil fuel industry.</w:t>
      </w:r>
    </w:p>
    <w:p>
      <w:pPr>
        <w:spacing w:after="60"/>
      </w:pPr>
      <w:r>
        <w:rPr>
          <w:b w:val="0"/>
          <w:i w:val="0"/>
          <w:smallCaps w:val="0"/>
          <w:strike w:val="0"/>
          <w:sz w:val="16"/>
          <w:u w:val="none"/>
        </w:rPr>
        <w:t xml:space="preserve">Nonetheless, </w:t>
      </w:r>
      <w:r>
        <w:rPr>
          <w:b w:val="0"/>
          <w:i w:val="0"/>
          <w:smallCaps w:val="0"/>
          <w:strike w:val="0"/>
          <w:sz w:val="22"/>
          <w:u w:val="single"/>
        </w:rPr>
        <w:t>democracy is not just a "good" thing.</w:t>
      </w:r>
      <w:r>
        <w:rPr>
          <w:b w:val="0"/>
          <w:i w:val="0"/>
          <w:smallCaps w:val="0"/>
          <w:strike w:val="0"/>
          <w:sz w:val="16"/>
          <w:u w:val="none"/>
        </w:rPr>
        <w:t xml:space="preserve"> </w:t>
      </w:r>
      <w:r>
        <w:rPr>
          <w:b/>
          <w:i w:val="0"/>
          <w:smallCaps w:val="0"/>
          <w:strike w:val="0"/>
          <w:sz w:val="22"/>
          <w:highlight w:val="cyan"/>
          <w:u w:val="single"/>
        </w:rPr>
        <w:t>Only democracy</w:t>
      </w:r>
      <w:r>
        <w:rPr>
          <w:b w:val="0"/>
          <w:i w:val="0"/>
          <w:smallCaps w:val="0"/>
          <w:strike w:val="0"/>
          <w:sz w:val="16"/>
          <w:highlight w:val="cyan"/>
          <w:u w:val="none"/>
        </w:rPr>
        <w:t xml:space="preserve"> </w:t>
      </w:r>
      <w:r>
        <w:rPr>
          <w:b w:val="0"/>
          <w:i w:val="0"/>
          <w:smallCaps w:val="0"/>
          <w:strike w:val="0"/>
          <w:sz w:val="22"/>
          <w:highlight w:val="cyan"/>
          <w:u w:val="single"/>
        </w:rPr>
        <w:t xml:space="preserve">holds the promise of </w:t>
      </w:r>
      <w:r>
        <w:rPr>
          <w:b/>
          <w:i w:val="0"/>
          <w:smallCaps w:val="0"/>
          <w:strike w:val="0"/>
          <w:sz w:val="22"/>
          <w:highlight w:val="cyan"/>
          <w:u w:val="single"/>
        </w:rPr>
        <w:t>accountability</w:t>
      </w:r>
      <w:r>
        <w:rPr>
          <w:b w:val="0"/>
          <w:i w:val="0"/>
          <w:smallCaps w:val="0"/>
          <w:strike w:val="0"/>
          <w:sz w:val="16"/>
          <w:highlight w:val="cyan"/>
          <w:u w:val="none"/>
        </w:rPr>
        <w:t xml:space="preserve"> </w:t>
      </w:r>
      <w:r>
        <w:rPr>
          <w:b w:val="0"/>
          <w:i w:val="0"/>
          <w:smallCaps w:val="0"/>
          <w:strike w:val="0"/>
          <w:sz w:val="22"/>
          <w:highlight w:val="cyan"/>
          <w:u w:val="single"/>
        </w:rPr>
        <w:t>to</w:t>
      </w:r>
      <w:r>
        <w:rPr>
          <w:b w:val="0"/>
          <w:i w:val="0"/>
          <w:smallCaps w:val="0"/>
          <w:strike w:val="0"/>
          <w:sz w:val="22"/>
          <w:u w:val="single"/>
        </w:rPr>
        <w:t xml:space="preserve"> the whole required to </w:t>
      </w:r>
      <w:r>
        <w:rPr>
          <w:b/>
          <w:i w:val="0"/>
          <w:smallCaps w:val="0"/>
          <w:strike w:val="0"/>
          <w:sz w:val="22"/>
          <w:highlight w:val="cyan"/>
          <w:u w:val="single"/>
        </w:rPr>
        <w:t>meet these threats</w:t>
      </w:r>
      <w:r>
        <w:rPr>
          <w:b w:val="0"/>
          <w:i w:val="0"/>
          <w:smallCaps w:val="0"/>
          <w:strike w:val="0"/>
          <w:sz w:val="22"/>
          <w:u w:val="single"/>
        </w:rPr>
        <w:t>.</w:t>
      </w:r>
      <w:r>
        <w:rPr>
          <w:b w:val="0"/>
          <w:i w:val="0"/>
          <w:smallCaps w:val="0"/>
          <w:strike w:val="0"/>
          <w:sz w:val="16"/>
          <w:u w:val="none"/>
        </w:rPr>
        <w:t xml:space="preserve"> And I would go even further. </w:t>
      </w:r>
      <w:r>
        <w:rPr>
          <w:b w:val="0"/>
          <w:i w:val="0"/>
          <w:smallCaps w:val="0"/>
          <w:strike w:val="0"/>
          <w:sz w:val="22"/>
          <w:u w:val="single"/>
        </w:rPr>
        <w:t xml:space="preserve">Beyond our </w:t>
      </w:r>
      <w:r>
        <w:rPr>
          <w:b/>
          <w:i w:val="0"/>
          <w:smallCaps w:val="0"/>
          <w:strike w:val="0"/>
          <w:sz w:val="22"/>
          <w:u w:val="single"/>
        </w:rPr>
        <w:t>physical survival needs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humans have</w:t>
      </w:r>
      <w:r>
        <w:rPr>
          <w:b w:val="0"/>
          <w:i w:val="0"/>
          <w:smallCaps w:val="0"/>
          <w:strike w:val="0"/>
          <w:sz w:val="16"/>
          <w:u w:val="none"/>
        </w:rPr>
        <w:t xml:space="preserve"> deep psychological </w:t>
      </w:r>
      <w:r>
        <w:rPr>
          <w:b w:val="0"/>
          <w:i w:val="0"/>
          <w:smallCaps w:val="0"/>
          <w:strike w:val="0"/>
          <w:sz w:val="22"/>
          <w:u w:val="single"/>
        </w:rPr>
        <w:t>needs</w:t>
      </w:r>
      <w:r>
        <w:rPr>
          <w:b w:val="0"/>
          <w:i w:val="0"/>
          <w:smallCaps w:val="0"/>
          <w:strike w:val="0"/>
          <w:sz w:val="16"/>
          <w:u w:val="none"/>
        </w:rPr>
        <w:t>—</w:t>
      </w:r>
      <w:r>
        <w:rPr>
          <w:b w:val="0"/>
          <w:i w:val="0"/>
          <w:smallCaps w:val="0"/>
          <w:strike w:val="0"/>
          <w:sz w:val="22"/>
          <w:u w:val="single"/>
        </w:rPr>
        <w:t>for a sense of agency, meaning, and connection</w:t>
      </w:r>
      <w:r>
        <w:rPr>
          <w:b w:val="0"/>
          <w:i w:val="0"/>
          <w:smallCaps w:val="0"/>
          <w:strike w:val="0"/>
          <w:sz w:val="16"/>
          <w:u w:val="none"/>
        </w:rPr>
        <w:t xml:space="preserve"> with others in common purpose. </w:t>
      </w:r>
      <w:r>
        <w:rPr>
          <w:b w:val="0"/>
          <w:i w:val="0"/>
          <w:smallCaps w:val="0"/>
          <w:strike w:val="0"/>
          <w:sz w:val="22"/>
          <w:highlight w:val="cyan"/>
          <w:u w:val="single"/>
        </w:rPr>
        <w:t>If</w:t>
      </w:r>
      <w:r>
        <w:rPr>
          <w:b w:val="0"/>
          <w:i w:val="0"/>
          <w:smallCaps w:val="0"/>
          <w:strike w:val="0"/>
          <w:sz w:val="16"/>
          <w:highlight w:val="cyan"/>
          <w:u w:val="none"/>
        </w:rPr>
        <w:t xml:space="preserve"> </w:t>
      </w:r>
      <w:r>
        <w:rPr>
          <w:b/>
          <w:i w:val="0"/>
          <w:smallCaps w:val="0"/>
          <w:strike w:val="0"/>
          <w:sz w:val="22"/>
          <w:highlight w:val="cyan"/>
          <w:u w:val="single"/>
        </w:rPr>
        <w:t xml:space="preserve">democratic </w:t>
      </w:r>
      <w:r>
        <w:rPr>
          <w:b/>
          <w:i w:val="0"/>
          <w:smallCaps w:val="0"/>
          <w:strike w:val="0"/>
          <w:sz w:val="22"/>
          <w:highlight w:val="cyan"/>
          <w:u w:val="single"/>
        </w:rPr>
        <w:t>polities</w:t>
      </w:r>
      <w:r>
        <w:rPr>
          <w:b w:val="0"/>
          <w:i w:val="0"/>
          <w:smallCaps w:val="0"/>
          <w:strike w:val="0"/>
          <w:sz w:val="16"/>
          <w:u w:val="none"/>
        </w:rPr>
        <w:t xml:space="preserve"> </w:t>
      </w:r>
      <w:r>
        <w:rPr>
          <w:b w:val="0"/>
          <w:i w:val="0"/>
          <w:smallCaps w:val="0"/>
          <w:strike w:val="0"/>
          <w:sz w:val="22"/>
          <w:highlight w:val="cyan"/>
          <w:u w:val="single"/>
        </w:rPr>
        <w:t>are not meeting</w:t>
      </w:r>
      <w:r>
        <w:rPr>
          <w:b w:val="0"/>
          <w:i w:val="0"/>
          <w:smallCaps w:val="0"/>
          <w:strike w:val="0"/>
          <w:sz w:val="22"/>
          <w:u w:val="single"/>
        </w:rPr>
        <w:t xml:space="preserve"> these </w:t>
      </w:r>
      <w:r>
        <w:rPr>
          <w:b w:val="0"/>
          <w:i w:val="0"/>
          <w:smallCaps w:val="0"/>
          <w:strike w:val="0"/>
          <w:sz w:val="22"/>
          <w:highlight w:val="cyan"/>
          <w:u w:val="single"/>
        </w:rPr>
        <w:t>needs</w:t>
      </w:r>
      <w:r>
        <w:rPr>
          <w:b w:val="0"/>
          <w:i w:val="0"/>
          <w:smallCaps w:val="0"/>
          <w:strike w:val="0"/>
          <w:sz w:val="22"/>
          <w:u w:val="single"/>
        </w:rPr>
        <w:t xml:space="preserve"> positively</w:t>
      </w:r>
      <w:r>
        <w:rPr>
          <w:b w:val="0"/>
          <w:i w:val="0"/>
          <w:smallCaps w:val="0"/>
          <w:strike w:val="0"/>
          <w:sz w:val="16"/>
          <w:u w:val="none"/>
        </w:rPr>
        <w:t xml:space="preserve">, </w:t>
      </w:r>
      <w:r>
        <w:rPr>
          <w:b w:val="0"/>
          <w:i w:val="0"/>
          <w:smallCaps w:val="0"/>
          <w:strike w:val="0"/>
          <w:sz w:val="22"/>
          <w:highlight w:val="cyan"/>
          <w:u w:val="single"/>
        </w:rPr>
        <w:t>humans tend to grasp for</w:t>
      </w:r>
      <w:r>
        <w:rPr>
          <w:b w:val="0"/>
          <w:i w:val="0"/>
          <w:smallCaps w:val="0"/>
          <w:strike w:val="0"/>
          <w:sz w:val="22"/>
          <w:u w:val="single"/>
        </w:rPr>
        <w:t xml:space="preserve"> </w:t>
      </w:r>
      <w:r>
        <w:rPr>
          <w:b/>
          <w:i w:val="0"/>
          <w:smallCaps w:val="0"/>
          <w:strike w:val="0"/>
          <w:sz w:val="22"/>
          <w:u w:val="single"/>
        </w:rPr>
        <w:t xml:space="preserve">other, </w:t>
      </w:r>
      <w:r>
        <w:rPr>
          <w:b/>
          <w:i w:val="0"/>
          <w:smallCaps w:val="0"/>
          <w:strike w:val="0"/>
          <w:sz w:val="22"/>
          <w:highlight w:val="cyan"/>
          <w:u w:val="single"/>
        </w:rPr>
        <w:t>destructive ways</w:t>
      </w:r>
      <w:r>
        <w:rPr>
          <w:b/>
          <w:i w:val="0"/>
          <w:smallCaps w:val="0"/>
          <w:strike w:val="0"/>
          <w:sz w:val="22"/>
          <w:u w:val="single"/>
        </w:rPr>
        <w:t xml:space="preserve"> to meet them</w:t>
      </w:r>
      <w:r>
        <w:rPr>
          <w:b w:val="0"/>
          <w:i w:val="0"/>
          <w:smallCaps w:val="0"/>
          <w:strike w:val="0"/>
          <w:sz w:val="16"/>
          <w:u w:val="none"/>
        </w:rPr>
        <w:t xml:space="preserve">. </w:t>
      </w:r>
      <w:r>
        <w:rPr>
          <w:b w:val="0"/>
          <w:i w:val="0"/>
          <w:smallCaps w:val="0"/>
          <w:strike w:val="0"/>
          <w:sz w:val="22"/>
          <w:u w:val="single"/>
        </w:rPr>
        <w:t xml:space="preserve">Too often </w:t>
      </w:r>
      <w:r>
        <w:rPr>
          <w:b w:val="0"/>
          <w:i w:val="0"/>
          <w:smallCaps w:val="0"/>
          <w:strike w:val="0"/>
          <w:sz w:val="22"/>
          <w:highlight w:val="cyan"/>
          <w:u w:val="single"/>
        </w:rPr>
        <w:t>that means seeking</w:t>
      </w:r>
      <w:r>
        <w:rPr>
          <w:b w:val="0"/>
          <w:i w:val="0"/>
          <w:smallCaps w:val="0"/>
          <w:strike w:val="0"/>
          <w:sz w:val="16"/>
          <w:u w:val="none"/>
        </w:rPr>
        <w:t xml:space="preserve"> meaning, </w:t>
      </w:r>
      <w:r>
        <w:rPr>
          <w:b/>
          <w:i w:val="0"/>
          <w:smallCaps w:val="0"/>
          <w:strike w:val="0"/>
          <w:sz w:val="22"/>
          <w:highlight w:val="cyan"/>
          <w:u w:val="single"/>
        </w:rPr>
        <w:t>power</w:t>
      </w:r>
      <w:r>
        <w:rPr>
          <w:b w:val="0"/>
          <w:i w:val="0"/>
          <w:smallCaps w:val="0"/>
          <w:strike w:val="0"/>
          <w:sz w:val="16"/>
          <w:u w:val="none"/>
        </w:rPr>
        <w:t xml:space="preserve">, and connection </w:t>
      </w:r>
      <w:r>
        <w:rPr>
          <w:b w:val="0"/>
          <w:i w:val="0"/>
          <w:smallCaps w:val="0"/>
          <w:strike w:val="0"/>
          <w:sz w:val="22"/>
          <w:highlight w:val="cyan"/>
          <w:u w:val="single"/>
        </w:rPr>
        <w:t>through</w:t>
      </w:r>
      <w:r>
        <w:rPr>
          <w:b w:val="0"/>
          <w:i w:val="0"/>
          <w:smallCaps w:val="0"/>
          <w:strike w:val="0"/>
          <w:sz w:val="16"/>
          <w:highlight w:val="cyan"/>
          <w:u w:val="none"/>
        </w:rPr>
        <w:t xml:space="preserve"> </w:t>
      </w:r>
      <w:r>
        <w:rPr>
          <w:b/>
          <w:i w:val="0"/>
          <w:smallCaps w:val="0"/>
          <w:strike w:val="0"/>
          <w:sz w:val="22"/>
          <w:highlight w:val="cyan"/>
          <w:u w:val="single"/>
        </w:rPr>
        <w:t>scapegoating</w:t>
      </w:r>
      <w:r>
        <w:rPr>
          <w:b/>
          <w:i w:val="0"/>
          <w:smallCaps w:val="0"/>
          <w:strike w:val="0"/>
          <w:sz w:val="22"/>
          <w:u w:val="single"/>
        </w:rPr>
        <w:t xml:space="preserve"> others</w:t>
      </w:r>
      <w:r>
        <w:rPr>
          <w:b w:val="0"/>
          <w:i w:val="0"/>
          <w:smallCaps w:val="0"/>
          <w:strike w:val="0"/>
          <w:sz w:val="16"/>
          <w:u w:val="none"/>
        </w:rPr>
        <w:t xml:space="preserve">, </w:t>
      </w:r>
      <w:r>
        <w:rPr>
          <w:b w:val="0"/>
          <w:i w:val="0"/>
          <w:smallCaps w:val="0"/>
          <w:strike w:val="0"/>
          <w:sz w:val="22"/>
          <w:u w:val="single"/>
        </w:rPr>
        <w:t xml:space="preserve">entrenching ourselves in groups that </w:t>
      </w:r>
      <w:r>
        <w:rPr>
          <w:b/>
          <w:i w:val="0"/>
          <w:smallCaps w:val="0"/>
          <w:strike w:val="0"/>
          <w:sz w:val="22"/>
          <w:u w:val="single"/>
        </w:rPr>
        <w:t>amplify</w:t>
      </w:r>
      <w:r>
        <w:rPr>
          <w:b w:val="0"/>
          <w:i w:val="0"/>
          <w:smallCaps w:val="0"/>
          <w:strike w:val="0"/>
          <w:sz w:val="22"/>
          <w:u w:val="single"/>
        </w:rPr>
        <w:t xml:space="preserve"> our </w:t>
      </w:r>
      <w:r>
        <w:rPr>
          <w:b/>
          <w:i w:val="0"/>
          <w:smallCaps w:val="0"/>
          <w:strike w:val="0"/>
          <w:sz w:val="22"/>
          <w:u w:val="single"/>
        </w:rPr>
        <w:t>differences</w:t>
      </w:r>
      <w:r>
        <w:rPr>
          <w:b w:val="0"/>
          <w:i w:val="0"/>
          <w:smallCaps w:val="0"/>
          <w:strike w:val="0"/>
          <w:sz w:val="16"/>
          <w:u w:val="none"/>
        </w:rPr>
        <w:t>.</w:t>
      </w:r>
    </w:p>
    <w:p>
      <w:pPr>
        <w:spacing w:after="60"/>
      </w:pPr>
      <w:r>
        <w:rPr>
          <w:b w:val="0"/>
          <w:i w:val="0"/>
          <w:smallCaps w:val="0"/>
          <w:strike w:val="0"/>
          <w:u w:val="none"/>
        </w:rPr>
        <w:t>Link</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