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Judges </w:t>
      </w:r>
      <w:r>
        <w:rPr>
          <w:b/>
          <w:i w:val="0"/>
          <w:smallCaps w:val="0"/>
          <w:strike w:val="0"/>
          <w:sz w:val="26"/>
          <w:u w:val="single"/>
        </w:rPr>
        <w:t>quit</w:t>
      </w:r>
      <w:r>
        <w:rPr>
          <w:b/>
          <w:i w:val="0"/>
          <w:smallCaps w:val="0"/>
          <w:strike w:val="0"/>
          <w:sz w:val="26"/>
          <w:u w:val="none"/>
        </w:rPr>
        <w:t>.</w:t>
      </w:r>
    </w:p>
    <w:p>
      <w:pPr>
        <w:spacing w:after="80"/>
      </w:pPr>
      <w:r>
        <w:rPr>
          <w:b w:val="0"/>
          <w:i w:val="0"/>
          <w:smallCaps w:val="0"/>
          <w:strike w:val="0"/>
          <w:u w:val="none"/>
        </w:rPr>
        <w:t xml:space="preserve">Alicia </w:t>
      </w:r>
      <w:r>
        <w:rPr>
          <w:b/>
          <w:i w:val="0"/>
          <w:smallCaps w:val="0"/>
          <w:strike w:val="0"/>
          <w:sz w:val="26"/>
          <w:u w:val="none"/>
        </w:rPr>
        <w:t>Bannon 14,</w:t>
      </w:r>
      <w:r>
        <w:rPr>
          <w:b w:val="0"/>
          <w:i w:val="0"/>
          <w:smallCaps w:val="0"/>
          <w:strike w:val="0"/>
          <w:u w:val="none"/>
        </w:rPr>
        <w:t xml:space="preserve"> J.D. from Yale, serves as counsel for the Brennan Center’s Democracy Program, where her work focuses on judicial selection and promoting fair and impartial courts, “The Impact of Judicial Vacancies on Federal Trial Courts”, 2014</w:t>
      </w:r>
    </w:p>
    <w:p>
      <w:pPr>
        <w:spacing w:after="60"/>
      </w:pPr>
      <w:r>
        <w:rPr>
          <w:b w:val="0"/>
          <w:i w:val="0"/>
          <w:smallCaps w:val="0"/>
          <w:strike w:val="0"/>
          <w:sz w:val="12"/>
          <w:u w:val="none"/>
        </w:rPr>
        <w:t xml:space="preserve">These </w:t>
      </w:r>
      <w:r>
        <w:rPr>
          <w:b w:val="0"/>
          <w:i w:val="0"/>
          <w:smallCaps w:val="0"/>
          <w:strike w:val="0"/>
          <w:sz w:val="22"/>
          <w:highlight w:val="cyan"/>
          <w:u w:val="single"/>
        </w:rPr>
        <w:t xml:space="preserve">heavy workloads can </w:t>
      </w:r>
      <w:r>
        <w:rPr>
          <w:b/>
          <w:i w:val="0"/>
          <w:smallCaps w:val="0"/>
          <w:strike w:val="0"/>
          <w:sz w:val="22"/>
          <w:highlight w:val="cyan"/>
          <w:u w:val="single"/>
        </w:rPr>
        <w:t>take a toll on judges</w:t>
      </w:r>
      <w:r>
        <w:rPr>
          <w:b w:val="0"/>
          <w:i w:val="0"/>
          <w:smallCaps w:val="0"/>
          <w:strike w:val="0"/>
          <w:sz w:val="22"/>
          <w:u w:val="single"/>
        </w:rPr>
        <w:t xml:space="preserve">; in four districts, </w:t>
      </w:r>
      <w:r>
        <w:rPr>
          <w:b w:val="0"/>
          <w:i w:val="0"/>
          <w:smallCaps w:val="0"/>
          <w:strike w:val="0"/>
          <w:sz w:val="22"/>
          <w:highlight w:val="cyan"/>
          <w:u w:val="single"/>
        </w:rPr>
        <w:t>interviewees</w:t>
      </w:r>
      <w:r>
        <w:rPr>
          <w:b w:val="0"/>
          <w:i w:val="0"/>
          <w:smallCaps w:val="0"/>
          <w:strike w:val="0"/>
          <w:sz w:val="22"/>
          <w:u w:val="single"/>
        </w:rPr>
        <w:t xml:space="preserve"> explicitly </w:t>
      </w:r>
      <w:r>
        <w:rPr>
          <w:b w:val="0"/>
          <w:i w:val="0"/>
          <w:smallCaps w:val="0"/>
          <w:strike w:val="0"/>
          <w:sz w:val="22"/>
          <w:highlight w:val="cyan"/>
          <w:u w:val="single"/>
        </w:rPr>
        <w:t xml:space="preserve">raised the concern of </w:t>
      </w:r>
      <w:r>
        <w:rPr>
          <w:b/>
          <w:i w:val="0"/>
          <w:smallCaps w:val="0"/>
          <w:strike w:val="0"/>
          <w:sz w:val="22"/>
          <w:highlight w:val="cyan"/>
          <w:u w:val="single"/>
        </w:rPr>
        <w:t>burn-out</w:t>
      </w:r>
      <w:r>
        <w:rPr>
          <w:b w:val="0"/>
          <w:i w:val="0"/>
          <w:smallCaps w:val="0"/>
          <w:strike w:val="0"/>
          <w:sz w:val="22"/>
          <w:u w:val="single"/>
        </w:rPr>
        <w:t xml:space="preserve"> due to the </w:t>
      </w:r>
      <w:r>
        <w:rPr>
          <w:b/>
          <w:i w:val="0"/>
          <w:smallCaps w:val="0"/>
          <w:strike w:val="0"/>
          <w:sz w:val="22"/>
          <w:u w:val="single"/>
        </w:rPr>
        <w:t>burdens</w:t>
      </w:r>
      <w:r>
        <w:rPr>
          <w:b w:val="0"/>
          <w:i w:val="0"/>
          <w:smallCaps w:val="0"/>
          <w:strike w:val="0"/>
          <w:sz w:val="16"/>
          <w:u w:val="none"/>
        </w:rPr>
        <w:t xml:space="preserve"> </w:t>
      </w:r>
      <w:r>
        <w:rPr>
          <w:b w:val="0"/>
          <w:i w:val="0"/>
          <w:smallCaps w:val="0"/>
          <w:strike w:val="0"/>
          <w:sz w:val="12"/>
          <w:u w:val="none"/>
        </w:rPr>
        <w:t xml:space="preserve">of compensating for long-term vacancies </w:t>
      </w:r>
      <w:r>
        <w:rPr>
          <w:b w:val="0"/>
          <w:i w:val="0"/>
          <w:smallCaps w:val="0"/>
          <w:strike w:val="0"/>
          <w:sz w:val="14"/>
          <w:u w:val="none"/>
        </w:rPr>
        <w:t xml:space="preserve">(E.D. Cal., S.D. Fla., D. Nev., E.D. Tex.).59 Chief Judge </w:t>
      </w:r>
      <w:r>
        <w:rPr>
          <w:b w:val="0"/>
          <w:i w:val="0"/>
          <w:smallCaps w:val="0"/>
          <w:strike w:val="0"/>
          <w:sz w:val="22"/>
          <w:u w:val="single"/>
        </w:rPr>
        <w:t>Davis in the Eastern District of Texas</w:t>
      </w:r>
      <w:r>
        <w:rPr>
          <w:b w:val="0"/>
          <w:i w:val="0"/>
          <w:smallCaps w:val="0"/>
          <w:strike w:val="0"/>
          <w:sz w:val="14"/>
          <w:u w:val="none"/>
        </w:rPr>
        <w:t xml:space="preserve">, for example, </w:t>
      </w:r>
      <w:r>
        <w:rPr>
          <w:b w:val="0"/>
          <w:i w:val="0"/>
          <w:smallCaps w:val="0"/>
          <w:strike w:val="0"/>
          <w:sz w:val="22"/>
          <w:u w:val="single"/>
        </w:rPr>
        <w:t>described</w:t>
      </w:r>
      <w:r>
        <w:rPr>
          <w:b w:val="0"/>
          <w:i w:val="0"/>
          <w:smallCaps w:val="0"/>
          <w:strike w:val="0"/>
          <w:sz w:val="14"/>
          <w:u w:val="none"/>
        </w:rPr>
        <w:t xml:space="preserve"> the “long-term tolling effect on the judges” from his district’s two vacancies, citing an impact on “morale.”60 </w:t>
      </w:r>
      <w:r>
        <w:rPr>
          <w:b w:val="0"/>
          <w:i w:val="0"/>
          <w:smallCaps w:val="0"/>
          <w:strike w:val="0"/>
          <w:sz w:val="12"/>
          <w:u w:val="none"/>
        </w:rPr>
        <w:t xml:space="preserve">He added, </w:t>
      </w:r>
      <w:r>
        <w:rPr>
          <w:b w:val="0"/>
          <w:i w:val="0"/>
          <w:smallCaps w:val="0"/>
          <w:strike w:val="0"/>
          <w:sz w:val="22"/>
          <w:u w:val="single"/>
        </w:rPr>
        <w:t xml:space="preserve">“I sense a </w:t>
      </w:r>
      <w:r>
        <w:rPr>
          <w:b/>
          <w:i w:val="0"/>
          <w:smallCaps w:val="0"/>
          <w:strike w:val="0"/>
          <w:sz w:val="22"/>
          <w:highlight w:val="cyan"/>
          <w:u w:val="single"/>
        </w:rPr>
        <w:t>weariness</w:t>
      </w:r>
      <w:r>
        <w:rPr>
          <w:b w:val="0"/>
          <w:i w:val="0"/>
          <w:smallCaps w:val="0"/>
          <w:strike w:val="0"/>
          <w:sz w:val="22"/>
          <w:highlight w:val="cyan"/>
          <w:u w:val="single"/>
        </w:rPr>
        <w:t xml:space="preserve"> and</w:t>
      </w:r>
      <w:r>
        <w:rPr>
          <w:b w:val="0"/>
          <w:i w:val="0"/>
          <w:smallCaps w:val="0"/>
          <w:strike w:val="0"/>
          <w:sz w:val="22"/>
          <w:u w:val="single"/>
        </w:rPr>
        <w:t xml:space="preserve"> a </w:t>
      </w:r>
      <w:r>
        <w:rPr>
          <w:b/>
          <w:i w:val="0"/>
          <w:smallCaps w:val="0"/>
          <w:strike w:val="0"/>
          <w:sz w:val="22"/>
          <w:highlight w:val="cyan"/>
          <w:u w:val="single"/>
        </w:rPr>
        <w:t>tiredness</w:t>
      </w:r>
      <w:r>
        <w:rPr>
          <w:b w:val="0"/>
          <w:i w:val="0"/>
          <w:smallCaps w:val="0"/>
          <w:strike w:val="0"/>
          <w:sz w:val="22"/>
          <w:u w:val="single"/>
        </w:rPr>
        <w:t xml:space="preserve"> on behalf of our district judges, especially ones that have to travel long distances</w:t>
      </w:r>
      <w:r>
        <w:rPr>
          <w:b w:val="0"/>
          <w:i w:val="0"/>
          <w:smallCaps w:val="0"/>
          <w:strike w:val="0"/>
          <w:sz w:val="12"/>
          <w:u w:val="none"/>
        </w:rPr>
        <w:t xml:space="preserve"> [because of vacancies].”</w:t>
      </w:r>
      <w:r>
        <w:rPr>
          <w:b w:val="0"/>
          <w:i w:val="0"/>
          <w:smallCaps w:val="0"/>
          <w:strike w:val="0"/>
          <w:sz w:val="14"/>
          <w:u w:val="none"/>
        </w:rPr>
        <w:t xml:space="preserve">61 </w:t>
      </w:r>
      <w:r>
        <w:rPr>
          <w:b w:val="0"/>
          <w:i w:val="0"/>
          <w:smallCaps w:val="0"/>
          <w:strike w:val="0"/>
          <w:sz w:val="22"/>
          <w:u w:val="single"/>
        </w:rPr>
        <w:t>Judge Davis speculated that this long-term toll was</w:t>
      </w:r>
      <w:r>
        <w:rPr>
          <w:b w:val="0"/>
          <w:i w:val="0"/>
          <w:smallCaps w:val="0"/>
          <w:strike w:val="0"/>
          <w:u w:val="none"/>
        </w:rPr>
        <w:t xml:space="preserve"> </w:t>
      </w:r>
      <w:r>
        <w:rPr>
          <w:b/>
          <w:i w:val="0"/>
          <w:smallCaps w:val="0"/>
          <w:strike w:val="0"/>
          <w:sz w:val="22"/>
          <w:highlight w:val="cyan"/>
          <w:u w:val="single"/>
        </w:rPr>
        <w:t>encouraging judges</w:t>
      </w:r>
      <w:r>
        <w:rPr>
          <w:b/>
          <w:i w:val="0"/>
          <w:smallCaps w:val="0"/>
          <w:strike w:val="0"/>
          <w:sz w:val="22"/>
          <w:u w:val="single"/>
        </w:rPr>
        <w:t xml:space="preserve"> in his district </w:t>
      </w:r>
      <w:r>
        <w:rPr>
          <w:b/>
          <w:i w:val="0"/>
          <w:smallCaps w:val="0"/>
          <w:strike w:val="0"/>
          <w:sz w:val="22"/>
          <w:highlight w:val="cyan"/>
          <w:u w:val="single"/>
        </w:rPr>
        <w:t>to retire</w:t>
      </w:r>
      <w:r>
        <w:rPr>
          <w:b w:val="0"/>
          <w:i w:val="0"/>
          <w:smallCaps w:val="0"/>
          <w:strike w:val="0"/>
          <w:sz w:val="14"/>
          <w:u w:val="none"/>
        </w:rPr>
        <w:t xml:space="preserve">, noting that the number of senior judges in his district has declined as more judges chose to leave the bench altogether when they reached retirement age.62 Chief Judge Federico Moreno in the Southern District of Florida likewise highlighted the toll that vacancies in his district placed on judges, despite observing that he did not think the vacancies were impacting the administration of justice.63 “It’s like an emergency room in a hospital,” he observed. “The judges are used to it and people come in and out and get good treatment. But the question is, can you sustain it? Eventually you burn out.”64 </w:t>
      </w:r>
    </w:p>
    <w:p>
      <w:pPr>
        <w:spacing w:after="60"/>
      </w:pPr>
      <w:r>
        <w:rPr>
          <w:b w:val="0"/>
          <w:i w:val="0"/>
          <w:smallCaps w:val="0"/>
          <w:strike w:val="0"/>
          <w:sz w:val="14"/>
          <w:u w:val="none"/>
        </w:rPr>
        <w:t>In two districts, interviewees also highlighted the burdens on senior judges who had retired from active service while continuing to carry full or close-to-full caseloads,65 arguing that it “wears [them] down.”66 The Clerk of Court in the Western District of Wisconsin commended the district’s senior judge as “working as hard or harder than before she retired.”67</w:t>
      </w:r>
    </w:p>
    <w:p>
      <w:pPr>
        <w:spacing w:after="60"/>
      </w:pPr>
      <w:r>
        <w:rPr>
          <w:b w:val="0"/>
          <w:i w:val="0"/>
          <w:smallCaps w:val="0"/>
          <w:strike w:val="0"/>
          <w:sz w:val="22"/>
          <w:u w:val="single"/>
        </w:rPr>
        <w:t>Several attorneys raised similar concerns, describing “</w:t>
      </w:r>
      <w:r>
        <w:rPr>
          <w:b/>
          <w:i w:val="0"/>
          <w:smallCaps w:val="0"/>
          <w:strike w:val="0"/>
          <w:sz w:val="22"/>
          <w:u w:val="single"/>
        </w:rPr>
        <w:t>wear and tear</w:t>
      </w:r>
      <w:r>
        <w:rPr>
          <w:b w:val="0"/>
          <w:i w:val="0"/>
          <w:smallCaps w:val="0"/>
          <w:strike w:val="0"/>
          <w:sz w:val="22"/>
          <w:u w:val="single"/>
        </w:rPr>
        <w:t xml:space="preserve">” on their districts’ judges,68 along with “overwork,”69 a “lower level of morale,”70 and a “very heavy burden”71 on judges. </w:t>
      </w:r>
      <w:r>
        <w:rPr>
          <w:b w:val="0"/>
          <w:i w:val="0"/>
          <w:smallCaps w:val="0"/>
          <w:strike w:val="0"/>
          <w:sz w:val="22"/>
          <w:highlight w:val="cyan"/>
          <w:u w:val="single"/>
        </w:rPr>
        <w:t>These observations</w:t>
      </w:r>
      <w:r>
        <w:rPr>
          <w:b w:val="0"/>
          <w:i w:val="0"/>
          <w:smallCaps w:val="0"/>
          <w:strike w:val="0"/>
          <w:sz w:val="22"/>
          <w:u w:val="single"/>
        </w:rPr>
        <w:t xml:space="preserve"> </w:t>
      </w:r>
      <w:r>
        <w:rPr>
          <w:b w:val="0"/>
          <w:i w:val="0"/>
          <w:smallCaps w:val="0"/>
          <w:strike w:val="0"/>
          <w:sz w:val="12"/>
          <w:u w:val="none"/>
        </w:rPr>
        <w:t xml:space="preserve">suggest that high and sustained levels of judicial vacancies </w:t>
      </w:r>
      <w:r>
        <w:rPr>
          <w:b w:val="0"/>
          <w:i w:val="0"/>
          <w:smallCaps w:val="0"/>
          <w:strike w:val="0"/>
          <w:sz w:val="22"/>
          <w:highlight w:val="cyan"/>
          <w:u w:val="single"/>
        </w:rPr>
        <w:t>raise</w:t>
      </w:r>
      <w:r>
        <w:rPr>
          <w:b w:val="0"/>
          <w:i w:val="0"/>
          <w:smallCaps w:val="0"/>
          <w:strike w:val="0"/>
          <w:highlight w:val="cyan"/>
          <w:u w:val="none"/>
        </w:rPr>
        <w:t xml:space="preserve"> </w:t>
      </w:r>
      <w:r>
        <w:rPr>
          <w:b w:val="0"/>
          <w:i w:val="0"/>
          <w:smallCaps w:val="0"/>
          <w:strike w:val="0"/>
          <w:sz w:val="22"/>
          <w:highlight w:val="cyan"/>
          <w:u w:val="single"/>
        </w:rPr>
        <w:t>concerns</w:t>
      </w:r>
      <w:r>
        <w:rPr>
          <w:b w:val="0"/>
          <w:i w:val="0"/>
          <w:smallCaps w:val="0"/>
          <w:strike w:val="0"/>
          <w:sz w:val="22"/>
          <w:u w:val="single"/>
        </w:rPr>
        <w:t xml:space="preserve"> not just for their impact on current cases but </w:t>
      </w:r>
      <w:r>
        <w:rPr>
          <w:b w:val="0"/>
          <w:i w:val="0"/>
          <w:smallCaps w:val="0"/>
          <w:strike w:val="0"/>
          <w:sz w:val="22"/>
          <w:highlight w:val="cyan"/>
          <w:u w:val="single"/>
        </w:rPr>
        <w:t xml:space="preserve">for the </w:t>
      </w:r>
      <w:r>
        <w:rPr>
          <w:b/>
          <w:i w:val="0"/>
          <w:smallCaps w:val="0"/>
          <w:strike w:val="0"/>
          <w:sz w:val="22"/>
          <w:highlight w:val="cyan"/>
          <w:u w:val="single"/>
        </w:rPr>
        <w:t>long-term health</w:t>
      </w:r>
      <w:r>
        <w:rPr>
          <w:b w:val="0"/>
          <w:i w:val="0"/>
          <w:smallCaps w:val="0"/>
          <w:strike w:val="0"/>
          <w:sz w:val="22"/>
          <w:highlight w:val="cyan"/>
          <w:u w:val="single"/>
        </w:rPr>
        <w:t xml:space="preserve"> and </w:t>
      </w:r>
      <w:r>
        <w:rPr>
          <w:b/>
          <w:i w:val="0"/>
          <w:smallCaps w:val="0"/>
          <w:strike w:val="0"/>
          <w:sz w:val="22"/>
          <w:highlight w:val="cyan"/>
          <w:u w:val="single"/>
        </w:rPr>
        <w:t>vitality of our courts.</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