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It goes </w:t>
      </w:r>
      <w:r>
        <w:rPr>
          <w:b/>
          <w:i w:val="0"/>
          <w:smallCaps w:val="0"/>
          <w:strike w:val="0"/>
          <w:sz w:val="26"/>
          <w:u w:val="single"/>
        </w:rPr>
        <w:t>global</w:t>
      </w:r>
      <w:r>
        <w:rPr>
          <w:b/>
          <w:i w:val="0"/>
          <w:smallCaps w:val="0"/>
          <w:strike w:val="0"/>
          <w:sz w:val="26"/>
          <w:u w:val="none"/>
        </w:rPr>
        <w:t xml:space="preserve">---extinction. U.S. </w:t>
      </w:r>
      <w:r>
        <w:rPr>
          <w:b/>
          <w:i w:val="0"/>
          <w:smallCaps w:val="0"/>
          <w:strike w:val="0"/>
          <w:sz w:val="26"/>
          <w:u w:val="single"/>
        </w:rPr>
        <w:t>judicial management</w:t>
      </w:r>
      <w:r>
        <w:rPr>
          <w:b/>
          <w:i w:val="0"/>
          <w:smallCaps w:val="0"/>
          <w:strike w:val="0"/>
          <w:sz w:val="26"/>
          <w:u w:val="none"/>
        </w:rPr>
        <w:t xml:space="preserve"> is key. </w:t>
      </w:r>
    </w:p>
    <w:p>
      <w:pPr>
        <w:spacing w:after="80"/>
      </w:pPr>
      <w:r>
        <w:rPr>
          <w:b/>
          <w:i w:val="0"/>
          <w:smallCaps w:val="0"/>
          <w:strike w:val="0"/>
          <w:sz w:val="26"/>
          <w:u w:val="none"/>
        </w:rPr>
        <w:t>Gleick</w:t>
      </w:r>
      <w:r>
        <w:rPr>
          <w:b/>
          <w:i w:val="0"/>
          <w:smallCaps w:val="0"/>
          <w:strike w:val="0"/>
          <w:sz w:val="26"/>
          <w:u w:val="none"/>
        </w:rPr>
        <w:t xml:space="preserve"> ’21 </w:t>
      </w:r>
      <w:r>
        <w:rPr>
          <w:b w:val="0"/>
          <w:i w:val="0"/>
          <w:smallCaps w:val="0"/>
          <w:strike w:val="0"/>
          <w:u w:val="none"/>
        </w:rPr>
        <w:t xml:space="preserve">[Peter; 2021; MacArthur Fellow, Member of the US National Academy of Sciences and </w:t>
      </w:r>
      <w:r>
        <w:rPr>
          <w:b w:val="0"/>
          <w:i w:val="0"/>
          <w:smallCaps w:val="0"/>
          <w:strike w:val="0"/>
          <w:u w:val="none"/>
        </w:rPr>
        <w:t>Hydroclimatologist</w:t>
      </w:r>
      <w:r>
        <w:rPr>
          <w:b w:val="0"/>
          <w:i w:val="0"/>
          <w:smallCaps w:val="0"/>
          <w:strike w:val="0"/>
          <w:u w:val="none"/>
        </w:rPr>
        <w:t>, B.S. from Yale University and M.S. and Ph.D. from the University of California, Berkeley; Bulletin of the Atomic Scientists, “Water Recommendation for the New Administration,” vol. 77]</w:t>
      </w:r>
    </w:p>
    <w:p>
      <w:pPr>
        <w:spacing w:after="60"/>
      </w:pPr>
      <w:r>
        <w:rPr>
          <w:b w:val="0"/>
          <w:i w:val="0"/>
          <w:smallCaps w:val="0"/>
          <w:strike w:val="0"/>
          <w:sz w:val="22"/>
          <w:highlight w:val="cyan"/>
          <w:u w:val="single"/>
        </w:rPr>
        <w:t>Climate changes</w:t>
      </w:r>
      <w:r>
        <w:rPr>
          <w:b w:val="0"/>
          <w:i w:val="0"/>
          <w:smallCaps w:val="0"/>
          <w:strike w:val="0"/>
          <w:sz w:val="22"/>
          <w:u w:val="single"/>
        </w:rPr>
        <w:t xml:space="preserve"> are </w:t>
      </w:r>
      <w:r>
        <w:rPr>
          <w:b/>
          <w:i w:val="0"/>
          <w:smallCaps w:val="0"/>
          <w:strike w:val="0"/>
          <w:sz w:val="22"/>
          <w:u w:val="single"/>
        </w:rPr>
        <w:t>already</w:t>
      </w:r>
      <w:r>
        <w:rPr>
          <w:b w:val="0"/>
          <w:i w:val="0"/>
          <w:smallCaps w:val="0"/>
          <w:strike w:val="0"/>
          <w:sz w:val="22"/>
          <w:u w:val="single"/>
        </w:rPr>
        <w:t xml:space="preserve"> </w:t>
      </w:r>
      <w:r>
        <w:rPr>
          <w:b/>
          <w:i w:val="0"/>
          <w:smallCaps w:val="0"/>
          <w:strike w:val="0"/>
          <w:sz w:val="22"/>
          <w:highlight w:val="cyan"/>
          <w:u w:val="single"/>
        </w:rPr>
        <w:t>affect</w:t>
      </w:r>
      <w:r>
        <w:rPr>
          <w:b w:val="0"/>
          <w:i w:val="0"/>
          <w:smallCaps w:val="0"/>
          <w:strike w:val="0"/>
          <w:sz w:val="22"/>
          <w:u w:val="single"/>
        </w:rPr>
        <w:t>ing</w:t>
      </w:r>
      <w:r>
        <w:rPr>
          <w:b w:val="0"/>
          <w:i w:val="0"/>
          <w:smallCaps w:val="0"/>
          <w:strike w:val="0"/>
          <w:sz w:val="16"/>
          <w:u w:val="none"/>
        </w:rPr>
        <w:t xml:space="preserve"> US </w:t>
      </w:r>
      <w:r>
        <w:rPr>
          <w:b w:val="0"/>
          <w:i w:val="0"/>
          <w:smallCaps w:val="0"/>
          <w:strike w:val="0"/>
          <w:sz w:val="22"/>
          <w:u w:val="single"/>
        </w:rPr>
        <w:t xml:space="preserve">water resources, </w:t>
      </w:r>
      <w:r>
        <w:rPr>
          <w:b w:val="0"/>
          <w:i w:val="0"/>
          <w:smallCaps w:val="0"/>
          <w:strike w:val="0"/>
          <w:sz w:val="22"/>
          <w:highlight w:val="cyan"/>
          <w:u w:val="single"/>
        </w:rPr>
        <w:t>and</w:t>
      </w:r>
      <w:r>
        <w:rPr>
          <w:b w:val="0"/>
          <w:i w:val="0"/>
          <w:smallCaps w:val="0"/>
          <w:strike w:val="0"/>
          <w:sz w:val="16"/>
          <w:u w:val="none"/>
        </w:rPr>
        <w:t xml:space="preserve"> the consequences for communities, health, and the environment </w:t>
      </w:r>
      <w:r>
        <w:rPr>
          <w:b w:val="0"/>
          <w:i w:val="0"/>
          <w:smallCaps w:val="0"/>
          <w:strike w:val="0"/>
          <w:sz w:val="22"/>
          <w:highlight w:val="cyan"/>
          <w:u w:val="single"/>
        </w:rPr>
        <w:t xml:space="preserve">will </w:t>
      </w:r>
      <w:r>
        <w:rPr>
          <w:b/>
          <w:i w:val="0"/>
          <w:smallCaps w:val="0"/>
          <w:strike w:val="0"/>
          <w:sz w:val="22"/>
          <w:highlight w:val="cyan"/>
          <w:u w:val="single"/>
        </w:rPr>
        <w:t>worsen</w:t>
      </w:r>
    </w:p>
    <w:p>
      <w:pPr>
        <w:spacing w:after="60"/>
      </w:pPr>
      <w:r>
        <w:rPr>
          <w:b w:val="0"/>
          <w:i w:val="0"/>
          <w:smallCaps w:val="0"/>
          <w:strike w:val="0"/>
          <w:sz w:val="22"/>
          <w:u w:val="single"/>
        </w:rPr>
        <w:t xml:space="preserve">The science is </w:t>
      </w:r>
      <w:r>
        <w:rPr>
          <w:b/>
          <w:i w:val="0"/>
          <w:smallCaps w:val="0"/>
          <w:strike w:val="0"/>
          <w:sz w:val="22"/>
          <w:u w:val="single"/>
        </w:rPr>
        <w:t>unambiguous</w:t>
      </w:r>
      <w:r>
        <w:rPr>
          <w:b w:val="0"/>
          <w:i w:val="0"/>
          <w:smallCaps w:val="0"/>
          <w:strike w:val="0"/>
          <w:sz w:val="16"/>
          <w:u w:val="none"/>
        </w:rPr>
        <w:t xml:space="preserve">, as shown in the long series of US National Climate Assessments, reports from the US National Academies of Science, and other national and international scientific reviews (US Global Change Research Program 2020). </w:t>
      </w:r>
      <w:r>
        <w:rPr>
          <w:b w:val="0"/>
          <w:i w:val="0"/>
          <w:smallCaps w:val="0"/>
          <w:strike w:val="0"/>
          <w:sz w:val="22"/>
          <w:u w:val="single"/>
        </w:rPr>
        <w:t>Rising temperatures affect both water supply and demand. Rapidly melting snow and ice mean floods</w:t>
      </w:r>
      <w:r>
        <w:rPr>
          <w:b w:val="0"/>
          <w:i w:val="0"/>
          <w:smallCaps w:val="0"/>
          <w:strike w:val="0"/>
          <w:sz w:val="16"/>
          <w:u w:val="none"/>
        </w:rPr>
        <w:t xml:space="preserve"> in spring, </w:t>
      </w:r>
      <w:r>
        <w:rPr>
          <w:b w:val="0"/>
          <w:i w:val="0"/>
          <w:smallCaps w:val="0"/>
          <w:strike w:val="0"/>
          <w:sz w:val="22"/>
          <w:u w:val="single"/>
        </w:rPr>
        <w:t>droughts</w:t>
      </w:r>
      <w:r>
        <w:rPr>
          <w:b w:val="0"/>
          <w:i w:val="0"/>
          <w:smallCaps w:val="0"/>
          <w:strike w:val="0"/>
          <w:sz w:val="16"/>
          <w:u w:val="none"/>
        </w:rPr>
        <w:t xml:space="preserve"> in summer, </w:t>
      </w:r>
      <w:r>
        <w:rPr>
          <w:b w:val="0"/>
          <w:i w:val="0"/>
          <w:smallCaps w:val="0"/>
          <w:strike w:val="0"/>
          <w:sz w:val="22"/>
          <w:u w:val="single"/>
        </w:rPr>
        <w:t>and new threats to hydropower production</w:t>
      </w:r>
      <w:r>
        <w:rPr>
          <w:b w:val="0"/>
          <w:i w:val="0"/>
          <w:smallCaps w:val="0"/>
          <w:strike w:val="0"/>
          <w:sz w:val="16"/>
          <w:u w:val="none"/>
        </w:rPr>
        <w:t>. Rising sea levels threaten coastal communities, groundwater, and wetlands.</w:t>
      </w:r>
    </w:p>
    <w:p>
      <w:pPr>
        <w:spacing w:after="60"/>
      </w:pPr>
      <w:r>
        <w:rPr>
          <w:b w:val="0"/>
          <w:i w:val="0"/>
          <w:smallCaps w:val="0"/>
          <w:strike w:val="0"/>
          <w:sz w:val="16"/>
          <w:u w:val="none"/>
        </w:rPr>
        <w:t>Hurricanes, floods, and droughts – already the nation’s most destructive natural disasters – are getting worse. By failing to address climate change, we threaten our economy, security, health, and the environment.</w:t>
      </w:r>
    </w:p>
    <w:p>
      <w:pPr>
        <w:spacing w:after="60"/>
      </w:pPr>
      <w:r>
        <w:rPr>
          <w:b w:val="0"/>
          <w:i w:val="0"/>
          <w:smallCaps w:val="0"/>
          <w:strike w:val="0"/>
          <w:sz w:val="16"/>
          <w:u w:val="none"/>
        </w:rPr>
        <w:t>So, what can we do about it? A few key recommendations include supporting the ongoing US National Climate Assessments, as required by law. These reports provide the best scientific assessment of the risks of climate change. The Biden administration could also require all federal agencies to integrate climate resilience and risk mitigation into water programs, including infrastructure investments, disaster planning, insurance programs, agricultural and industrial commitments, and military and national security assessments. Funding and scientific advice is needed for states, counties, cities, and tribal communities to establish key partnerships, develop climate change risk-reduction and resilience programs, and enhance protection from disasters.</w:t>
      </w:r>
    </w:p>
    <w:p>
      <w:pPr>
        <w:spacing w:after="60"/>
      </w:pPr>
      <w:r>
        <w:rPr>
          <w:b w:val="0"/>
          <w:i w:val="0"/>
          <w:smallCaps w:val="0"/>
          <w:strike w:val="0"/>
          <w:sz w:val="16"/>
          <w:u w:val="none"/>
        </w:rPr>
        <w:t>It’s also long past time to revise and modernize the federal National Flood Insurance Program to increase protections from changing flood risks and discourage development or redevelopment in vulnerable areas. The new administration should also develop federal water- and energy-efficiency programs and greenhouse-gas emissions reductions strategies that reduce the energy cost of providing, treating, delivering, using, and cleaning water, and boosting soil carbon – and President-elect Biden, immediately upon his inauguration, should reaffirm US commitments to the Paris Agreement and the World Health Organization.</w:t>
      </w:r>
    </w:p>
    <w:p>
      <w:pPr>
        <w:spacing w:after="60"/>
      </w:pPr>
      <w:r>
        <w:rPr>
          <w:b w:val="0"/>
          <w:i w:val="0"/>
          <w:smallCaps w:val="0"/>
          <w:strike w:val="0"/>
          <w:sz w:val="16"/>
          <w:u w:val="none"/>
        </w:rPr>
        <w:t>Which brings us to the next problem.</w:t>
      </w:r>
    </w:p>
    <w:p>
      <w:pPr>
        <w:spacing w:after="60"/>
      </w:pPr>
      <w:r>
        <w:rPr>
          <w:b w:val="0"/>
          <w:i w:val="0"/>
          <w:smallCaps w:val="0"/>
          <w:strike w:val="0"/>
          <w:sz w:val="22"/>
          <w:highlight w:val="cyan"/>
          <w:u w:val="single"/>
        </w:rPr>
        <w:t>Water</w:t>
      </w:r>
      <w:r>
        <w:rPr>
          <w:b w:val="0"/>
          <w:i w:val="0"/>
          <w:smallCaps w:val="0"/>
          <w:strike w:val="0"/>
          <w:sz w:val="22"/>
          <w:u w:val="single"/>
        </w:rPr>
        <w:t xml:space="preserve"> resource </w:t>
      </w:r>
      <w:r>
        <w:rPr>
          <w:b w:val="0"/>
          <w:i w:val="0"/>
          <w:smallCaps w:val="0"/>
          <w:strike w:val="0"/>
          <w:sz w:val="22"/>
          <w:highlight w:val="cyan"/>
          <w:u w:val="single"/>
        </w:rPr>
        <w:t>problems</w:t>
      </w:r>
      <w:r>
        <w:rPr>
          <w:b w:val="0"/>
          <w:i w:val="0"/>
          <w:smallCaps w:val="0"/>
          <w:strike w:val="0"/>
          <w:sz w:val="22"/>
          <w:u w:val="single"/>
        </w:rPr>
        <w:t xml:space="preserve"> pose threats to</w:t>
      </w:r>
      <w:r>
        <w:rPr>
          <w:b w:val="0"/>
          <w:i w:val="0"/>
          <w:smallCaps w:val="0"/>
          <w:strike w:val="0"/>
          <w:sz w:val="16"/>
          <w:u w:val="none"/>
        </w:rPr>
        <w:t xml:space="preserve"> US national and </w:t>
      </w:r>
      <w:r>
        <w:rPr>
          <w:b/>
          <w:i w:val="0"/>
          <w:smallCaps w:val="0"/>
          <w:strike w:val="0"/>
          <w:sz w:val="22"/>
          <w:u w:val="single"/>
        </w:rPr>
        <w:t>international security</w:t>
      </w:r>
      <w:r>
        <w:rPr>
          <w:b w:val="0"/>
          <w:i w:val="0"/>
          <w:smallCaps w:val="0"/>
          <w:strike w:val="0"/>
          <w:sz w:val="22"/>
          <w:u w:val="single"/>
        </w:rPr>
        <w:t xml:space="preserve"> and </w:t>
      </w:r>
      <w:r>
        <w:rPr>
          <w:b w:val="0"/>
          <w:i w:val="0"/>
          <w:smallCaps w:val="0"/>
          <w:strike w:val="0"/>
          <w:sz w:val="22"/>
          <w:highlight w:val="cyan"/>
          <w:u w:val="single"/>
        </w:rPr>
        <w:t>will</w:t>
      </w:r>
      <w:r>
        <w:rPr>
          <w:b w:val="0"/>
          <w:i w:val="0"/>
          <w:smallCaps w:val="0"/>
          <w:strike w:val="0"/>
          <w:sz w:val="22"/>
          <w:u w:val="single"/>
        </w:rPr>
        <w:t xml:space="preserve"> continue to </w:t>
      </w:r>
      <w:r>
        <w:rPr>
          <w:b w:val="0"/>
          <w:i w:val="0"/>
          <w:smallCaps w:val="0"/>
          <w:strike w:val="0"/>
          <w:sz w:val="22"/>
          <w:highlight w:val="cyan"/>
          <w:u w:val="single"/>
        </w:rPr>
        <w:t>be a source of</w:t>
      </w:r>
      <w:r>
        <w:rPr>
          <w:b w:val="0"/>
          <w:i w:val="0"/>
          <w:smallCaps w:val="0"/>
          <w:strike w:val="0"/>
          <w:sz w:val="22"/>
          <w:u w:val="single"/>
        </w:rPr>
        <w:t xml:space="preserve"> intra- and </w:t>
      </w:r>
      <w:r>
        <w:rPr>
          <w:b/>
          <w:i w:val="0"/>
          <w:smallCaps w:val="0"/>
          <w:strike w:val="0"/>
          <w:sz w:val="22"/>
          <w:u w:val="single"/>
        </w:rPr>
        <w:t xml:space="preserve">inter-state </w:t>
      </w:r>
      <w:r>
        <w:rPr>
          <w:b/>
          <w:i w:val="0"/>
          <w:smallCaps w:val="0"/>
          <w:strike w:val="0"/>
          <w:sz w:val="22"/>
          <w:highlight w:val="cyan"/>
          <w:u w:val="single"/>
        </w:rPr>
        <w:t>conflict</w:t>
      </w:r>
    </w:p>
    <w:p>
      <w:pPr>
        <w:spacing w:after="60"/>
      </w:pPr>
      <w:r>
        <w:rPr>
          <w:b w:val="0"/>
          <w:i w:val="0"/>
          <w:smallCaps w:val="0"/>
          <w:strike w:val="0"/>
          <w:sz w:val="16"/>
          <w:u w:val="none"/>
        </w:rPr>
        <w:t xml:space="preserve">In 2012, the US Intelligence Community released an assessment of national security threats associated with water resources (Intelligence Community Assessment 2012). Among their conclusions: “During the next 10 years, </w:t>
      </w:r>
      <w:r>
        <w:rPr>
          <w:b/>
          <w:i w:val="0"/>
          <w:smallCaps w:val="0"/>
          <w:strike w:val="0"/>
          <w:sz w:val="22"/>
          <w:highlight w:val="cyan"/>
          <w:u w:val="single"/>
        </w:rPr>
        <w:t>many countries</w:t>
      </w:r>
      <w:r>
        <w:rPr>
          <w:b w:val="0"/>
          <w:i w:val="0"/>
          <w:smallCaps w:val="0"/>
          <w:strike w:val="0"/>
          <w:sz w:val="22"/>
          <w:u w:val="single"/>
        </w:rPr>
        <w:t xml:space="preserve"> important to the United States </w:t>
      </w:r>
      <w:r>
        <w:rPr>
          <w:b w:val="0"/>
          <w:i w:val="0"/>
          <w:smallCaps w:val="0"/>
          <w:strike w:val="0"/>
          <w:sz w:val="22"/>
          <w:highlight w:val="cyan"/>
          <w:u w:val="single"/>
        </w:rPr>
        <w:t>will experience</w:t>
      </w:r>
      <w:r>
        <w:rPr>
          <w:b w:val="0"/>
          <w:i w:val="0"/>
          <w:smallCaps w:val="0"/>
          <w:strike w:val="0"/>
          <w:sz w:val="22"/>
          <w:u w:val="single"/>
        </w:rPr>
        <w:t xml:space="preserve"> </w:t>
      </w:r>
      <w:r>
        <w:rPr>
          <w:b/>
          <w:i w:val="0"/>
          <w:smallCaps w:val="0"/>
          <w:strike w:val="0"/>
          <w:sz w:val="22"/>
          <w:u w:val="single"/>
        </w:rPr>
        <w:t>water problems</w:t>
      </w:r>
      <w:r>
        <w:rPr>
          <w:b w:val="0"/>
          <w:i w:val="0"/>
          <w:smallCaps w:val="0"/>
          <w:strike w:val="0"/>
          <w:sz w:val="22"/>
          <w:u w:val="single"/>
        </w:rPr>
        <w:t xml:space="preserve"> – </w:t>
      </w:r>
      <w:r>
        <w:rPr>
          <w:b/>
          <w:i w:val="0"/>
          <w:smallCaps w:val="0"/>
          <w:strike w:val="0"/>
          <w:sz w:val="22"/>
          <w:highlight w:val="cyan"/>
          <w:u w:val="single"/>
        </w:rPr>
        <w:t>shortages</w:t>
      </w:r>
      <w:r>
        <w:rPr>
          <w:b w:val="0"/>
          <w:i w:val="0"/>
          <w:smallCaps w:val="0"/>
          <w:strike w:val="0"/>
          <w:sz w:val="22"/>
          <w:u w:val="single"/>
        </w:rPr>
        <w:t xml:space="preserve">, poor water quality, or floods – </w:t>
      </w:r>
      <w:r>
        <w:rPr>
          <w:b w:val="0"/>
          <w:i w:val="0"/>
          <w:smallCaps w:val="0"/>
          <w:strike w:val="0"/>
          <w:sz w:val="22"/>
          <w:highlight w:val="cyan"/>
          <w:u w:val="single"/>
        </w:rPr>
        <w:t>that</w:t>
      </w:r>
      <w:r>
        <w:rPr>
          <w:b w:val="0"/>
          <w:i w:val="0"/>
          <w:smallCaps w:val="0"/>
          <w:strike w:val="0"/>
          <w:sz w:val="22"/>
          <w:u w:val="single"/>
        </w:rPr>
        <w:t xml:space="preserve"> will </w:t>
      </w:r>
      <w:r>
        <w:rPr>
          <w:b w:val="0"/>
          <w:i w:val="0"/>
          <w:smallCaps w:val="0"/>
          <w:strike w:val="0"/>
          <w:sz w:val="22"/>
          <w:highlight w:val="cyan"/>
          <w:u w:val="single"/>
        </w:rPr>
        <w:t>risk</w:t>
      </w:r>
      <w:r>
        <w:rPr>
          <w:b w:val="0"/>
          <w:i w:val="0"/>
          <w:smallCaps w:val="0"/>
          <w:strike w:val="0"/>
          <w:sz w:val="22"/>
          <w:u w:val="single"/>
        </w:rPr>
        <w:t xml:space="preserve"> </w:t>
      </w:r>
      <w:r>
        <w:rPr>
          <w:b/>
          <w:i w:val="0"/>
          <w:smallCaps w:val="0"/>
          <w:strike w:val="0"/>
          <w:sz w:val="22"/>
          <w:u w:val="single"/>
        </w:rPr>
        <w:t>instability</w:t>
      </w:r>
      <w:r>
        <w:rPr>
          <w:b w:val="0"/>
          <w:i w:val="0"/>
          <w:smallCaps w:val="0"/>
          <w:strike w:val="0"/>
          <w:sz w:val="22"/>
          <w:u w:val="single"/>
        </w:rPr>
        <w:t xml:space="preserve"> and </w:t>
      </w:r>
      <w:r>
        <w:rPr>
          <w:b/>
          <w:i w:val="0"/>
          <w:smallCaps w:val="0"/>
          <w:strike w:val="0"/>
          <w:sz w:val="22"/>
          <w:highlight w:val="cyan"/>
          <w:u w:val="single"/>
        </w:rPr>
        <w:t>state failure</w:t>
      </w:r>
      <w:r>
        <w:rPr>
          <w:b w:val="0"/>
          <w:i w:val="0"/>
          <w:smallCaps w:val="0"/>
          <w:strike w:val="0"/>
          <w:sz w:val="22"/>
          <w:highlight w:val="cyan"/>
          <w:u w:val="single"/>
        </w:rPr>
        <w:t>, increase</w:t>
      </w:r>
      <w:r>
        <w:rPr>
          <w:b w:val="0"/>
          <w:i w:val="0"/>
          <w:smallCaps w:val="0"/>
          <w:strike w:val="0"/>
          <w:sz w:val="22"/>
          <w:u w:val="single"/>
        </w:rPr>
        <w:t xml:space="preserve"> </w:t>
      </w:r>
      <w:r>
        <w:rPr>
          <w:b/>
          <w:i w:val="0"/>
          <w:smallCaps w:val="0"/>
          <w:strike w:val="0"/>
          <w:sz w:val="22"/>
          <w:u w:val="single"/>
        </w:rPr>
        <w:t xml:space="preserve">regional </w:t>
      </w:r>
      <w:r>
        <w:rPr>
          <w:b/>
          <w:i w:val="0"/>
          <w:smallCaps w:val="0"/>
          <w:strike w:val="0"/>
          <w:sz w:val="22"/>
          <w:highlight w:val="cyan"/>
          <w:u w:val="single"/>
        </w:rPr>
        <w:t>tensions</w:t>
      </w:r>
      <w:r>
        <w:rPr>
          <w:b w:val="0"/>
          <w:i w:val="0"/>
          <w:smallCaps w:val="0"/>
          <w:strike w:val="0"/>
          <w:sz w:val="22"/>
          <w:highlight w:val="cyan"/>
          <w:u w:val="single"/>
        </w:rPr>
        <w:t xml:space="preserve">, and </w:t>
      </w:r>
      <w:r>
        <w:rPr>
          <w:b/>
          <w:i w:val="0"/>
          <w:smallCaps w:val="0"/>
          <w:strike w:val="0"/>
          <w:sz w:val="22"/>
          <w:highlight w:val="cyan"/>
          <w:u w:val="single"/>
        </w:rPr>
        <w:t>distract</w:t>
      </w:r>
      <w:r>
        <w:rPr>
          <w:b/>
          <w:i w:val="0"/>
          <w:smallCaps w:val="0"/>
          <w:strike w:val="0"/>
          <w:sz w:val="22"/>
          <w:u w:val="single"/>
        </w:rPr>
        <w:t xml:space="preserve"> them</w:t>
      </w:r>
      <w:r>
        <w:rPr>
          <w:b w:val="0"/>
          <w:i w:val="0"/>
          <w:smallCaps w:val="0"/>
          <w:strike w:val="0"/>
          <w:sz w:val="22"/>
          <w:u w:val="single"/>
        </w:rPr>
        <w:t xml:space="preserve"> </w:t>
      </w:r>
      <w:r>
        <w:rPr>
          <w:b w:val="0"/>
          <w:i w:val="0"/>
          <w:smallCaps w:val="0"/>
          <w:strike w:val="0"/>
          <w:sz w:val="22"/>
          <w:highlight w:val="cyan"/>
          <w:u w:val="single"/>
        </w:rPr>
        <w:t>from working</w:t>
      </w:r>
      <w:r>
        <w:rPr>
          <w:b w:val="0"/>
          <w:i w:val="0"/>
          <w:smallCaps w:val="0"/>
          <w:strike w:val="0"/>
          <w:sz w:val="22"/>
          <w:u w:val="single"/>
        </w:rPr>
        <w:t xml:space="preserve"> with the </w:t>
      </w:r>
      <w:r>
        <w:rPr>
          <w:b/>
          <w:i w:val="0"/>
          <w:smallCaps w:val="0"/>
          <w:strike w:val="0"/>
          <w:sz w:val="22"/>
          <w:u w:val="single"/>
        </w:rPr>
        <w:t>U</w:t>
      </w:r>
      <w:r>
        <w:rPr>
          <w:b w:val="0"/>
          <w:i w:val="0"/>
          <w:smallCaps w:val="0"/>
          <w:strike w:val="0"/>
          <w:sz w:val="16"/>
          <w:u w:val="none"/>
        </w:rPr>
        <w:t xml:space="preserve">nited </w:t>
      </w:r>
      <w:r>
        <w:rPr>
          <w:b/>
          <w:i w:val="0"/>
          <w:smallCaps w:val="0"/>
          <w:strike w:val="0"/>
          <w:sz w:val="22"/>
          <w:u w:val="single"/>
        </w:rPr>
        <w:t>S</w:t>
      </w:r>
      <w:r>
        <w:rPr>
          <w:b w:val="0"/>
          <w:i w:val="0"/>
          <w:smallCaps w:val="0"/>
          <w:strike w:val="0"/>
          <w:sz w:val="16"/>
          <w:u w:val="none"/>
        </w:rPr>
        <w:t xml:space="preserve">tates </w:t>
      </w:r>
      <w:r>
        <w:rPr>
          <w:b w:val="0"/>
          <w:i w:val="0"/>
          <w:smallCaps w:val="0"/>
          <w:strike w:val="0"/>
          <w:sz w:val="22"/>
          <w:highlight w:val="cyan"/>
          <w:u w:val="single"/>
        </w:rPr>
        <w:t>on important</w:t>
      </w:r>
      <w:r>
        <w:rPr>
          <w:b w:val="0"/>
          <w:i w:val="0"/>
          <w:smallCaps w:val="0"/>
          <w:strike w:val="0"/>
          <w:sz w:val="22"/>
          <w:u w:val="single"/>
        </w:rPr>
        <w:t xml:space="preserve"> US policy </w:t>
      </w:r>
      <w:r>
        <w:rPr>
          <w:b w:val="0"/>
          <w:i w:val="0"/>
          <w:smallCaps w:val="0"/>
          <w:strike w:val="0"/>
          <w:sz w:val="22"/>
          <w:highlight w:val="cyan"/>
          <w:u w:val="single"/>
        </w:rPr>
        <w:t>objectives</w:t>
      </w:r>
      <w:r>
        <w:rPr>
          <w:b w:val="0"/>
          <w:i w:val="0"/>
          <w:smallCaps w:val="0"/>
          <w:strike w:val="0"/>
          <w:sz w:val="22"/>
          <w:u w:val="single"/>
        </w:rPr>
        <w:t xml:space="preserve">.” These conclusions have unfortunately been </w:t>
      </w:r>
      <w:r>
        <w:rPr>
          <w:b/>
          <w:i w:val="0"/>
          <w:smallCaps w:val="0"/>
          <w:strike w:val="0"/>
          <w:sz w:val="22"/>
          <w:u w:val="single"/>
        </w:rPr>
        <w:t>borne out</w:t>
      </w:r>
      <w:r>
        <w:rPr>
          <w:b w:val="0"/>
          <w:i w:val="0"/>
          <w:smallCaps w:val="0"/>
          <w:strike w:val="0"/>
          <w:sz w:val="22"/>
          <w:u w:val="single"/>
        </w:rPr>
        <w:t xml:space="preserve"> with water-based conflicts affecting US global interests in countries around the world</w:t>
      </w:r>
      <w:r>
        <w:rPr>
          <w:b w:val="0"/>
          <w:i w:val="0"/>
          <w:smallCaps w:val="0"/>
          <w:strike w:val="0"/>
          <w:sz w:val="16"/>
          <w:u w:val="none"/>
        </w:rPr>
        <w:t>.</w:t>
      </w:r>
    </w:p>
    <w:p>
      <w:pPr>
        <w:spacing w:after="60"/>
      </w:pPr>
      <w:r>
        <w:rPr>
          <w:b w:val="0"/>
          <w:i w:val="0"/>
          <w:smallCaps w:val="0"/>
          <w:strike w:val="0"/>
          <w:sz w:val="22"/>
          <w:u w:val="single"/>
        </w:rPr>
        <w:t>The</w:t>
      </w:r>
      <w:r>
        <w:rPr>
          <w:b w:val="0"/>
          <w:i w:val="0"/>
          <w:smallCaps w:val="0"/>
          <w:strike w:val="0"/>
          <w:sz w:val="16"/>
          <w:u w:val="none"/>
        </w:rPr>
        <w:t xml:space="preserve"> 2014 US </w:t>
      </w:r>
      <w:r>
        <w:rPr>
          <w:b/>
          <w:i w:val="0"/>
          <w:smallCaps w:val="0"/>
          <w:strike w:val="0"/>
          <w:sz w:val="22"/>
          <w:u w:val="single"/>
        </w:rPr>
        <w:t>Q</w:t>
      </w:r>
      <w:r>
        <w:rPr>
          <w:b w:val="0"/>
          <w:i w:val="0"/>
          <w:smallCaps w:val="0"/>
          <w:strike w:val="0"/>
          <w:sz w:val="16"/>
          <w:u w:val="none"/>
        </w:rPr>
        <w:t xml:space="preserve">uadrennial </w:t>
      </w:r>
      <w:r>
        <w:rPr>
          <w:b/>
          <w:i w:val="0"/>
          <w:smallCaps w:val="0"/>
          <w:strike w:val="0"/>
          <w:sz w:val="22"/>
          <w:u w:val="single"/>
        </w:rPr>
        <w:t>D</w:t>
      </w:r>
      <w:r>
        <w:rPr>
          <w:b w:val="0"/>
          <w:i w:val="0"/>
          <w:smallCaps w:val="0"/>
          <w:strike w:val="0"/>
          <w:sz w:val="16"/>
          <w:u w:val="none"/>
        </w:rPr>
        <w:t xml:space="preserve">efense </w:t>
      </w:r>
      <w:r>
        <w:rPr>
          <w:b/>
          <w:i w:val="0"/>
          <w:smallCaps w:val="0"/>
          <w:strike w:val="0"/>
          <w:sz w:val="22"/>
          <w:u w:val="single"/>
        </w:rPr>
        <w:t>R</w:t>
      </w:r>
      <w:r>
        <w:rPr>
          <w:b w:val="0"/>
          <w:i w:val="0"/>
          <w:smallCaps w:val="0"/>
          <w:strike w:val="0"/>
          <w:sz w:val="16"/>
          <w:u w:val="none"/>
        </w:rPr>
        <w:t xml:space="preserve">eview </w:t>
      </w:r>
      <w:r>
        <w:rPr>
          <w:b w:val="0"/>
          <w:i w:val="0"/>
          <w:smallCaps w:val="0"/>
          <w:strike w:val="0"/>
          <w:sz w:val="22"/>
          <w:u w:val="single"/>
        </w:rPr>
        <w:t xml:space="preserve">also identified water resource issues as </w:t>
      </w:r>
      <w:r>
        <w:rPr>
          <w:b/>
          <w:i w:val="0"/>
          <w:smallCaps w:val="0"/>
          <w:strike w:val="0"/>
          <w:sz w:val="22"/>
          <w:highlight w:val="cyan"/>
          <w:u w:val="single"/>
        </w:rPr>
        <w:t>threat multipliers</w:t>
      </w:r>
      <w:r>
        <w:rPr>
          <w:b w:val="0"/>
          <w:i w:val="0"/>
          <w:smallCaps w:val="0"/>
          <w:strike w:val="0"/>
          <w:sz w:val="22"/>
          <w:u w:val="single"/>
        </w:rPr>
        <w:t xml:space="preserve"> that </w:t>
      </w:r>
      <w:r>
        <w:rPr>
          <w:b w:val="0"/>
          <w:i w:val="0"/>
          <w:smallCaps w:val="0"/>
          <w:strike w:val="0"/>
          <w:sz w:val="22"/>
          <w:highlight w:val="cyan"/>
          <w:u w:val="single"/>
        </w:rPr>
        <w:t>pose</w:t>
      </w:r>
      <w:r>
        <w:rPr>
          <w:b w:val="0"/>
          <w:i w:val="0"/>
          <w:smallCaps w:val="0"/>
          <w:strike w:val="0"/>
          <w:sz w:val="22"/>
          <w:u w:val="single"/>
        </w:rPr>
        <w:t xml:space="preserve"> </w:t>
      </w:r>
      <w:r>
        <w:rPr>
          <w:b/>
          <w:i w:val="0"/>
          <w:smallCaps w:val="0"/>
          <w:strike w:val="0"/>
          <w:sz w:val="22"/>
          <w:u w:val="single"/>
        </w:rPr>
        <w:t xml:space="preserve">significant </w:t>
      </w:r>
      <w:r>
        <w:rPr>
          <w:b/>
          <w:i w:val="0"/>
          <w:smallCaps w:val="0"/>
          <w:strike w:val="0"/>
          <w:sz w:val="22"/>
          <w:highlight w:val="cyan"/>
          <w:u w:val="single"/>
        </w:rPr>
        <w:t>challenges</w:t>
      </w:r>
      <w:r>
        <w:rPr>
          <w:b w:val="0"/>
          <w:i w:val="0"/>
          <w:smallCaps w:val="0"/>
          <w:strike w:val="0"/>
          <w:sz w:val="22"/>
          <w:highlight w:val="cyan"/>
          <w:u w:val="single"/>
        </w:rPr>
        <w:t xml:space="preserve"> for</w:t>
      </w:r>
      <w:r>
        <w:rPr>
          <w:b w:val="0"/>
          <w:i w:val="0"/>
          <w:smallCaps w:val="0"/>
          <w:strike w:val="0"/>
          <w:sz w:val="16"/>
          <w:u w:val="none"/>
        </w:rPr>
        <w:t xml:space="preserve"> the United States and </w:t>
      </w:r>
      <w:r>
        <w:rPr>
          <w:b w:val="0"/>
          <w:i w:val="0"/>
          <w:smallCaps w:val="0"/>
          <w:strike w:val="0"/>
          <w:sz w:val="22"/>
          <w:highlight w:val="cyan"/>
          <w:u w:val="single"/>
        </w:rPr>
        <w:t xml:space="preserve">the </w:t>
      </w:r>
      <w:r>
        <w:rPr>
          <w:b/>
          <w:i w:val="0"/>
          <w:smallCaps w:val="0"/>
          <w:strike w:val="0"/>
          <w:sz w:val="22"/>
          <w:highlight w:val="cyan"/>
          <w:u w:val="single"/>
        </w:rPr>
        <w:t>world at large</w:t>
      </w:r>
      <w:r>
        <w:rPr>
          <w:b w:val="0"/>
          <w:i w:val="0"/>
          <w:smallCaps w:val="0"/>
          <w:strike w:val="0"/>
          <w:sz w:val="16"/>
          <w:u w:val="none"/>
        </w:rPr>
        <w:t xml:space="preserve"> </w:t>
      </w:r>
      <w:r>
        <w:rPr>
          <w:b w:val="0"/>
          <w:i w:val="0"/>
          <w:smallCaps w:val="0"/>
          <w:strike w:val="0"/>
          <w:sz w:val="16"/>
          <w:u w:val="none"/>
        </w:rPr>
        <w:t xml:space="preserve">(Quadrennial Defense Review 2014). The May 2017 statement of the Director of US National Intelligence to the Senate Select Committee on Intelligence noted: </w:t>
      </w:r>
      <w:r>
        <w:rPr>
          <w:b w:val="0"/>
          <w:i w:val="0"/>
          <w:smallCaps w:val="0"/>
          <w:strike w:val="0"/>
          <w:sz w:val="22"/>
          <w:u w:val="single"/>
        </w:rPr>
        <w:t>“[h]</w:t>
      </w:r>
      <w:r>
        <w:rPr>
          <w:b w:val="0"/>
          <w:i w:val="0"/>
          <w:smallCaps w:val="0"/>
          <w:strike w:val="0"/>
          <w:sz w:val="22"/>
          <w:u w:val="single"/>
        </w:rPr>
        <w:t>eightened</w:t>
      </w:r>
      <w:r>
        <w:rPr>
          <w:b w:val="0"/>
          <w:i w:val="0"/>
          <w:smallCaps w:val="0"/>
          <w:strike w:val="0"/>
          <w:sz w:val="22"/>
          <w:u w:val="single"/>
        </w:rPr>
        <w:t xml:space="preserve"> tensions over shared water resources are </w:t>
      </w:r>
      <w:r>
        <w:rPr>
          <w:b/>
          <w:i w:val="0"/>
          <w:smallCaps w:val="0"/>
          <w:strike w:val="0"/>
          <w:sz w:val="22"/>
          <w:u w:val="single"/>
        </w:rPr>
        <w:t>likely</w:t>
      </w:r>
      <w:r>
        <w:rPr>
          <w:b w:val="0"/>
          <w:i w:val="0"/>
          <w:smallCaps w:val="0"/>
          <w:strike w:val="0"/>
          <w:sz w:val="22"/>
          <w:u w:val="single"/>
        </w:rPr>
        <w:t xml:space="preserve"> in some regions” </w:t>
      </w:r>
      <w:r>
        <w:rPr>
          <w:b w:val="0"/>
          <w:i w:val="0"/>
          <w:smallCaps w:val="0"/>
          <w:strike w:val="0"/>
          <w:sz w:val="16"/>
          <w:u w:val="none"/>
        </w:rPr>
        <w:t>(Coats 2017). Beginning immediately, the National War College system, State Department, Department of Homeland Security, and other defense and intelligence agencies should conduct a series of integrated assessments to identify and analyze water-related threats to vital US interests, including the vulnerability of US water systems to terrorism and cyber-attacks.</w:t>
      </w:r>
    </w:p>
    <w:p>
      <w:pPr>
        <w:spacing w:after="60"/>
      </w:pPr>
      <w:r>
        <w:rPr>
          <w:b w:val="0"/>
          <w:i w:val="0"/>
          <w:smallCaps w:val="0"/>
          <w:strike w:val="0"/>
          <w:sz w:val="16"/>
          <w:u w:val="none"/>
        </w:rPr>
        <w:t xml:space="preserve">As we improve our understanding of the nature of the threats, </w:t>
      </w:r>
      <w:r>
        <w:rPr>
          <w:b w:val="0"/>
          <w:i w:val="0"/>
          <w:smallCaps w:val="0"/>
          <w:strike w:val="0"/>
          <w:sz w:val="22"/>
          <w:highlight w:val="cyan"/>
          <w:u w:val="single"/>
        </w:rPr>
        <w:t>US foreign policy should</w:t>
      </w:r>
      <w:r>
        <w:rPr>
          <w:b w:val="0"/>
          <w:i w:val="0"/>
          <w:smallCaps w:val="0"/>
          <w:strike w:val="0"/>
          <w:sz w:val="22"/>
          <w:u w:val="single"/>
        </w:rPr>
        <w:t xml:space="preserve"> place greater emphasis on </w:t>
      </w:r>
      <w:r>
        <w:rPr>
          <w:b/>
          <w:i w:val="0"/>
          <w:smallCaps w:val="0"/>
          <w:strike w:val="0"/>
          <w:sz w:val="22"/>
          <w:highlight w:val="cyan"/>
          <w:u w:val="single"/>
        </w:rPr>
        <w:t>reduc</w:t>
      </w:r>
      <w:r>
        <w:rPr>
          <w:b w:val="0"/>
          <w:i w:val="0"/>
          <w:smallCaps w:val="0"/>
          <w:strike w:val="0"/>
          <w:sz w:val="22"/>
          <w:u w:val="single"/>
        </w:rPr>
        <w:t xml:space="preserve">ing the </w:t>
      </w:r>
      <w:r>
        <w:rPr>
          <w:b w:val="0"/>
          <w:i w:val="0"/>
          <w:smallCaps w:val="0"/>
          <w:strike w:val="0"/>
          <w:sz w:val="22"/>
          <w:highlight w:val="cyan"/>
          <w:u w:val="single"/>
        </w:rPr>
        <w:t>risks</w:t>
      </w:r>
      <w:r>
        <w:rPr>
          <w:b w:val="0"/>
          <w:i w:val="0"/>
          <w:smallCaps w:val="0"/>
          <w:strike w:val="0"/>
          <w:sz w:val="22"/>
          <w:u w:val="single"/>
        </w:rPr>
        <w:t xml:space="preserve"> of water-related conflicts </w:t>
      </w:r>
      <w:r>
        <w:rPr>
          <w:b/>
          <w:i w:val="0"/>
          <w:smallCaps w:val="0"/>
          <w:strike w:val="0"/>
          <w:sz w:val="22"/>
          <w:highlight w:val="cyan"/>
          <w:u w:val="single"/>
        </w:rPr>
        <w:t>around the world</w:t>
      </w:r>
      <w:r>
        <w:rPr>
          <w:b w:val="0"/>
          <w:i w:val="0"/>
          <w:smallCaps w:val="0"/>
          <w:strike w:val="0"/>
          <w:sz w:val="22"/>
          <w:u w:val="single"/>
        </w:rPr>
        <w:t>. A variety of approaches</w:t>
      </w:r>
      <w:r>
        <w:rPr>
          <w:b w:val="0"/>
          <w:i w:val="0"/>
          <w:smallCaps w:val="0"/>
          <w:strike w:val="0"/>
          <w:sz w:val="16"/>
          <w:u w:val="none"/>
        </w:rPr>
        <w:t xml:space="preserve"> to reduce water-related tensions </w:t>
      </w:r>
      <w:r>
        <w:rPr>
          <w:b w:val="0"/>
          <w:i w:val="0"/>
          <w:smallCaps w:val="0"/>
          <w:strike w:val="0"/>
          <w:sz w:val="22"/>
          <w:u w:val="single"/>
        </w:rPr>
        <w:t xml:space="preserve">should be implemented, </w:t>
      </w:r>
      <w:r>
        <w:rPr>
          <w:b w:val="0"/>
          <w:i w:val="0"/>
          <w:smallCaps w:val="0"/>
          <w:strike w:val="0"/>
          <w:sz w:val="22"/>
          <w:u w:val="single"/>
        </w:rPr>
        <w:t>including</w:t>
      </w:r>
      <w:r>
        <w:rPr>
          <w:b w:val="0"/>
          <w:i w:val="0"/>
          <w:smallCaps w:val="0"/>
          <w:strike w:val="0"/>
          <w:sz w:val="16"/>
          <w:u w:val="none"/>
        </w:rPr>
        <w:t xml:space="preserve"> international </w:t>
      </w:r>
      <w:r>
        <w:rPr>
          <w:b w:val="0"/>
          <w:i w:val="0"/>
          <w:smallCaps w:val="0"/>
          <w:strike w:val="0"/>
          <w:sz w:val="22"/>
          <w:u w:val="single"/>
        </w:rPr>
        <w:t>agreements</w:t>
      </w:r>
      <w:r>
        <w:rPr>
          <w:b w:val="0"/>
          <w:i w:val="0"/>
          <w:smallCaps w:val="0"/>
          <w:strike w:val="0"/>
          <w:sz w:val="16"/>
          <w:u w:val="none"/>
        </w:rPr>
        <w:t xml:space="preserve"> and treaties, </w:t>
      </w:r>
      <w:r>
        <w:rPr>
          <w:b/>
          <w:i w:val="0"/>
          <w:smallCaps w:val="0"/>
          <w:strike w:val="0"/>
          <w:sz w:val="22"/>
          <w:u w:val="single"/>
        </w:rPr>
        <w:t>tech</w:t>
      </w:r>
      <w:r>
        <w:rPr>
          <w:b w:val="0"/>
          <w:i w:val="0"/>
          <w:smallCaps w:val="0"/>
          <w:strike w:val="0"/>
          <w:sz w:val="16"/>
          <w:u w:val="none"/>
        </w:rPr>
        <w:t>nology based</w:t>
      </w:r>
      <w:r>
        <w:rPr>
          <w:b w:val="0"/>
          <w:i w:val="0"/>
          <w:smallCaps w:val="0"/>
          <w:strike w:val="0"/>
          <w:sz w:val="16"/>
          <w:u w:val="none"/>
        </w:rPr>
        <w:t xml:space="preserve"> </w:t>
      </w:r>
      <w:r>
        <w:rPr>
          <w:b w:val="0"/>
          <w:i w:val="0"/>
          <w:smallCaps w:val="0"/>
          <w:strike w:val="0"/>
          <w:sz w:val="22"/>
          <w:u w:val="single"/>
        </w:rPr>
        <w:t xml:space="preserve">solutions, </w:t>
      </w:r>
      <w:r>
        <w:rPr>
          <w:b/>
          <w:i w:val="0"/>
          <w:smallCaps w:val="0"/>
          <w:strike w:val="0"/>
          <w:sz w:val="22"/>
          <w:highlight w:val="cyan"/>
          <w:u w:val="single"/>
        </w:rPr>
        <w:t>conflict-resolution</w:t>
      </w:r>
      <w:r>
        <w:rPr>
          <w:b w:val="0"/>
          <w:i w:val="0"/>
          <w:smallCaps w:val="0"/>
          <w:strike w:val="0"/>
          <w:sz w:val="22"/>
          <w:u w:val="single"/>
        </w:rPr>
        <w:t xml:space="preserve"> institutions, </w:t>
      </w:r>
      <w:r>
        <w:rPr>
          <w:b w:val="0"/>
          <w:i w:val="0"/>
          <w:smallCaps w:val="0"/>
          <w:strike w:val="0"/>
          <w:sz w:val="22"/>
          <w:highlight w:val="cyan"/>
          <w:u w:val="single"/>
        </w:rPr>
        <w:t>and</w:t>
      </w:r>
      <w:r>
        <w:rPr>
          <w:b w:val="0"/>
          <w:i w:val="0"/>
          <w:smallCaps w:val="0"/>
          <w:strike w:val="0"/>
          <w:sz w:val="22"/>
          <w:u w:val="single"/>
        </w:rPr>
        <w:t xml:space="preserve"> innovative </w:t>
      </w:r>
      <w:r>
        <w:rPr>
          <w:b/>
          <w:i w:val="0"/>
          <w:smallCaps w:val="0"/>
          <w:strike w:val="0"/>
          <w:sz w:val="22"/>
          <w:u w:val="single"/>
        </w:rPr>
        <w:t xml:space="preserve">water </w:t>
      </w:r>
      <w:r>
        <w:rPr>
          <w:b/>
          <w:i w:val="0"/>
          <w:smallCaps w:val="0"/>
          <w:strike w:val="0"/>
          <w:sz w:val="22"/>
          <w:highlight w:val="cyan"/>
          <w:u w:val="single"/>
        </w:rPr>
        <w:t>management</w:t>
      </w:r>
      <w:r>
        <w:rPr>
          <w:b w:val="0"/>
          <w:i w:val="0"/>
          <w:smallCaps w:val="0"/>
          <w:strike w:val="0"/>
          <w:sz w:val="16"/>
          <w:u w:val="none"/>
        </w:rPr>
        <w:t xml:space="preserve"> (</w:t>
      </w:r>
      <w:r>
        <w:rPr>
          <w:b w:val="0"/>
          <w:i w:val="0"/>
          <w:smallCaps w:val="0"/>
          <w:strike w:val="0"/>
          <w:sz w:val="16"/>
          <w:u w:val="none"/>
        </w:rPr>
        <w:t>Gleick</w:t>
      </w:r>
      <w:r>
        <w:rPr>
          <w:b w:val="0"/>
          <w:i w:val="0"/>
          <w:smallCaps w:val="0"/>
          <w:strike w:val="0"/>
          <w:sz w:val="16"/>
          <w:u w:val="none"/>
        </w:rPr>
        <w:t xml:space="preserve">, Iceland, and Trivedi 2020). </w:t>
      </w:r>
      <w:r>
        <w:rPr>
          <w:b w:val="0"/>
          <w:i w:val="0"/>
          <w:smallCaps w:val="0"/>
          <w:strike w:val="0"/>
          <w:sz w:val="22"/>
          <w:u w:val="single"/>
        </w:rPr>
        <w:t xml:space="preserve">These approaches </w:t>
      </w:r>
      <w:r>
        <w:rPr>
          <w:b w:val="0"/>
          <w:i w:val="0"/>
          <w:smallCaps w:val="0"/>
          <w:strike w:val="0"/>
          <w:sz w:val="22"/>
          <w:highlight w:val="cyan"/>
          <w:u w:val="single"/>
        </w:rPr>
        <w:t>hold</w:t>
      </w:r>
      <w:r>
        <w:rPr>
          <w:b w:val="0"/>
          <w:i w:val="0"/>
          <w:smallCaps w:val="0"/>
          <w:strike w:val="0"/>
          <w:sz w:val="22"/>
          <w:u w:val="single"/>
        </w:rPr>
        <w:t xml:space="preserve"> </w:t>
      </w:r>
      <w:r>
        <w:rPr>
          <w:b/>
          <w:i w:val="0"/>
          <w:smallCaps w:val="0"/>
          <w:strike w:val="0"/>
          <w:sz w:val="22"/>
          <w:u w:val="single"/>
        </w:rPr>
        <w:t xml:space="preserve">great </w:t>
      </w:r>
      <w:r>
        <w:rPr>
          <w:b/>
          <w:i w:val="0"/>
          <w:smallCaps w:val="0"/>
          <w:strike w:val="0"/>
          <w:sz w:val="22"/>
          <w:highlight w:val="cyan"/>
          <w:u w:val="single"/>
        </w:rPr>
        <w:t>promise</w:t>
      </w:r>
      <w:r>
        <w:rPr>
          <w:b w:val="0"/>
          <w:i w:val="0"/>
          <w:smallCaps w:val="0"/>
          <w:strike w:val="0"/>
          <w:sz w:val="22"/>
          <w:u w:val="single"/>
        </w:rPr>
        <w:t xml:space="preserve"> for reducing water-related conflicts</w:t>
      </w:r>
      <w:r>
        <w:rPr>
          <w:b w:val="0"/>
          <w:i w:val="0"/>
          <w:smallCaps w:val="0"/>
          <w:strike w:val="0"/>
          <w:sz w:val="16"/>
          <w:u w:val="none"/>
        </w:rPr>
        <w:t xml:space="preserve"> but have not yet been adequately adopted.</w:t>
      </w:r>
    </w:p>
    <w:p>
      <w:pPr>
        <w:spacing w:after="60"/>
      </w:pPr>
      <w:r>
        <w:rPr>
          <w:b w:val="0"/>
          <w:i w:val="0"/>
          <w:smallCaps w:val="0"/>
          <w:strike w:val="0"/>
          <w:sz w:val="16"/>
          <w:u w:val="none"/>
        </w:rPr>
        <w:t xml:space="preserve">Here </w:t>
      </w:r>
      <w:r>
        <w:rPr>
          <w:b w:val="0"/>
          <w:i w:val="0"/>
          <w:smallCaps w:val="0"/>
          <w:strike w:val="0"/>
          <w:sz w:val="22"/>
          <w:u w:val="single"/>
        </w:rPr>
        <w:t xml:space="preserve">in the </w:t>
      </w:r>
      <w:r>
        <w:rPr>
          <w:b/>
          <w:i w:val="0"/>
          <w:smallCaps w:val="0"/>
          <w:strike w:val="0"/>
          <w:sz w:val="22"/>
          <w:u w:val="single"/>
        </w:rPr>
        <w:t>U</w:t>
      </w:r>
      <w:r>
        <w:rPr>
          <w:b w:val="0"/>
          <w:i w:val="0"/>
          <w:smallCaps w:val="0"/>
          <w:strike w:val="0"/>
          <w:sz w:val="16"/>
          <w:u w:val="none"/>
        </w:rPr>
        <w:t xml:space="preserve">nited </w:t>
      </w:r>
      <w:r>
        <w:rPr>
          <w:b/>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Federal agencies and Congress should assist local water agencies to identify security threats to water systems</w:t>
      </w:r>
      <w:r>
        <w:rPr>
          <w:b w:val="0"/>
          <w:i w:val="0"/>
          <w:smallCaps w:val="0"/>
          <w:strike w:val="0"/>
          <w:sz w:val="16"/>
          <w:u w:val="none"/>
        </w:rPr>
        <w:t xml:space="preserve"> and put in place improved physical barriers, real-time chemical and biological monitoring and treatment, cyber-security strategies, and integrated responses.</w:t>
      </w:r>
    </w:p>
    <w:p>
      <w:pPr>
        <w:spacing w:after="60"/>
      </w:pPr>
      <w:r>
        <w:rPr>
          <w:b w:val="0"/>
          <w:i w:val="0"/>
          <w:smallCaps w:val="0"/>
          <w:strike w:val="0"/>
          <w:sz w:val="16"/>
          <w:u w:val="none"/>
        </w:rPr>
        <w:t>And that takes us to our final problem.</w:t>
      </w:r>
    </w:p>
    <w:p>
      <w:pPr>
        <w:spacing w:after="60"/>
      </w:pPr>
      <w:r>
        <w:rPr>
          <w:b w:val="0"/>
          <w:i w:val="0"/>
          <w:smallCaps w:val="0"/>
          <w:strike w:val="0"/>
          <w:sz w:val="16"/>
          <w:u w:val="none"/>
        </w:rPr>
        <w:t>The United States has no National Water Strategy, reducing the ability to understand water problems and define and implement solutions</w:t>
      </w:r>
    </w:p>
    <w:p>
      <w:pPr>
        <w:spacing w:after="60"/>
      </w:pPr>
      <w:r>
        <w:rPr>
          <w:b w:val="0"/>
          <w:i w:val="0"/>
          <w:smallCaps w:val="0"/>
          <w:strike w:val="0"/>
          <w:sz w:val="16"/>
          <w:u w:val="none"/>
        </w:rPr>
        <w:t xml:space="preserve">More than 20 federal agencies have overlapping and conflicting responsibilities for water management. As a result, current US water programs are incomplete, haphazard, and inconsistent. Basic water data are not collected or analyzed. Fundamental science remains undone. Regulations are inconsistent and outdated. Financial investments are haphazard and insufficient. Our freshwater resources are used inefficiently and ineffectively. Continuing </w:t>
      </w:r>
      <w:r>
        <w:rPr>
          <w:b w:val="0"/>
          <w:i w:val="0"/>
          <w:smallCaps w:val="0"/>
          <w:strike w:val="0"/>
          <w:sz w:val="22"/>
          <w:u w:val="single"/>
        </w:rPr>
        <w:t>to neglect</w:t>
      </w:r>
      <w:r>
        <w:rPr>
          <w:b w:val="0"/>
          <w:i w:val="0"/>
          <w:smallCaps w:val="0"/>
          <w:strike w:val="0"/>
          <w:sz w:val="16"/>
          <w:u w:val="none"/>
        </w:rPr>
        <w:t xml:space="preserve"> these </w:t>
      </w:r>
      <w:r>
        <w:rPr>
          <w:b w:val="0"/>
          <w:i w:val="0"/>
          <w:smallCaps w:val="0"/>
          <w:strike w:val="0"/>
          <w:sz w:val="22"/>
          <w:u w:val="single"/>
        </w:rPr>
        <w:t>water problems</w:t>
      </w:r>
      <w:r>
        <w:rPr>
          <w:b w:val="0"/>
          <w:i w:val="0"/>
          <w:smallCaps w:val="0"/>
          <w:strike w:val="0"/>
          <w:sz w:val="16"/>
          <w:u w:val="none"/>
        </w:rPr>
        <w:t xml:space="preserve"> will impoverish and sicken this and future generations, </w:t>
      </w:r>
      <w:r>
        <w:rPr>
          <w:b w:val="0"/>
          <w:i w:val="0"/>
          <w:smallCaps w:val="0"/>
          <w:strike w:val="0"/>
          <w:sz w:val="22"/>
          <w:u w:val="single"/>
        </w:rPr>
        <w:t xml:space="preserve">destroy </w:t>
      </w:r>
      <w:r>
        <w:rPr>
          <w:b/>
          <w:i w:val="0"/>
          <w:smallCaps w:val="0"/>
          <w:strike w:val="0"/>
          <w:sz w:val="22"/>
          <w:u w:val="single"/>
        </w:rPr>
        <w:t>irreplaceable aquatic ecosystems</w:t>
      </w:r>
      <w:r>
        <w:rPr>
          <w:b w:val="0"/>
          <w:i w:val="0"/>
          <w:smallCaps w:val="0"/>
          <w:strike w:val="0"/>
          <w:sz w:val="22"/>
          <w:u w:val="single"/>
        </w:rPr>
        <w:t>, and threaten</w:t>
      </w:r>
      <w:r>
        <w:rPr>
          <w:b w:val="0"/>
          <w:i w:val="0"/>
          <w:smallCaps w:val="0"/>
          <w:strike w:val="0"/>
          <w:sz w:val="16"/>
          <w:u w:val="none"/>
        </w:rPr>
        <w:t xml:space="preserve"> our </w:t>
      </w:r>
      <w:r>
        <w:rPr>
          <w:b/>
          <w:i w:val="0"/>
          <w:smallCaps w:val="0"/>
          <w:strike w:val="0"/>
          <w:sz w:val="22"/>
          <w:u w:val="single"/>
        </w:rPr>
        <w:t>economy</w:t>
      </w:r>
      <w:r>
        <w:rPr>
          <w:b w:val="0"/>
          <w:i w:val="0"/>
          <w:smallCaps w:val="0"/>
          <w:strike w:val="0"/>
          <w:sz w:val="22"/>
          <w:u w:val="single"/>
        </w:rPr>
        <w:t xml:space="preserve"> and </w:t>
      </w:r>
      <w:r>
        <w:rPr>
          <w:b/>
          <w:i w:val="0"/>
          <w:smallCaps w:val="0"/>
          <w:strike w:val="0"/>
          <w:sz w:val="22"/>
          <w:u w:val="single"/>
        </w:rPr>
        <w:t>food supply</w:t>
      </w:r>
      <w:r>
        <w:rPr>
          <w:b w:val="0"/>
          <w:i w:val="0"/>
          <w:smallCaps w:val="0"/>
          <w:strike w:val="0"/>
          <w:sz w:val="16"/>
          <w:u w:val="none"/>
        </w:rPr>
        <w:t>.</w:t>
      </w:r>
    </w:p>
    <w:p>
      <w:pPr>
        <w:spacing w:after="60"/>
      </w:pPr>
      <w:r>
        <w:rPr>
          <w:b w:val="0"/>
          <w:i w:val="0"/>
          <w:smallCaps w:val="0"/>
          <w:strike w:val="0"/>
          <w:sz w:val="22"/>
          <w:u w:val="single"/>
        </w:rPr>
        <w:t xml:space="preserve">There are several ways </w:t>
      </w:r>
      <w:r>
        <w:rPr>
          <w:b w:val="0"/>
          <w:i w:val="0"/>
          <w:smallCaps w:val="0"/>
          <w:strike w:val="0"/>
          <w:sz w:val="22"/>
          <w:highlight w:val="cyan"/>
          <w:u w:val="single"/>
        </w:rPr>
        <w:t>to address</w:t>
      </w:r>
      <w:r>
        <w:rPr>
          <w:b w:val="0"/>
          <w:i w:val="0"/>
          <w:smallCaps w:val="0"/>
          <w:strike w:val="0"/>
          <w:sz w:val="22"/>
          <w:u w:val="single"/>
        </w:rPr>
        <w:t xml:space="preserve"> these </w:t>
      </w:r>
      <w:r>
        <w:rPr>
          <w:b w:val="0"/>
          <w:i w:val="0"/>
          <w:smallCaps w:val="0"/>
          <w:strike w:val="0"/>
          <w:sz w:val="22"/>
          <w:highlight w:val="cyan"/>
          <w:u w:val="single"/>
        </w:rPr>
        <w:t>problems</w:t>
      </w:r>
      <w:r>
        <w:rPr>
          <w:b w:val="0"/>
          <w:i w:val="0"/>
          <w:smallCaps w:val="0"/>
          <w:strike w:val="0"/>
          <w:sz w:val="16"/>
          <w:u w:val="none"/>
        </w:rPr>
        <w:t xml:space="preserve">. For starters, the president should immediately create a new National Water Commission for the 21st Century to evaluate and recommend </w:t>
      </w:r>
      <w:r>
        <w:rPr>
          <w:b w:val="0"/>
          <w:i w:val="0"/>
          <w:smallCaps w:val="0"/>
          <w:strike w:val="0"/>
          <w:sz w:val="22"/>
          <w:u w:val="single"/>
        </w:rPr>
        <w:t xml:space="preserve">specific </w:t>
      </w:r>
      <w:r>
        <w:rPr>
          <w:b w:val="0"/>
          <w:i w:val="0"/>
          <w:smallCaps w:val="0"/>
          <w:strike w:val="0"/>
          <w:sz w:val="22"/>
          <w:highlight w:val="cyan"/>
          <w:u w:val="single"/>
        </w:rPr>
        <w:t>federal actions</w:t>
      </w:r>
      <w:r>
        <w:rPr>
          <w:b w:val="0"/>
          <w:i w:val="0"/>
          <w:smallCaps w:val="0"/>
          <w:strike w:val="0"/>
          <w:sz w:val="22"/>
          <w:u w:val="single"/>
        </w:rPr>
        <w:t xml:space="preserve"> to improve national water policy</w:t>
      </w:r>
      <w:r>
        <w:rPr>
          <w:b w:val="0"/>
          <w:i w:val="0"/>
          <w:smallCaps w:val="0"/>
          <w:strike w:val="0"/>
          <w:sz w:val="16"/>
          <w:u w:val="none"/>
        </w:rPr>
        <w:t>. We have had no national water commission since 1973. Such a commission would reorganize and streamline the diverse and uncoordinated federal water responsibilities and laws.</w:t>
      </w:r>
    </w:p>
    <w:p>
      <w:pPr>
        <w:spacing w:after="60"/>
      </w:pPr>
      <w:r>
        <w:rPr>
          <w:b w:val="0"/>
          <w:i w:val="0"/>
          <w:smallCaps w:val="0"/>
          <w:strike w:val="0"/>
          <w:sz w:val="16"/>
          <w:u w:val="none"/>
        </w:rPr>
        <w:t xml:space="preserve">And such a commission </w:t>
      </w:r>
      <w:r>
        <w:rPr>
          <w:b w:val="0"/>
          <w:i w:val="0"/>
          <w:smallCaps w:val="0"/>
          <w:strike w:val="0"/>
          <w:sz w:val="22"/>
          <w:highlight w:val="cyan"/>
          <w:u w:val="single"/>
        </w:rPr>
        <w:t>should</w:t>
      </w:r>
      <w:r>
        <w:rPr>
          <w:b w:val="0"/>
          <w:i w:val="0"/>
          <w:smallCaps w:val="0"/>
          <w:strike w:val="0"/>
          <w:sz w:val="16"/>
          <w:u w:val="none"/>
        </w:rPr>
        <w:t xml:space="preserve"> not be </w:t>
      </w:r>
      <w:r>
        <w:rPr>
          <w:b w:val="0"/>
          <w:i w:val="0"/>
          <w:smallCaps w:val="0"/>
          <w:strike w:val="0"/>
          <w:sz w:val="16"/>
          <w:u w:val="none"/>
        </w:rPr>
        <w:t>idle, but</w:t>
      </w:r>
      <w:r>
        <w:rPr>
          <w:b w:val="0"/>
          <w:i w:val="0"/>
          <w:smallCaps w:val="0"/>
          <w:strike w:val="0"/>
          <w:sz w:val="16"/>
          <w:u w:val="none"/>
        </w:rPr>
        <w:t xml:space="preserve"> expected to produce recommendations within 12 months that </w:t>
      </w:r>
      <w:r>
        <w:rPr>
          <w:b w:val="0"/>
          <w:i w:val="0"/>
          <w:smallCaps w:val="0"/>
          <w:strike w:val="0"/>
          <w:sz w:val="22"/>
          <w:highlight w:val="cyan"/>
          <w:u w:val="single"/>
        </w:rPr>
        <w:t>include</w:t>
      </w:r>
      <w:r>
        <w:rPr>
          <w:b w:val="0"/>
          <w:i w:val="0"/>
          <w:smallCaps w:val="0"/>
          <w:strike w:val="0"/>
          <w:sz w:val="16"/>
          <w:u w:val="none"/>
        </w:rPr>
        <w:t xml:space="preserve"> executive branch actions, congressional actions, and legal and </w:t>
      </w:r>
      <w:r>
        <w:rPr>
          <w:b/>
          <w:i w:val="0"/>
          <w:smallCaps w:val="0"/>
          <w:strike w:val="0"/>
          <w:sz w:val="22"/>
          <w:highlight w:val="cyan"/>
          <w:u w:val="single"/>
        </w:rPr>
        <w:t>judicial actions</w:t>
      </w:r>
      <w:r>
        <w:rPr>
          <w:b w:val="0"/>
          <w:i w:val="0"/>
          <w:smallCaps w:val="0"/>
          <w:strike w:val="0"/>
          <w:sz w:val="16"/>
          <w:u w:val="none"/>
        </w:rPr>
        <w:t>. The National Water Commission should address the entire range of national water challenges, be nonpartisan, and consist of scientists, legal and policy experts, and nongovernmental and community representatives who can speak to the on-the-ground realities facing American communities.</w:t>
      </w:r>
    </w:p>
    <w:p>
      <w:pPr>
        <w:spacing w:after="60"/>
      </w:pPr>
      <w:r>
        <w:rPr>
          <w:b w:val="0"/>
          <w:i w:val="0"/>
          <w:smallCaps w:val="0"/>
          <w:strike w:val="0"/>
          <w:sz w:val="22"/>
          <w:highlight w:val="cyan"/>
          <w:u w:val="single"/>
        </w:rPr>
        <w:t>The need</w:t>
      </w:r>
      <w:r>
        <w:rPr>
          <w:b w:val="0"/>
          <w:i w:val="0"/>
          <w:smallCaps w:val="0"/>
          <w:strike w:val="0"/>
          <w:sz w:val="22"/>
          <w:u w:val="single"/>
        </w:rPr>
        <w:t xml:space="preserve"> to address water problems in the </w:t>
      </w:r>
      <w:r>
        <w:rPr>
          <w:b/>
          <w:i w:val="0"/>
          <w:smallCaps w:val="0"/>
          <w:strike w:val="0"/>
          <w:sz w:val="22"/>
          <w:u w:val="single"/>
        </w:rPr>
        <w:t>U</w:t>
      </w:r>
      <w:r>
        <w:rPr>
          <w:b w:val="0"/>
          <w:i w:val="0"/>
          <w:smallCaps w:val="0"/>
          <w:strike w:val="0"/>
          <w:sz w:val="16"/>
          <w:u w:val="none"/>
        </w:rPr>
        <w:t xml:space="preserve">nited </w:t>
      </w:r>
      <w:r>
        <w:rPr>
          <w:b/>
          <w:i w:val="0"/>
          <w:smallCaps w:val="0"/>
          <w:strike w:val="0"/>
          <w:sz w:val="22"/>
          <w:u w:val="single"/>
        </w:rPr>
        <w:t>S</w:t>
      </w:r>
      <w:r>
        <w:rPr>
          <w:b w:val="0"/>
          <w:i w:val="0"/>
          <w:smallCaps w:val="0"/>
          <w:strike w:val="0"/>
          <w:sz w:val="16"/>
          <w:u w:val="none"/>
        </w:rPr>
        <w:t xml:space="preserve">tates </w:t>
      </w:r>
      <w:r>
        <w:rPr>
          <w:b w:val="0"/>
          <w:i w:val="0"/>
          <w:smallCaps w:val="0"/>
          <w:strike w:val="0"/>
          <w:sz w:val="22"/>
          <w:highlight w:val="cyan"/>
          <w:u w:val="single"/>
        </w:rPr>
        <w:t>is great, but so are</w:t>
      </w:r>
      <w:r>
        <w:rPr>
          <w:b w:val="0"/>
          <w:i w:val="0"/>
          <w:smallCaps w:val="0"/>
          <w:strike w:val="0"/>
          <w:sz w:val="22"/>
          <w:u w:val="single"/>
        </w:rPr>
        <w:t xml:space="preserve"> the </w:t>
      </w:r>
      <w:r>
        <w:rPr>
          <w:b w:val="0"/>
          <w:i w:val="0"/>
          <w:smallCaps w:val="0"/>
          <w:strike w:val="0"/>
          <w:sz w:val="22"/>
          <w:highlight w:val="cyan"/>
          <w:u w:val="single"/>
        </w:rPr>
        <w:t>opportunities</w:t>
      </w:r>
      <w:r>
        <w:rPr>
          <w:b w:val="0"/>
          <w:i w:val="0"/>
          <w:smallCaps w:val="0"/>
          <w:strike w:val="0"/>
          <w:sz w:val="16"/>
          <w:u w:val="none"/>
        </w:rPr>
        <w:t>. The new administration must move forward rapidly to make progress on this vital challenge.</w:t>
      </w:r>
    </w:p>
    <w:p>
      <w:pPr>
        <w:pStyle w:val="Caption"/>
      </w:pPr>
      <w:r>
        <w:t>Source: Court Clog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