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Global war</w:t>
      </w:r>
    </w:p>
    <w:p>
      <w:pPr>
        <w:spacing w:after="80"/>
      </w:pPr>
      <w:r>
        <w:rPr>
          <w:b w:val="0"/>
          <w:i w:val="0"/>
          <w:smallCaps w:val="0"/>
          <w:strike w:val="0"/>
          <w:u w:val="none"/>
        </w:rPr>
        <w:t xml:space="preserve">Dr. Robert </w:t>
      </w:r>
      <w:r>
        <w:rPr>
          <w:b/>
          <w:i w:val="0"/>
          <w:smallCaps w:val="0"/>
          <w:strike w:val="0"/>
          <w:sz w:val="26"/>
          <w:u w:val="none"/>
        </w:rPr>
        <w:t>Kagan 21</w:t>
      </w:r>
      <w:r>
        <w:rPr>
          <w:b w:val="0"/>
          <w:i w:val="0"/>
          <w:smallCaps w:val="0"/>
          <w:strike w:val="0"/>
          <w:u w:val="none"/>
        </w:rPr>
        <w:t>, Stephen and Barbara Friedman Senior Fellow at the Brookings Institution, PhD in American History from American University, MPP from the Kennedy School of Government at Harvard University, BA from Yale University, “A Superpower, Like It or Not: Why Americans Must Accept Their Global Role”, Foreign Affairs, March / April 2021, https://www.foreignaffairs.com/articles/united-states/2021-02-16/superpower-it-or-not</w:t>
      </w:r>
    </w:p>
    <w:p>
      <w:pPr>
        <w:spacing w:after="60"/>
      </w:pPr>
      <w:r>
        <w:rPr>
          <w:b w:val="0"/>
          <w:i w:val="0"/>
          <w:smallCaps w:val="0"/>
          <w:strike w:val="0"/>
          <w:sz w:val="12"/>
          <w:u w:val="none"/>
        </w:rPr>
        <w:t xml:space="preserve">The question is not whether the United States is still capable of prevailing in a global confrontation, either hot or cold, with China or any other revisionist power. It is. </w:t>
      </w:r>
      <w:r>
        <w:rPr>
          <w:b w:val="0"/>
          <w:i w:val="0"/>
          <w:smallCaps w:val="0"/>
          <w:strike w:val="0"/>
          <w:sz w:val="20"/>
          <w:u w:val="single"/>
        </w:rPr>
        <w:t>The</w:t>
      </w:r>
      <w:r>
        <w:rPr>
          <w:b w:val="0"/>
          <w:i w:val="0"/>
          <w:smallCaps w:val="0"/>
          <w:strike w:val="0"/>
          <w:sz w:val="12"/>
          <w:u w:val="none"/>
        </w:rPr>
        <w:t xml:space="preserve"> real </w:t>
      </w:r>
      <w:r>
        <w:rPr>
          <w:b w:val="0"/>
          <w:i w:val="0"/>
          <w:smallCaps w:val="0"/>
          <w:strike w:val="0"/>
          <w:sz w:val="20"/>
          <w:highlight w:val="cyan"/>
          <w:u w:val="single"/>
        </w:rPr>
        <w:t>question is whether</w:t>
      </w:r>
      <w:r>
        <w:rPr>
          <w:b w:val="0"/>
          <w:i w:val="0"/>
          <w:smallCaps w:val="0"/>
          <w:strike w:val="0"/>
          <w:sz w:val="20"/>
          <w:u w:val="single"/>
        </w:rPr>
        <w:t xml:space="preserve"> the </w:t>
      </w:r>
      <w:r>
        <w:rPr>
          <w:b/>
          <w:i w:val="0"/>
          <w:smallCaps w:val="0"/>
          <w:strike w:val="0"/>
          <w:sz w:val="22"/>
          <w:highlight w:val="cyan"/>
          <w:u w:val="single"/>
        </w:rPr>
        <w:t>worst</w:t>
      </w:r>
      <w:r>
        <w:rPr>
          <w:b/>
          <w:i w:val="0"/>
          <w:smallCaps w:val="0"/>
          <w:strike w:val="0"/>
          <w:sz w:val="22"/>
          <w:u w:val="single"/>
        </w:rPr>
        <w:t xml:space="preserve"> kinds of </w:t>
      </w:r>
      <w:r>
        <w:rPr>
          <w:b/>
          <w:i w:val="0"/>
          <w:smallCaps w:val="0"/>
          <w:strike w:val="0"/>
          <w:sz w:val="22"/>
          <w:highlight w:val="cyan"/>
          <w:u w:val="single"/>
        </w:rPr>
        <w:t>hostilities</w:t>
      </w:r>
      <w:r>
        <w:rPr>
          <w:b w:val="0"/>
          <w:i w:val="0"/>
          <w:smallCaps w:val="0"/>
          <w:strike w:val="0"/>
          <w:sz w:val="20"/>
          <w:highlight w:val="cyan"/>
          <w:u w:val="single"/>
        </w:rPr>
        <w:t xml:space="preserve"> can be </w:t>
      </w:r>
      <w:r>
        <w:rPr>
          <w:b/>
          <w:i w:val="0"/>
          <w:smallCaps w:val="0"/>
          <w:strike w:val="0"/>
          <w:sz w:val="22"/>
          <w:highlight w:val="cyan"/>
          <w:u w:val="single"/>
        </w:rPr>
        <w:t>avoided</w:t>
      </w:r>
      <w:r>
        <w:rPr>
          <w:b w:val="0"/>
          <w:i w:val="0"/>
          <w:smallCaps w:val="0"/>
          <w:strike w:val="0"/>
          <w:sz w:val="20"/>
          <w:highlight w:val="cyan"/>
          <w:u w:val="single"/>
        </w:rPr>
        <w:t>, whether China and</w:t>
      </w:r>
      <w:r>
        <w:rPr>
          <w:b w:val="0"/>
          <w:i w:val="0"/>
          <w:smallCaps w:val="0"/>
          <w:strike w:val="0"/>
          <w:sz w:val="20"/>
          <w:u w:val="single"/>
        </w:rPr>
        <w:t xml:space="preserve"> other </w:t>
      </w:r>
      <w:r>
        <w:rPr>
          <w:b w:val="0"/>
          <w:i w:val="0"/>
          <w:smallCaps w:val="0"/>
          <w:strike w:val="0"/>
          <w:sz w:val="20"/>
          <w:highlight w:val="cyan"/>
          <w:u w:val="single"/>
        </w:rPr>
        <w:t>powers can</w:t>
      </w:r>
      <w:r>
        <w:rPr>
          <w:b w:val="0"/>
          <w:i w:val="0"/>
          <w:smallCaps w:val="0"/>
          <w:strike w:val="0"/>
          <w:sz w:val="20"/>
          <w:u w:val="single"/>
        </w:rPr>
        <w:t xml:space="preserve"> be encouraged to </w:t>
      </w:r>
      <w:r>
        <w:rPr>
          <w:b w:val="0"/>
          <w:i w:val="0"/>
          <w:smallCaps w:val="0"/>
          <w:strike w:val="0"/>
          <w:sz w:val="20"/>
          <w:highlight w:val="cyan"/>
          <w:u w:val="single"/>
        </w:rPr>
        <w:t>pursue</w:t>
      </w:r>
      <w:r>
        <w:rPr>
          <w:b w:val="0"/>
          <w:i w:val="0"/>
          <w:smallCaps w:val="0"/>
          <w:strike w:val="0"/>
          <w:sz w:val="20"/>
          <w:u w:val="single"/>
        </w:rPr>
        <w:t xml:space="preserve"> their </w:t>
      </w:r>
      <w:r>
        <w:rPr>
          <w:b w:val="0"/>
          <w:i w:val="0"/>
          <w:smallCaps w:val="0"/>
          <w:strike w:val="0"/>
          <w:sz w:val="20"/>
          <w:highlight w:val="cyan"/>
          <w:u w:val="single"/>
        </w:rPr>
        <w:t>aims peacefully</w:t>
      </w:r>
      <w:r>
        <w:rPr>
          <w:b w:val="0"/>
          <w:i w:val="0"/>
          <w:smallCaps w:val="0"/>
          <w:strike w:val="0"/>
          <w:sz w:val="20"/>
          <w:u w:val="single"/>
        </w:rPr>
        <w:t xml:space="preserve">, to confine the global competition to the economic and political realms </w:t>
      </w:r>
      <w:r>
        <w:rPr>
          <w:b w:val="0"/>
          <w:i w:val="0"/>
          <w:smallCaps w:val="0"/>
          <w:strike w:val="0"/>
          <w:sz w:val="20"/>
          <w:highlight w:val="cyan"/>
          <w:u w:val="single"/>
        </w:rPr>
        <w:t>and</w:t>
      </w:r>
      <w:r>
        <w:rPr>
          <w:b w:val="0"/>
          <w:i w:val="0"/>
          <w:smallCaps w:val="0"/>
          <w:strike w:val="0"/>
          <w:sz w:val="12"/>
          <w:u w:val="none"/>
        </w:rPr>
        <w:t xml:space="preserve"> thus </w:t>
      </w:r>
      <w:r>
        <w:rPr>
          <w:b/>
          <w:i w:val="0"/>
          <w:smallCaps w:val="0"/>
          <w:strike w:val="0"/>
          <w:sz w:val="22"/>
          <w:highlight w:val="cyan"/>
          <w:u w:val="single"/>
        </w:rPr>
        <w:t>spare</w:t>
      </w:r>
      <w:r>
        <w:rPr>
          <w:b w:val="0"/>
          <w:i w:val="0"/>
          <w:smallCaps w:val="0"/>
          <w:strike w:val="0"/>
          <w:sz w:val="12"/>
          <w:u w:val="none"/>
        </w:rPr>
        <w:t xml:space="preserve"> themselves and </w:t>
      </w:r>
      <w:r>
        <w:rPr>
          <w:b/>
          <w:i w:val="0"/>
          <w:smallCaps w:val="0"/>
          <w:strike w:val="0"/>
          <w:sz w:val="22"/>
          <w:highlight w:val="cyan"/>
          <w:u w:val="single"/>
        </w:rPr>
        <w:t>the world</w:t>
      </w:r>
      <w:r>
        <w:rPr>
          <w:b w:val="0"/>
          <w:i w:val="0"/>
          <w:smallCaps w:val="0"/>
          <w:strike w:val="0"/>
          <w:sz w:val="20"/>
          <w:highlight w:val="cyan"/>
          <w:u w:val="single"/>
        </w:rPr>
        <w:t xml:space="preserve"> from</w:t>
      </w:r>
      <w:r>
        <w:rPr>
          <w:b w:val="0"/>
          <w:i w:val="0"/>
          <w:smallCaps w:val="0"/>
          <w:strike w:val="0"/>
          <w:sz w:val="12"/>
          <w:u w:val="none"/>
        </w:rPr>
        <w:t xml:space="preserve"> the horrors of </w:t>
      </w:r>
      <w:r>
        <w:rPr>
          <w:b w:val="0"/>
          <w:i w:val="0"/>
          <w:smallCaps w:val="0"/>
          <w:strike w:val="0"/>
          <w:sz w:val="20"/>
          <w:u w:val="single"/>
        </w:rPr>
        <w:t xml:space="preserve">the </w:t>
      </w:r>
      <w:r>
        <w:rPr>
          <w:b/>
          <w:i w:val="0"/>
          <w:smallCaps w:val="0"/>
          <w:strike w:val="0"/>
          <w:sz w:val="22"/>
          <w:u w:val="single"/>
        </w:rPr>
        <w:t xml:space="preserve">next </w:t>
      </w:r>
      <w:r>
        <w:rPr>
          <w:b/>
          <w:i w:val="0"/>
          <w:smallCaps w:val="0"/>
          <w:strike w:val="0"/>
          <w:sz w:val="22"/>
          <w:highlight w:val="cyan"/>
          <w:u w:val="single"/>
        </w:rPr>
        <w:t>great war</w:t>
      </w:r>
      <w:r>
        <w:rPr>
          <w:b w:val="0"/>
          <w:i w:val="0"/>
          <w:smallCaps w:val="0"/>
          <w:strike w:val="0"/>
          <w:sz w:val="12"/>
          <w:u w:val="none"/>
        </w:rPr>
        <w:t xml:space="preserve"> or even the still frightening confrontations of another cold war. The United States cannot avoid such crises by continuing to adhere to a nineteenth-century view of its national interest. Doing that would produce what it produced in the past: periods of indifference and </w:t>
      </w:r>
      <w:r>
        <w:rPr>
          <w:b w:val="0"/>
          <w:i w:val="0"/>
          <w:smallCaps w:val="0"/>
          <w:strike w:val="0"/>
          <w:sz w:val="20"/>
          <w:u w:val="single"/>
        </w:rPr>
        <w:t xml:space="preserve">retrenchment followed by </w:t>
      </w:r>
      <w:r>
        <w:rPr>
          <w:b/>
          <w:i w:val="0"/>
          <w:smallCaps w:val="0"/>
          <w:strike w:val="0"/>
          <w:sz w:val="22"/>
          <w:u w:val="single"/>
        </w:rPr>
        <w:t>panic</w:t>
      </w:r>
      <w:r>
        <w:rPr>
          <w:b w:val="0"/>
          <w:i w:val="0"/>
          <w:smallCaps w:val="0"/>
          <w:strike w:val="0"/>
          <w:sz w:val="20"/>
          <w:u w:val="single"/>
        </w:rPr>
        <w:t xml:space="preserve">, fear, and </w:t>
      </w:r>
      <w:r>
        <w:rPr>
          <w:b/>
          <w:i w:val="0"/>
          <w:smallCaps w:val="0"/>
          <w:strike w:val="0"/>
          <w:sz w:val="22"/>
          <w:u w:val="single"/>
        </w:rPr>
        <w:t>sudden mobilization</w:t>
      </w:r>
      <w:r>
        <w:rPr>
          <w:b w:val="0"/>
          <w:i w:val="0"/>
          <w:smallCaps w:val="0"/>
          <w:strike w:val="0"/>
          <w:sz w:val="12"/>
          <w:u w:val="none"/>
        </w:rPr>
        <w:t xml:space="preserve">. Already, Americans are torn between these two impulses. On the one hand, China now occupies that place in the American mind that Germany and the Soviet Union once held: an ideological opponent that </w:t>
      </w:r>
      <w:r>
        <w:rPr>
          <w:b w:val="0"/>
          <w:i w:val="0"/>
          <w:smallCaps w:val="0"/>
          <w:strike w:val="0"/>
          <w:sz w:val="12"/>
          <w:u w:val="none"/>
        </w:rPr>
        <w:t>has the ability to</w:t>
      </w:r>
      <w:r>
        <w:rPr>
          <w:b w:val="0"/>
          <w:i w:val="0"/>
          <w:smallCaps w:val="0"/>
          <w:strike w:val="0"/>
          <w:sz w:val="12"/>
          <w:u w:val="none"/>
        </w:rPr>
        <w:t xml:space="preserve"> strike at American society directly and that has power and ambitions that threaten the United States’ position in a key region and perhaps everywhere else, too. On the other hand, many Americans believe that the United States is in decline and that China will inevitably come to dominate Asia. Indeed, the self-perceptions of the Americans and the Chinese are perfectly symmetrical. The Chinese think that the United States’ role in their region for the past 75 years has been unnatural and is therefore transient, and so do the Americans. The Chinese believe that the United States is in decline, and so do many Americans. The danger is that as Beijing ramps up efforts to fulfill what it has taken to calling “the Chinese dream,” Americans will start to panic. It is in times like this that miscalculations are made. Perhaps the Chinese, careful students of history that they are, will not make the mistake that others have made in misjudging the United States. Whether Americans have learned the lessons of their own history, however, remains to be seen. A century-long pattern of oscillation will be difficult to change. It will be especially so when foreign policy experts of all stripes regard support for a liberal world order as impossible and immoral. Among other problems, their </w:t>
      </w:r>
      <w:r>
        <w:rPr>
          <w:b w:val="0"/>
          <w:i w:val="0"/>
          <w:smallCaps w:val="0"/>
          <w:strike w:val="0"/>
          <w:sz w:val="20"/>
          <w:u w:val="single"/>
        </w:rPr>
        <w:t xml:space="preserve">prescriptions suffer from an </w:t>
      </w:r>
      <w:r>
        <w:rPr>
          <w:b/>
          <w:i w:val="0"/>
          <w:smallCaps w:val="0"/>
          <w:strike w:val="0"/>
          <w:sz w:val="22"/>
          <w:u w:val="single"/>
        </w:rPr>
        <w:t>unwarranted optimism</w:t>
      </w:r>
      <w:r>
        <w:rPr>
          <w:b w:val="0"/>
          <w:i w:val="0"/>
          <w:smallCaps w:val="0"/>
          <w:strike w:val="0"/>
          <w:sz w:val="20"/>
          <w:u w:val="single"/>
        </w:rPr>
        <w:t xml:space="preserve"> about the likely alternatives to a U.S.-led order</w:t>
      </w:r>
      <w:r>
        <w:rPr>
          <w:b w:val="0"/>
          <w:i w:val="0"/>
          <w:smallCaps w:val="0"/>
          <w:strike w:val="0"/>
          <w:sz w:val="12"/>
          <w:u w:val="none"/>
        </w:rPr>
        <w:t xml:space="preserve">. Realists, liberal internationalists, conservative nationalists, and progressives </w:t>
      </w:r>
      <w:r>
        <w:rPr>
          <w:b w:val="0"/>
          <w:i w:val="0"/>
          <w:smallCaps w:val="0"/>
          <w:strike w:val="0"/>
          <w:sz w:val="20"/>
          <w:highlight w:val="cyan"/>
          <w:u w:val="single"/>
        </w:rPr>
        <w:t>all</w:t>
      </w:r>
      <w:r>
        <w:rPr>
          <w:b w:val="0"/>
          <w:i w:val="0"/>
          <w:smallCaps w:val="0"/>
          <w:strike w:val="0"/>
          <w:sz w:val="20"/>
          <w:u w:val="single"/>
        </w:rPr>
        <w:t xml:space="preserve"> seem to </w:t>
      </w:r>
      <w:r>
        <w:rPr>
          <w:b w:val="0"/>
          <w:i w:val="0"/>
          <w:smallCaps w:val="0"/>
          <w:strike w:val="0"/>
          <w:sz w:val="20"/>
          <w:highlight w:val="cyan"/>
          <w:u w:val="single"/>
        </w:rPr>
        <w:t>imagine</w:t>
      </w:r>
      <w:r>
        <w:rPr>
          <w:b w:val="0"/>
          <w:i w:val="0"/>
          <w:smallCaps w:val="0"/>
          <w:strike w:val="0"/>
          <w:sz w:val="20"/>
          <w:u w:val="single"/>
        </w:rPr>
        <w:t xml:space="preserve"> that </w:t>
      </w:r>
      <w:r>
        <w:rPr>
          <w:b w:val="0"/>
          <w:i w:val="0"/>
          <w:smallCaps w:val="0"/>
          <w:strike w:val="0"/>
          <w:sz w:val="20"/>
          <w:highlight w:val="cyan"/>
          <w:u w:val="single"/>
        </w:rPr>
        <w:t>without Washington</w:t>
      </w:r>
      <w:r>
        <w:rPr>
          <w:b w:val="0"/>
          <w:i w:val="0"/>
          <w:smallCaps w:val="0"/>
          <w:strike w:val="0"/>
          <w:sz w:val="20"/>
          <w:u w:val="single"/>
        </w:rPr>
        <w:t xml:space="preserve"> playing the role it has played these past 75 years, </w:t>
      </w:r>
      <w:r>
        <w:rPr>
          <w:b w:val="0"/>
          <w:i w:val="0"/>
          <w:smallCaps w:val="0"/>
          <w:strike w:val="0"/>
          <w:sz w:val="20"/>
          <w:highlight w:val="cyan"/>
          <w:u w:val="single"/>
        </w:rPr>
        <w:t>the world will be</w:t>
      </w:r>
      <w:r>
        <w:rPr>
          <w:b w:val="0"/>
          <w:i w:val="0"/>
          <w:smallCaps w:val="0"/>
          <w:strike w:val="0"/>
          <w:sz w:val="20"/>
          <w:u w:val="single"/>
        </w:rPr>
        <w:t xml:space="preserve"> just </w:t>
      </w:r>
      <w:r>
        <w:rPr>
          <w:b w:val="0"/>
          <w:i w:val="0"/>
          <w:smallCaps w:val="0"/>
          <w:strike w:val="0"/>
          <w:sz w:val="20"/>
          <w:highlight w:val="cyan"/>
          <w:u w:val="single"/>
        </w:rPr>
        <w:t>fine</w:t>
      </w:r>
      <w:r>
        <w:rPr>
          <w:b w:val="0"/>
          <w:i w:val="0"/>
          <w:smallCaps w:val="0"/>
          <w:strike w:val="0"/>
          <w:sz w:val="20"/>
          <w:u w:val="single"/>
        </w:rPr>
        <w:t xml:space="preserve">, and U.S. interests will be just as well protected. But </w:t>
      </w:r>
      <w:r>
        <w:rPr>
          <w:b/>
          <w:i w:val="0"/>
          <w:smallCaps w:val="0"/>
          <w:strike w:val="0"/>
          <w:sz w:val="22"/>
          <w:highlight w:val="cyan"/>
          <w:u w:val="single"/>
        </w:rPr>
        <w:t>neither</w:t>
      </w:r>
      <w:r>
        <w:rPr>
          <w:b w:val="0"/>
          <w:i w:val="0"/>
          <w:smallCaps w:val="0"/>
          <w:strike w:val="0"/>
          <w:sz w:val="20"/>
          <w:u w:val="single"/>
        </w:rPr>
        <w:t xml:space="preserve"> recent </w:t>
      </w:r>
      <w:r>
        <w:rPr>
          <w:b/>
          <w:i w:val="0"/>
          <w:smallCaps w:val="0"/>
          <w:strike w:val="0"/>
          <w:sz w:val="22"/>
          <w:highlight w:val="cyan"/>
          <w:u w:val="single"/>
        </w:rPr>
        <w:t>history</w:t>
      </w:r>
      <w:r>
        <w:rPr>
          <w:b w:val="0"/>
          <w:i w:val="0"/>
          <w:smallCaps w:val="0"/>
          <w:strike w:val="0"/>
          <w:sz w:val="20"/>
          <w:highlight w:val="cyan"/>
          <w:u w:val="single"/>
        </w:rPr>
        <w:t xml:space="preserve"> nor </w:t>
      </w:r>
      <w:r>
        <w:rPr>
          <w:b/>
          <w:i w:val="0"/>
          <w:smallCaps w:val="0"/>
          <w:strike w:val="0"/>
          <w:sz w:val="22"/>
          <w:highlight w:val="cyan"/>
          <w:u w:val="single"/>
        </w:rPr>
        <w:t>present circumstances</w:t>
      </w:r>
      <w:r>
        <w:rPr>
          <w:b w:val="0"/>
          <w:i w:val="0"/>
          <w:smallCaps w:val="0"/>
          <w:strike w:val="0"/>
          <w:sz w:val="20"/>
          <w:highlight w:val="cyan"/>
          <w:u w:val="single"/>
        </w:rPr>
        <w:t xml:space="preserve"> justify</w:t>
      </w:r>
      <w:r>
        <w:rPr>
          <w:b w:val="0"/>
          <w:i w:val="0"/>
          <w:smallCaps w:val="0"/>
          <w:strike w:val="0"/>
          <w:sz w:val="20"/>
          <w:u w:val="single"/>
        </w:rPr>
        <w:t xml:space="preserve"> such </w:t>
      </w:r>
      <w:r>
        <w:rPr>
          <w:b w:val="0"/>
          <w:i w:val="0"/>
          <w:smallCaps w:val="0"/>
          <w:strike w:val="0"/>
          <w:sz w:val="20"/>
          <w:highlight w:val="cyan"/>
          <w:u w:val="single"/>
        </w:rPr>
        <w:t>idealism</w:t>
      </w:r>
      <w:r>
        <w:rPr>
          <w:b w:val="0"/>
          <w:i w:val="0"/>
          <w:smallCaps w:val="0"/>
          <w:strike w:val="0"/>
          <w:sz w:val="20"/>
          <w:u w:val="single"/>
        </w:rPr>
        <w:t xml:space="preserve">. The </w:t>
      </w:r>
      <w:r>
        <w:rPr>
          <w:b/>
          <w:i w:val="0"/>
          <w:smallCaps w:val="0"/>
          <w:strike w:val="0"/>
          <w:sz w:val="22"/>
          <w:highlight w:val="cyan"/>
          <w:u w:val="single"/>
        </w:rPr>
        <w:t>alt</w:t>
      </w:r>
      <w:r>
        <w:rPr>
          <w:b w:val="0"/>
          <w:i w:val="0"/>
          <w:smallCaps w:val="0"/>
          <w:strike w:val="0"/>
          <w:sz w:val="20"/>
          <w:u w:val="single"/>
        </w:rPr>
        <w:t xml:space="preserve">ernative </w:t>
      </w:r>
      <w:r>
        <w:rPr>
          <w:b w:val="0"/>
          <w:i w:val="0"/>
          <w:smallCaps w:val="0"/>
          <w:strike w:val="0"/>
          <w:sz w:val="20"/>
          <w:highlight w:val="cyan"/>
          <w:u w:val="single"/>
        </w:rPr>
        <w:t>to</w:t>
      </w:r>
      <w:r>
        <w:rPr>
          <w:b w:val="0"/>
          <w:i w:val="0"/>
          <w:smallCaps w:val="0"/>
          <w:strike w:val="0"/>
          <w:sz w:val="20"/>
          <w:u w:val="single"/>
        </w:rPr>
        <w:t xml:space="preserve"> the </w:t>
      </w:r>
      <w:r>
        <w:rPr>
          <w:b w:val="0"/>
          <w:i w:val="0"/>
          <w:smallCaps w:val="0"/>
          <w:strike w:val="0"/>
          <w:sz w:val="20"/>
          <w:highlight w:val="cyan"/>
          <w:u w:val="single"/>
        </w:rPr>
        <w:t>American</w:t>
      </w:r>
      <w:r>
        <w:rPr>
          <w:b w:val="0"/>
          <w:i w:val="0"/>
          <w:smallCaps w:val="0"/>
          <w:strike w:val="0"/>
          <w:sz w:val="20"/>
          <w:u w:val="single"/>
        </w:rPr>
        <w:t xml:space="preserve"> world </w:t>
      </w:r>
      <w:r>
        <w:rPr>
          <w:b w:val="0"/>
          <w:i w:val="0"/>
          <w:smallCaps w:val="0"/>
          <w:strike w:val="0"/>
          <w:sz w:val="20"/>
          <w:highlight w:val="cyan"/>
          <w:u w:val="single"/>
        </w:rPr>
        <w:t>order</w:t>
      </w:r>
      <w:r>
        <w:rPr>
          <w:b w:val="0"/>
          <w:i w:val="0"/>
          <w:smallCaps w:val="0"/>
          <w:strike w:val="0"/>
          <w:sz w:val="12"/>
          <w:u w:val="none"/>
        </w:rPr>
        <w:t xml:space="preserve"> is not a Swedish world order. It </w:t>
      </w:r>
      <w:r>
        <w:rPr>
          <w:b w:val="0"/>
          <w:i w:val="0"/>
          <w:smallCaps w:val="0"/>
          <w:strike w:val="0"/>
          <w:sz w:val="20"/>
          <w:u w:val="single"/>
        </w:rPr>
        <w:t xml:space="preserve">will not be a world of law and international institutions or the triumph of Enlightenment ideals or the end of history. It </w:t>
      </w:r>
      <w:r>
        <w:rPr>
          <w:b w:val="0"/>
          <w:i w:val="0"/>
          <w:smallCaps w:val="0"/>
          <w:strike w:val="0"/>
          <w:sz w:val="20"/>
          <w:highlight w:val="cyan"/>
          <w:u w:val="single"/>
        </w:rPr>
        <w:t>will be</w:t>
      </w:r>
      <w:r>
        <w:rPr>
          <w:b w:val="0"/>
          <w:i w:val="0"/>
          <w:smallCaps w:val="0"/>
          <w:strike w:val="0"/>
          <w:sz w:val="20"/>
          <w:u w:val="single"/>
        </w:rPr>
        <w:t xml:space="preserve"> a world of </w:t>
      </w:r>
      <w:r>
        <w:rPr>
          <w:b/>
          <w:i w:val="0"/>
          <w:smallCaps w:val="0"/>
          <w:strike w:val="0"/>
          <w:sz w:val="22"/>
          <w:u w:val="single"/>
        </w:rPr>
        <w:t xml:space="preserve">power </w:t>
      </w:r>
      <w:r>
        <w:rPr>
          <w:b/>
          <w:i w:val="0"/>
          <w:smallCaps w:val="0"/>
          <w:strike w:val="0"/>
          <w:sz w:val="22"/>
          <w:highlight w:val="cyan"/>
          <w:u w:val="single"/>
        </w:rPr>
        <w:t>vacuums</w:t>
      </w:r>
      <w:r>
        <w:rPr>
          <w:b w:val="0"/>
          <w:i w:val="0"/>
          <w:smallCaps w:val="0"/>
          <w:strike w:val="0"/>
          <w:sz w:val="20"/>
          <w:highlight w:val="cyan"/>
          <w:u w:val="single"/>
        </w:rPr>
        <w:t xml:space="preserve">, </w:t>
      </w:r>
      <w:r>
        <w:rPr>
          <w:b/>
          <w:i w:val="0"/>
          <w:smallCaps w:val="0"/>
          <w:strike w:val="0"/>
          <w:sz w:val="22"/>
          <w:highlight w:val="cyan"/>
          <w:u w:val="single"/>
        </w:rPr>
        <w:t>chaos</w:t>
      </w:r>
      <w:r>
        <w:rPr>
          <w:b w:val="0"/>
          <w:i w:val="0"/>
          <w:smallCaps w:val="0"/>
          <w:strike w:val="0"/>
          <w:sz w:val="20"/>
          <w:highlight w:val="cyan"/>
          <w:u w:val="single"/>
        </w:rPr>
        <w:t xml:space="preserve">, </w:t>
      </w:r>
      <w:r>
        <w:rPr>
          <w:b/>
          <w:i w:val="0"/>
          <w:smallCaps w:val="0"/>
          <w:strike w:val="0"/>
          <w:sz w:val="22"/>
          <w:highlight w:val="cyan"/>
          <w:u w:val="single"/>
        </w:rPr>
        <w:t>conflict</w:t>
      </w:r>
      <w:r>
        <w:rPr>
          <w:b w:val="0"/>
          <w:i w:val="0"/>
          <w:smallCaps w:val="0"/>
          <w:strike w:val="0"/>
          <w:sz w:val="20"/>
          <w:highlight w:val="cyan"/>
          <w:u w:val="single"/>
        </w:rPr>
        <w:t xml:space="preserve">, and </w:t>
      </w:r>
      <w:r>
        <w:rPr>
          <w:b/>
          <w:i w:val="0"/>
          <w:smallCaps w:val="0"/>
          <w:strike w:val="0"/>
          <w:sz w:val="22"/>
          <w:highlight w:val="cyan"/>
          <w:u w:val="single"/>
        </w:rPr>
        <w:t>miscalc</w:t>
      </w:r>
      <w:r>
        <w:rPr>
          <w:b w:val="0"/>
          <w:i w:val="0"/>
          <w:smallCaps w:val="0"/>
          <w:strike w:val="0"/>
          <w:sz w:val="20"/>
          <w:u w:val="single"/>
        </w:rPr>
        <w:t xml:space="preserve">ulation—a </w:t>
      </w:r>
      <w:r>
        <w:rPr>
          <w:b/>
          <w:i w:val="0"/>
          <w:smallCaps w:val="0"/>
          <w:strike w:val="0"/>
          <w:sz w:val="22"/>
          <w:u w:val="single"/>
        </w:rPr>
        <w:t>shabby place</w:t>
      </w:r>
      <w:r>
        <w:rPr>
          <w:b w:val="0"/>
          <w:i w:val="0"/>
          <w:smallCaps w:val="0"/>
          <w:strike w:val="0"/>
          <w:sz w:val="20"/>
          <w:u w:val="single"/>
        </w:rPr>
        <w:t xml:space="preserve"> indeed</w:t>
      </w:r>
      <w:r>
        <w:rPr>
          <w:b w:val="0"/>
          <w:i w:val="0"/>
          <w:smallCaps w:val="0"/>
          <w:strike w:val="0"/>
          <w:sz w:val="12"/>
          <w:u w:val="none"/>
        </w:rPr>
        <w:t xml:space="preserve">. The messy truth is that </w:t>
      </w:r>
      <w:r>
        <w:rPr>
          <w:b w:val="0"/>
          <w:i w:val="0"/>
          <w:smallCaps w:val="0"/>
          <w:strike w:val="0"/>
          <w:sz w:val="20"/>
          <w:u w:val="single"/>
        </w:rPr>
        <w:t xml:space="preserve">in the </w:t>
      </w:r>
      <w:r>
        <w:rPr>
          <w:b/>
          <w:i w:val="0"/>
          <w:smallCaps w:val="0"/>
          <w:strike w:val="0"/>
          <w:sz w:val="22"/>
          <w:u w:val="single"/>
        </w:rPr>
        <w:t>real world</w:t>
      </w:r>
      <w:r>
        <w:rPr>
          <w:b w:val="0"/>
          <w:i w:val="0"/>
          <w:smallCaps w:val="0"/>
          <w:strike w:val="0"/>
          <w:sz w:val="20"/>
          <w:u w:val="single"/>
        </w:rPr>
        <w:t xml:space="preserve">, </w:t>
      </w:r>
      <w:r>
        <w:rPr>
          <w:b w:val="0"/>
          <w:i w:val="0"/>
          <w:smallCaps w:val="0"/>
          <w:strike w:val="0"/>
          <w:sz w:val="20"/>
          <w:highlight w:val="cyan"/>
          <w:u w:val="single"/>
        </w:rPr>
        <w:t xml:space="preserve">the </w:t>
      </w:r>
      <w:r>
        <w:rPr>
          <w:b/>
          <w:i w:val="0"/>
          <w:smallCaps w:val="0"/>
          <w:strike w:val="0"/>
          <w:sz w:val="22"/>
          <w:highlight w:val="cyan"/>
          <w:u w:val="single"/>
        </w:rPr>
        <w:t>only hope</w:t>
      </w:r>
      <w:r>
        <w:rPr>
          <w:b w:val="0"/>
          <w:i w:val="0"/>
          <w:smallCaps w:val="0"/>
          <w:strike w:val="0"/>
          <w:sz w:val="20"/>
          <w:highlight w:val="cyan"/>
          <w:u w:val="single"/>
        </w:rPr>
        <w:t xml:space="preserve"> for preserving</w:t>
      </w:r>
      <w:r>
        <w:rPr>
          <w:b w:val="0"/>
          <w:i w:val="0"/>
          <w:smallCaps w:val="0"/>
          <w:strike w:val="0"/>
          <w:sz w:val="20"/>
          <w:u w:val="single"/>
        </w:rPr>
        <w:t xml:space="preserve"> liberalism at home and abroad is the maintenance of a </w:t>
      </w:r>
      <w:r>
        <w:rPr>
          <w:b/>
          <w:i w:val="0"/>
          <w:smallCaps w:val="0"/>
          <w:strike w:val="0"/>
          <w:sz w:val="22"/>
          <w:highlight w:val="cyan"/>
          <w:u w:val="single"/>
        </w:rPr>
        <w:t>world order</w:t>
      </w:r>
      <w:r>
        <w:rPr>
          <w:b w:val="0"/>
          <w:i w:val="0"/>
          <w:smallCaps w:val="0"/>
          <w:strike w:val="0"/>
          <w:sz w:val="20"/>
          <w:u w:val="single"/>
        </w:rPr>
        <w:t xml:space="preserve"> conducive to liberalism, </w:t>
      </w:r>
      <w:r>
        <w:rPr>
          <w:b w:val="0"/>
          <w:i w:val="0"/>
          <w:smallCaps w:val="0"/>
          <w:strike w:val="0"/>
          <w:sz w:val="20"/>
          <w:highlight w:val="cyan"/>
          <w:u w:val="single"/>
        </w:rPr>
        <w:t>and</w:t>
      </w:r>
      <w:r>
        <w:rPr>
          <w:b w:val="0"/>
          <w:i w:val="0"/>
          <w:smallCaps w:val="0"/>
          <w:strike w:val="0"/>
          <w:sz w:val="20"/>
          <w:u w:val="single"/>
        </w:rPr>
        <w:t xml:space="preserve"> the </w:t>
      </w:r>
      <w:r>
        <w:rPr>
          <w:b/>
          <w:i w:val="0"/>
          <w:smallCaps w:val="0"/>
          <w:strike w:val="0"/>
          <w:sz w:val="22"/>
          <w:highlight w:val="cyan"/>
          <w:u w:val="single"/>
        </w:rPr>
        <w:t>only power</w:t>
      </w:r>
      <w:r>
        <w:rPr>
          <w:b w:val="0"/>
          <w:i w:val="0"/>
          <w:smallCaps w:val="0"/>
          <w:strike w:val="0"/>
          <w:sz w:val="20"/>
          <w:highlight w:val="cyan"/>
          <w:u w:val="single"/>
        </w:rPr>
        <w:t xml:space="preserve"> capable</w:t>
      </w:r>
      <w:r>
        <w:rPr>
          <w:b w:val="0"/>
          <w:i w:val="0"/>
          <w:smallCaps w:val="0"/>
          <w:strike w:val="0"/>
          <w:sz w:val="20"/>
          <w:u w:val="single"/>
        </w:rPr>
        <w:t xml:space="preserve"> of upholding such an order </w:t>
      </w:r>
      <w:r>
        <w:rPr>
          <w:b w:val="0"/>
          <w:i w:val="0"/>
          <w:smallCaps w:val="0"/>
          <w:strike w:val="0"/>
          <w:sz w:val="20"/>
          <w:highlight w:val="cyan"/>
          <w:u w:val="single"/>
        </w:rPr>
        <w:t>is</w:t>
      </w:r>
      <w:r>
        <w:rPr>
          <w:b w:val="0"/>
          <w:i w:val="0"/>
          <w:smallCaps w:val="0"/>
          <w:strike w:val="0"/>
          <w:sz w:val="20"/>
          <w:u w:val="single"/>
        </w:rPr>
        <w:t xml:space="preserve"> the </w:t>
      </w:r>
      <w:r>
        <w:rPr>
          <w:b/>
          <w:i w:val="0"/>
          <w:smallCaps w:val="0"/>
          <w:strike w:val="0"/>
          <w:sz w:val="22"/>
          <w:highlight w:val="cyan"/>
          <w:u w:val="single"/>
        </w:rPr>
        <w:t>U</w:t>
      </w:r>
      <w:r>
        <w:rPr>
          <w:b w:val="0"/>
          <w:i w:val="0"/>
          <w:smallCaps w:val="0"/>
          <w:strike w:val="0"/>
          <w:sz w:val="12"/>
          <w:u w:val="none"/>
        </w:rPr>
        <w:t xml:space="preserve">nited </w:t>
      </w:r>
      <w:r>
        <w:rPr>
          <w:b/>
          <w:i w:val="0"/>
          <w:smallCaps w:val="0"/>
          <w:strike w:val="0"/>
          <w:sz w:val="22"/>
          <w:highlight w:val="cyan"/>
          <w:u w:val="single"/>
        </w:rPr>
        <w:t>S</w:t>
      </w:r>
      <w:r>
        <w:rPr>
          <w:b w:val="0"/>
          <w:i w:val="0"/>
          <w:smallCaps w:val="0"/>
          <w:strike w:val="0"/>
          <w:sz w:val="12"/>
          <w:u w:val="none"/>
        </w:rPr>
        <w:t xml:space="preserve">tates. </w:t>
      </w:r>
      <w:r>
        <w:rPr>
          <w:b w:val="0"/>
          <w:i w:val="0"/>
          <w:smallCaps w:val="0"/>
          <w:strike w:val="0"/>
          <w:sz w:val="20"/>
          <w:u w:val="single"/>
        </w:rPr>
        <w:t xml:space="preserve">This is not an expression of </w:t>
      </w:r>
      <w:r>
        <w:rPr>
          <w:b w:val="0"/>
          <w:i w:val="0"/>
          <w:smallCaps w:val="0"/>
          <w:strike w:val="0"/>
          <w:sz w:val="20"/>
          <w:u w:val="single"/>
        </w:rPr>
        <w:t>hubris</w:t>
      </w:r>
      <w:r>
        <w:rPr>
          <w:b w:val="0"/>
          <w:i w:val="0"/>
          <w:smallCaps w:val="0"/>
          <w:strike w:val="0"/>
          <w:sz w:val="20"/>
          <w:u w:val="single"/>
        </w:rPr>
        <w:t xml:space="preserve"> but a </w:t>
      </w:r>
      <w:r>
        <w:rPr>
          <w:b/>
          <w:i w:val="0"/>
          <w:smallCaps w:val="0"/>
          <w:strike w:val="0"/>
          <w:sz w:val="22"/>
          <w:u w:val="single"/>
        </w:rPr>
        <w:t>reality</w:t>
      </w:r>
      <w:r>
        <w:rPr>
          <w:b w:val="0"/>
          <w:i w:val="0"/>
          <w:smallCaps w:val="0"/>
          <w:strike w:val="0"/>
          <w:sz w:val="20"/>
          <w:u w:val="single"/>
        </w:rPr>
        <w:t xml:space="preserve"> rooted in </w:t>
      </w:r>
      <w:r>
        <w:rPr>
          <w:b/>
          <w:i w:val="0"/>
          <w:smallCaps w:val="0"/>
          <w:strike w:val="0"/>
          <w:sz w:val="22"/>
          <w:u w:val="single"/>
        </w:rPr>
        <w:t>international circumstances</w:t>
      </w:r>
      <w:r>
        <w:rPr>
          <w:b w:val="0"/>
          <w:i w:val="0"/>
          <w:smallCaps w:val="0"/>
          <w:strike w:val="0"/>
          <w:sz w:val="12"/>
          <w:u w:val="none"/>
        </w:rPr>
        <w:t xml:space="preserve">. And it is certainly a mixed blessing. </w:t>
      </w:r>
      <w:r>
        <w:rPr>
          <w:b w:val="0"/>
          <w:i w:val="0"/>
          <w:smallCaps w:val="0"/>
          <w:strike w:val="0"/>
          <w:sz w:val="20"/>
          <w:u w:val="single"/>
        </w:rPr>
        <w:t xml:space="preserve">In trying to preserve this order, the </w:t>
      </w:r>
      <w:r>
        <w:rPr>
          <w:b/>
          <w:i w:val="0"/>
          <w:smallCaps w:val="0"/>
          <w:strike w:val="0"/>
          <w:sz w:val="22"/>
          <w:u w:val="single"/>
        </w:rPr>
        <w:t>U</w:t>
      </w:r>
      <w:r>
        <w:rPr>
          <w:b w:val="0"/>
          <w:i w:val="0"/>
          <w:smallCaps w:val="0"/>
          <w:strike w:val="0"/>
          <w:sz w:val="12"/>
          <w:u w:val="none"/>
        </w:rPr>
        <w:t xml:space="preserve">nited </w:t>
      </w:r>
      <w:r>
        <w:rPr>
          <w:b/>
          <w:i w:val="0"/>
          <w:smallCaps w:val="0"/>
          <w:strike w:val="0"/>
          <w:sz w:val="22"/>
          <w:u w:val="single"/>
        </w:rPr>
        <w:t>S</w:t>
      </w:r>
      <w:r>
        <w:rPr>
          <w:b w:val="0"/>
          <w:i w:val="0"/>
          <w:smallCaps w:val="0"/>
          <w:strike w:val="0"/>
          <w:sz w:val="12"/>
          <w:u w:val="none"/>
        </w:rPr>
        <w:t xml:space="preserve">tates has wielded and </w:t>
      </w:r>
      <w:r>
        <w:rPr>
          <w:b w:val="0"/>
          <w:i w:val="0"/>
          <w:smallCaps w:val="0"/>
          <w:strike w:val="0"/>
          <w:sz w:val="20"/>
          <w:u w:val="single"/>
        </w:rPr>
        <w:t xml:space="preserve">will </w:t>
      </w:r>
      <w:r>
        <w:rPr>
          <w:b/>
          <w:i w:val="0"/>
          <w:smallCaps w:val="0"/>
          <w:strike w:val="0"/>
          <w:sz w:val="22"/>
          <w:u w:val="single"/>
        </w:rPr>
        <w:t>wield power</w:t>
      </w:r>
      <w:r>
        <w:rPr>
          <w:b w:val="0"/>
          <w:i w:val="0"/>
          <w:smallCaps w:val="0"/>
          <w:strike w:val="0"/>
          <w:sz w:val="12"/>
          <w:u w:val="none"/>
        </w:rPr>
        <w:t xml:space="preserve">, sometimes unwisely and ineffectively, with unpredictable costs and morally ambiguous consequences. That is what wielding power means. Americans have naturally sought to escape this burden. They have sought to divest themselves of responsibility, hiding sometimes behind dreamy internationalism, sometimes behind a determined resignation to accept the world “as it is,” and always with the view that absent a clear and present danger, they can hang back in their imaginary fortress. The time has come to tell Americans that </w:t>
      </w:r>
      <w:r>
        <w:rPr>
          <w:b w:val="0"/>
          <w:i w:val="0"/>
          <w:smallCaps w:val="0"/>
          <w:strike w:val="0"/>
          <w:sz w:val="20"/>
          <w:highlight w:val="cyan"/>
          <w:u w:val="single"/>
        </w:rPr>
        <w:t xml:space="preserve">there is </w:t>
      </w:r>
      <w:r>
        <w:rPr>
          <w:b/>
          <w:i w:val="0"/>
          <w:smallCaps w:val="0"/>
          <w:strike w:val="0"/>
          <w:sz w:val="22"/>
          <w:highlight w:val="cyan"/>
          <w:u w:val="single"/>
        </w:rPr>
        <w:t>no escape</w:t>
      </w:r>
      <w:r>
        <w:rPr>
          <w:b w:val="0"/>
          <w:i w:val="0"/>
          <w:smallCaps w:val="0"/>
          <w:strike w:val="0"/>
          <w:sz w:val="20"/>
          <w:highlight w:val="cyan"/>
          <w:u w:val="single"/>
        </w:rPr>
        <w:t xml:space="preserve"> from </w:t>
      </w:r>
      <w:r>
        <w:rPr>
          <w:b/>
          <w:i w:val="0"/>
          <w:smallCaps w:val="0"/>
          <w:strike w:val="0"/>
          <w:sz w:val="22"/>
          <w:highlight w:val="cyan"/>
          <w:u w:val="single"/>
        </w:rPr>
        <w:t>global responsibility</w:t>
      </w:r>
      <w:r>
        <w:rPr>
          <w:b w:val="0"/>
          <w:i w:val="0"/>
          <w:smallCaps w:val="0"/>
          <w:strike w:val="0"/>
          <w:sz w:val="12"/>
          <w:u w:val="none"/>
        </w:rPr>
        <w:t xml:space="preserve">, that they </w:t>
      </w:r>
      <w:r>
        <w:rPr>
          <w:b w:val="0"/>
          <w:i w:val="0"/>
          <w:smallCaps w:val="0"/>
          <w:strike w:val="0"/>
          <w:sz w:val="12"/>
          <w:u w:val="none"/>
        </w:rPr>
        <w:t>have to</w:t>
      </w:r>
      <w:r>
        <w:rPr>
          <w:b w:val="0"/>
          <w:i w:val="0"/>
          <w:smallCaps w:val="0"/>
          <w:strike w:val="0"/>
          <w:sz w:val="12"/>
          <w:u w:val="none"/>
        </w:rPr>
        <w:t xml:space="preserve"> think beyond the protection of the homeland. They need to understand that the purpose of NATO and other alliances is to defend not against direct threats to U.S. interests but against a breakdown of the order that best serves those interests. They need to be told honestly that the task of maintaining a world order is unending and fraught with costs but preferable to the alternative. A failure to be square with the American people has led the country to its current predicament, with a confused and angry public convinced that its leaders are betraying American interests for their own nefarious, “globalist” purposes. The antidote to this is not scaring the hell out of them about China and other threats but trying to explain, again, why the world order they created still matters. This is a job for Joe Biden and his new administration.</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