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w:t>
      </w:r>
      <w:r>
        <w:rPr>
          <w:b/>
          <w:i w:val="0"/>
          <w:smallCaps w:val="0"/>
          <w:strike w:val="0"/>
          <w:sz w:val="26"/>
          <w:u w:val="none"/>
        </w:rPr>
        <w:t>he United States is a giant hologram</w:t>
      </w:r>
    </w:p>
    <w:p>
      <w:pPr>
        <w:spacing w:after="80"/>
      </w:pPr>
      <w:r>
        <w:rPr>
          <w:b/>
          <w:i w:val="0"/>
          <w:smallCaps w:val="0"/>
          <w:strike w:val="0"/>
          <w:sz w:val="26"/>
          <w:u w:val="none"/>
        </w:rPr>
        <w:t>Baudrillard 86</w:t>
      </w:r>
      <w:r>
        <w:rPr>
          <w:b w:val="0"/>
          <w:i w:val="0"/>
          <w:smallCaps w:val="0"/>
          <w:strike w:val="0"/>
          <w:u w:val="none"/>
        </w:rPr>
        <w:t xml:space="preserve"> </w:t>
      </w:r>
      <w:r>
        <w:rPr>
          <w:b w:val="0"/>
          <w:i w:val="0"/>
          <w:smallCaps w:val="0"/>
          <w:strike w:val="0"/>
          <w:sz w:val="16"/>
          <w:u w:val="none"/>
        </w:rPr>
        <w:t xml:space="preserve">[Jean Baudrillard, Dead and French, </w:t>
      </w:r>
      <w:r>
        <w:rPr>
          <w:b w:val="0"/>
          <w:i w:val="0"/>
          <w:smallCaps w:val="0"/>
          <w:strike w:val="0"/>
          <w:sz w:val="16"/>
          <w:u w:val="none"/>
        </w:rPr>
        <w:t>1986, “America”, //</w:t>
      </w:r>
      <w:r>
        <w:rPr>
          <w:b w:val="0"/>
          <w:i w:val="0"/>
          <w:smallCaps w:val="0"/>
          <w:strike w:val="0"/>
          <w:sz w:val="16"/>
          <w:u w:val="none"/>
        </w:rPr>
        <w:t>zrubin</w:t>
      </w:r>
      <w:r>
        <w:rPr>
          <w:b w:val="0"/>
          <w:i w:val="0"/>
          <w:smallCaps w:val="0"/>
          <w:strike w:val="0"/>
          <w:sz w:val="16"/>
          <w:u w:val="none"/>
        </w:rPr>
        <w:t xml:space="preserve">] </w:t>
      </w:r>
    </w:p>
    <w:p>
      <w:pPr>
        <w:spacing w:after="60"/>
      </w:pPr>
      <w:r>
        <w:rPr>
          <w:b w:val="0"/>
          <w:i w:val="0"/>
          <w:smallCaps w:val="0"/>
          <w:strike w:val="0"/>
          <w:highlight w:val="cyan"/>
          <w:u w:val="single"/>
        </w:rPr>
        <w:t>America is</w:t>
      </w:r>
      <w:r>
        <w:rPr>
          <w:b w:val="0"/>
          <w:i w:val="0"/>
          <w:smallCaps w:val="0"/>
          <w:strike w:val="0"/>
          <w:u w:val="none"/>
        </w:rPr>
        <w:t xml:space="preserve"> </w:t>
      </w:r>
      <w:r>
        <w:rPr>
          <w:b w:val="0"/>
          <w:i w:val="0"/>
          <w:smallCaps w:val="0"/>
          <w:strike w:val="0"/>
          <w:sz w:val="14"/>
          <w:u w:val="none"/>
        </w:rPr>
        <w:t>neither dream nor reality. It is</w:t>
      </w:r>
      <w:r>
        <w:rPr>
          <w:b w:val="0"/>
          <w:i w:val="0"/>
          <w:smallCaps w:val="0"/>
          <w:strike w:val="0"/>
          <w:u w:val="none"/>
        </w:rPr>
        <w:t xml:space="preserve"> </w:t>
      </w:r>
      <w:r>
        <w:rPr>
          <w:b/>
          <w:i w:val="0"/>
          <w:smallCaps w:val="0"/>
          <w:strike w:val="0"/>
          <w:highlight w:val="cyan"/>
          <w:u w:val="single"/>
        </w:rPr>
        <w:t>a hyperreality</w:t>
      </w:r>
      <w:r>
        <w:rPr>
          <w:b w:val="0"/>
          <w:i w:val="0"/>
          <w:smallCaps w:val="0"/>
          <w:strike w:val="0"/>
          <w:u w:val="none"/>
        </w:rPr>
        <w:t xml:space="preserve"> </w:t>
      </w:r>
      <w:r>
        <w:rPr>
          <w:b w:val="0"/>
          <w:i w:val="0"/>
          <w:smallCaps w:val="0"/>
          <w:strike w:val="0"/>
          <w:sz w:val="14"/>
          <w:u w:val="none"/>
        </w:rPr>
        <w:t>It is a hyperreality</w:t>
      </w:r>
      <w:r>
        <w:rPr>
          <w:b w:val="0"/>
          <w:i w:val="0"/>
          <w:smallCaps w:val="0"/>
          <w:strike w:val="0"/>
          <w:u w:val="none"/>
        </w:rPr>
        <w:t xml:space="preserve"> </w:t>
      </w:r>
      <w:r>
        <w:rPr>
          <w:b w:val="0"/>
          <w:i w:val="0"/>
          <w:smallCaps w:val="0"/>
          <w:strike w:val="0"/>
          <w:u w:val="single"/>
        </w:rPr>
        <w:t xml:space="preserve">because </w:t>
      </w:r>
      <w:r>
        <w:rPr>
          <w:b w:val="0"/>
          <w:i w:val="0"/>
          <w:smallCaps w:val="0"/>
          <w:strike w:val="0"/>
          <w:highlight w:val="cyan"/>
          <w:u w:val="single"/>
        </w:rPr>
        <w:t xml:space="preserve">it is a </w:t>
      </w:r>
      <w:r>
        <w:rPr>
          <w:b w:val="0"/>
          <w:i w:val="0"/>
          <w:smallCaps w:val="0"/>
          <w:strike w:val="0"/>
          <w:highlight w:val="cyan"/>
          <w:u w:val="single"/>
        </w:rPr>
        <w:t>Utopia</w:t>
      </w:r>
      <w:r>
        <w:rPr>
          <w:b w:val="0"/>
          <w:i w:val="0"/>
          <w:smallCaps w:val="0"/>
          <w:strike w:val="0"/>
          <w:highlight w:val="cyan"/>
          <w:u w:val="single"/>
        </w:rPr>
        <w:t xml:space="preserve"> which</w:t>
      </w:r>
      <w:r>
        <w:rPr>
          <w:b w:val="0"/>
          <w:i w:val="0"/>
          <w:smallCaps w:val="0"/>
          <w:strike w:val="0"/>
          <w:u w:val="single"/>
        </w:rPr>
        <w:t xml:space="preserve"> has </w:t>
      </w:r>
      <w:r>
        <w:rPr>
          <w:b w:val="0"/>
          <w:i w:val="0"/>
          <w:smallCaps w:val="0"/>
          <w:strike w:val="0"/>
          <w:highlight w:val="cyan"/>
          <w:u w:val="single"/>
        </w:rPr>
        <w:t>behaved</w:t>
      </w:r>
      <w:r>
        <w:rPr>
          <w:b w:val="0"/>
          <w:i w:val="0"/>
          <w:smallCaps w:val="0"/>
          <w:strike w:val="0"/>
          <w:u w:val="single"/>
        </w:rPr>
        <w:t xml:space="preserve"> from the very beginning </w:t>
      </w:r>
      <w:r>
        <w:rPr>
          <w:b w:val="0"/>
          <w:i w:val="0"/>
          <w:smallCaps w:val="0"/>
          <w:strike w:val="0"/>
          <w:highlight w:val="cyan"/>
          <w:u w:val="single"/>
        </w:rPr>
        <w:t>as though it were already achieved</w:t>
      </w:r>
      <w:r>
        <w:rPr>
          <w:b w:val="0"/>
          <w:i w:val="0"/>
          <w:smallCaps w:val="0"/>
          <w:strike w:val="0"/>
          <w:u w:val="none"/>
        </w:rPr>
        <w:t xml:space="preserve">. </w:t>
      </w:r>
      <w:r>
        <w:rPr>
          <w:b w:val="0"/>
          <w:i w:val="0"/>
          <w:smallCaps w:val="0"/>
          <w:strike w:val="0"/>
          <w:u w:val="single"/>
        </w:rPr>
        <w:t>Everything here is real and pragmatic, and yet it is all the stuff of dreams too.</w:t>
      </w:r>
      <w:r>
        <w:rPr>
          <w:b w:val="0"/>
          <w:i w:val="0"/>
          <w:smallCaps w:val="0"/>
          <w:strike w:val="0"/>
          <w:u w:val="none"/>
        </w:rPr>
        <w:t xml:space="preserve"> </w:t>
      </w:r>
      <w:r>
        <w:rPr>
          <w:b w:val="0"/>
          <w:i w:val="0"/>
          <w:smallCaps w:val="0"/>
          <w:strike w:val="0"/>
          <w:sz w:val="14"/>
          <w:u w:val="none"/>
        </w:rPr>
        <w:t>It may be that the truth of America can only be seen by a European, since</w:t>
      </w:r>
      <w:r>
        <w:rPr>
          <w:b w:val="0"/>
          <w:i w:val="0"/>
          <w:smallCaps w:val="0"/>
          <w:strike w:val="0"/>
          <w:u w:val="none"/>
        </w:rPr>
        <w:t xml:space="preserve"> </w:t>
      </w:r>
      <w:r>
        <w:rPr>
          <w:b w:val="0"/>
          <w:i w:val="0"/>
          <w:smallCaps w:val="0"/>
          <w:strike w:val="0"/>
          <w:u w:val="single"/>
        </w:rPr>
        <w:t>he alone will discover here the perfect simulacrum - that of the immanence and material transcription of all values.</w:t>
      </w:r>
      <w:r>
        <w:rPr>
          <w:b w:val="0"/>
          <w:i w:val="0"/>
          <w:smallCaps w:val="0"/>
          <w:strike w:val="0"/>
          <w:u w:val="none"/>
        </w:rPr>
        <w:t xml:space="preserve"> </w:t>
      </w:r>
      <w:r>
        <w:rPr>
          <w:b w:val="0"/>
          <w:i w:val="0"/>
          <w:smallCaps w:val="0"/>
          <w:strike w:val="0"/>
          <w:sz w:val="14"/>
          <w:u w:val="none"/>
        </w:rPr>
        <w:t>The Americans, for their part, have no sense of simulation. They are themselves simulation in its most developed state, but they have no language in which to describe it, since they themselves are the model.</w:t>
      </w:r>
      <w:r>
        <w:rPr>
          <w:b w:val="0"/>
          <w:i w:val="0"/>
          <w:smallCaps w:val="0"/>
          <w:strike w:val="0"/>
          <w:sz w:val="14"/>
          <w:u w:val="none"/>
        </w:rPr>
        <w:t xml:space="preserve"> </w:t>
      </w:r>
      <w:r>
        <w:rPr>
          <w:b w:val="0"/>
          <w:i w:val="0"/>
          <w:smallCaps w:val="0"/>
          <w:strike w:val="0"/>
          <w:sz w:val="14"/>
          <w:u w:val="none"/>
        </w:rPr>
        <w:t>As a result, they are the ideal material for an analysis of all the possible variants of the modern world. No more and no less in fact than were primitive societies in their day. The same mythical and analytic excitement that made us look towards those earlier societies today impels</w:t>
      </w:r>
      <w:r>
        <w:rPr>
          <w:b w:val="0"/>
          <w:i w:val="0"/>
          <w:smallCaps w:val="0"/>
          <w:strike w:val="0"/>
          <w:u w:val="none"/>
        </w:rPr>
        <w:t xml:space="preserve"> </w:t>
      </w:r>
      <w:r>
        <w:rPr>
          <w:b w:val="0"/>
          <w:i w:val="0"/>
          <w:smallCaps w:val="0"/>
          <w:strike w:val="0"/>
          <w:sz w:val="14"/>
          <w:u w:val="none"/>
        </w:rPr>
        <w:t xml:space="preserve">us to look in the direction of America. With the same passion and the same prejudices. </w:t>
      </w:r>
      <w:r>
        <w:rPr>
          <w:b w:val="0"/>
          <w:i w:val="0"/>
          <w:smallCaps w:val="0"/>
          <w:strike w:val="0"/>
          <w:sz w:val="14"/>
          <w:u w:val="none"/>
        </w:rPr>
        <w:t>In reality, you</w:t>
      </w:r>
      <w:r>
        <w:rPr>
          <w:b w:val="0"/>
          <w:i w:val="0"/>
          <w:smallCaps w:val="0"/>
          <w:strike w:val="0"/>
          <w:sz w:val="14"/>
          <w:u w:val="none"/>
        </w:rPr>
        <w:t xml:space="preserve"> do not, as I had hoped, get any distance </w:t>
      </w:r>
      <w:r>
        <w:rPr>
          <w:b w:val="0"/>
          <w:i w:val="0"/>
          <w:smallCaps w:val="0"/>
          <w:strike w:val="0"/>
          <w:sz w:val="14"/>
          <w:u w:val="none"/>
        </w:rPr>
        <w:t>on</w:t>
      </w:r>
      <w:r>
        <w:rPr>
          <w:b w:val="0"/>
          <w:i w:val="0"/>
          <w:smallCaps w:val="0"/>
          <w:strike w:val="0"/>
          <w:sz w:val="14"/>
          <w:u w:val="none"/>
        </w:rPr>
        <w:t xml:space="preserve"> Europe from here. You do not acquire a fresh angle on it. When you turn around, it has quite simply disappeared. The point is that there is really no need to adopt a critical stance on Europe from here. That is something you can do in Europe. And what is there to criticize which has not been criticized a thousand times before? What you </w:t>
      </w:r>
      <w:r>
        <w:rPr>
          <w:b w:val="0"/>
          <w:i w:val="0"/>
          <w:smallCaps w:val="0"/>
          <w:strike w:val="0"/>
          <w:sz w:val="14"/>
          <w:u w:val="none"/>
        </w:rPr>
        <w:t>have to</w:t>
      </w:r>
      <w:r>
        <w:rPr>
          <w:b w:val="0"/>
          <w:i w:val="0"/>
          <w:smallCaps w:val="0"/>
          <w:strike w:val="0"/>
          <w:sz w:val="14"/>
          <w:u w:val="none"/>
        </w:rPr>
        <w:t xml:space="preserve"> do is enter the fiction of America, enter America as fiction. It is, indeed, on this fictive basis that it dominates the world. Even if every detail of America were insignificant, America is something that is beyond us all. . .</w:t>
      </w:r>
      <w:r>
        <w:rPr>
          <w:b w:val="0"/>
          <w:i w:val="0"/>
          <w:smallCaps w:val="0"/>
          <w:strike w:val="0"/>
          <w:highlight w:val="cyan"/>
          <w:u w:val="single"/>
        </w:rPr>
        <w:t xml:space="preserve">America is </w:t>
      </w:r>
      <w:r>
        <w:rPr>
          <w:b/>
          <w:i w:val="0"/>
          <w:smallCaps w:val="0"/>
          <w:strike w:val="0"/>
          <w:highlight w:val="cyan"/>
          <w:u w:val="single"/>
        </w:rPr>
        <w:t>a giant hologram</w:t>
      </w:r>
      <w:r>
        <w:rPr>
          <w:b w:val="0"/>
          <w:i w:val="0"/>
          <w:smallCaps w:val="0"/>
          <w:strike w:val="0"/>
          <w:u w:val="single"/>
        </w:rPr>
        <w:t xml:space="preserve">, in the sense that </w:t>
      </w:r>
      <w:r>
        <w:rPr>
          <w:b w:val="0"/>
          <w:i w:val="0"/>
          <w:smallCaps w:val="0"/>
          <w:strike w:val="0"/>
          <w:highlight w:val="cyan"/>
          <w:u w:val="single"/>
        </w:rPr>
        <w:t>information concerning the whole is contained in each of its elements</w:t>
      </w:r>
      <w:r>
        <w:rPr>
          <w:b w:val="0"/>
          <w:i w:val="0"/>
          <w:smallCaps w:val="0"/>
          <w:strike w:val="0"/>
          <w:u w:val="single"/>
        </w:rPr>
        <w:t>.</w:t>
      </w:r>
      <w:r>
        <w:rPr>
          <w:b w:val="0"/>
          <w:i w:val="0"/>
          <w:smallCaps w:val="0"/>
          <w:strike w:val="0"/>
          <w:u w:val="none"/>
        </w:rPr>
        <w:t xml:space="preserve"> </w:t>
      </w:r>
      <w:r>
        <w:rPr>
          <w:b w:val="0"/>
          <w:i w:val="0"/>
          <w:smallCaps w:val="0"/>
          <w:strike w:val="0"/>
          <w:sz w:val="14"/>
          <w:u w:val="none"/>
        </w:rPr>
        <w:t xml:space="preserve">Take the tiniest little place in the desert, any old street in a Mid-West town, a parking lot, a Californian house, a </w:t>
      </w:r>
      <w:r>
        <w:rPr>
          <w:b w:val="0"/>
          <w:i w:val="0"/>
          <w:smallCaps w:val="0"/>
          <w:strike w:val="0"/>
          <w:sz w:val="14"/>
          <w:u w:val="none"/>
        </w:rPr>
        <w:t>BurgerKing</w:t>
      </w:r>
      <w:r>
        <w:rPr>
          <w:b w:val="0"/>
          <w:i w:val="0"/>
          <w:smallCaps w:val="0"/>
          <w:strike w:val="0"/>
          <w:sz w:val="14"/>
          <w:u w:val="none"/>
        </w:rPr>
        <w:t xml:space="preserve"> [sic!] or a Studebaker, and you have the whole of the US - South, North, East, or West.</w:t>
      </w:r>
      <w:r>
        <w:rPr>
          <w:b w:val="0"/>
          <w:i w:val="0"/>
          <w:smallCaps w:val="0"/>
          <w:strike w:val="0"/>
          <w:u w:val="none"/>
        </w:rPr>
        <w:t xml:space="preserve"> </w:t>
      </w:r>
      <w:r>
        <w:rPr>
          <w:b w:val="0"/>
          <w:i w:val="0"/>
          <w:smallCaps w:val="0"/>
          <w:strike w:val="0"/>
          <w:u w:val="single"/>
        </w:rPr>
        <w:t>Holographic also in that it has the coherent light of the laser, the homogeneity of the single elements scanned by the same beams.</w:t>
      </w:r>
      <w:r>
        <w:rPr>
          <w:b w:val="0"/>
          <w:i w:val="0"/>
          <w:smallCaps w:val="0"/>
          <w:strike w:val="0"/>
          <w:u w:val="none"/>
        </w:rPr>
        <w:t xml:space="preserve"> </w:t>
      </w:r>
      <w:r>
        <w:rPr>
          <w:b w:val="0"/>
          <w:i w:val="0"/>
          <w:smallCaps w:val="0"/>
          <w:strike w:val="0"/>
          <w:u w:val="single"/>
        </w:rPr>
        <w:t xml:space="preserve">From the visual and plastic viewpoints too: </w:t>
      </w:r>
      <w:r>
        <w:rPr>
          <w:b w:val="0"/>
          <w:i w:val="0"/>
          <w:smallCaps w:val="0"/>
          <w:strike w:val="0"/>
          <w:highlight w:val="cyan"/>
          <w:u w:val="single"/>
        </w:rPr>
        <w:t>things</w:t>
      </w:r>
      <w:r>
        <w:rPr>
          <w:b w:val="0"/>
          <w:i w:val="0"/>
          <w:smallCaps w:val="0"/>
          <w:strike w:val="0"/>
          <w:u w:val="single"/>
        </w:rPr>
        <w:t xml:space="preserve"> seem to be </w:t>
      </w:r>
      <w:r>
        <w:rPr>
          <w:b w:val="0"/>
          <w:i w:val="0"/>
          <w:smallCaps w:val="0"/>
          <w:strike w:val="0"/>
          <w:highlight w:val="cyan"/>
          <w:u w:val="single"/>
        </w:rPr>
        <w:t>made of</w:t>
      </w:r>
      <w:r>
        <w:rPr>
          <w:b w:val="0"/>
          <w:i w:val="0"/>
          <w:smallCaps w:val="0"/>
          <w:strike w:val="0"/>
          <w:u w:val="single"/>
        </w:rPr>
        <w:t xml:space="preserve"> a more </w:t>
      </w:r>
      <w:r>
        <w:rPr>
          <w:b/>
          <w:i w:val="0"/>
          <w:smallCaps w:val="0"/>
          <w:strike w:val="0"/>
          <w:highlight w:val="cyan"/>
          <w:u w:val="single"/>
        </w:rPr>
        <w:t>unreal substance</w:t>
      </w:r>
      <w:r>
        <w:rPr>
          <w:b w:val="0"/>
          <w:i w:val="0"/>
          <w:smallCaps w:val="0"/>
          <w:strike w:val="0"/>
          <w:u w:val="single"/>
        </w:rPr>
        <w:t>; they seem to turn and move in a void as if by a special lighting effect, a fine membrane you pass through without noticing it.</w:t>
      </w:r>
      <w:r>
        <w:rPr>
          <w:b w:val="0"/>
          <w:i w:val="0"/>
          <w:smallCaps w:val="0"/>
          <w:strike w:val="0"/>
          <w:u w:val="none"/>
        </w:rPr>
        <w:t xml:space="preserve"> </w:t>
      </w:r>
      <w:r>
        <w:rPr>
          <w:b w:val="0"/>
          <w:i w:val="0"/>
          <w:smallCaps w:val="0"/>
          <w:strike w:val="0"/>
          <w:sz w:val="14"/>
          <w:u w:val="none"/>
        </w:rPr>
        <w:t>This is obviously true of the desert. It is also the case with Las Vegas and advertising, and even the activities of the people, public relations, and everyday electronics all stand out with the plasticity and simplicity of a beam of light.</w:t>
      </w:r>
      <w:r>
        <w:rPr>
          <w:b w:val="0"/>
          <w:i w:val="0"/>
          <w:smallCaps w:val="0"/>
          <w:strike w:val="0"/>
          <w:u w:val="none"/>
        </w:rPr>
        <w:t xml:space="preserve"> </w:t>
      </w:r>
      <w:r>
        <w:rPr>
          <w:b w:val="0"/>
          <w:i w:val="0"/>
          <w:smallCaps w:val="0"/>
          <w:strike w:val="0"/>
          <w:highlight w:val="cyan"/>
          <w:u w:val="single"/>
        </w:rPr>
        <w:t xml:space="preserve">The hologram is akin to </w:t>
      </w:r>
      <w:r>
        <w:rPr>
          <w:b/>
          <w:i w:val="0"/>
          <w:smallCaps w:val="0"/>
          <w:strike w:val="0"/>
          <w:highlight w:val="cyan"/>
          <w:u w:val="single"/>
        </w:rPr>
        <w:t>the world of phantasy</w:t>
      </w:r>
      <w:r>
        <w:rPr>
          <w:b w:val="0"/>
          <w:i w:val="0"/>
          <w:smallCaps w:val="0"/>
          <w:strike w:val="0"/>
          <w:u w:val="single"/>
        </w:rPr>
        <w:t xml:space="preserve">. It is </w:t>
      </w:r>
      <w:r>
        <w:rPr>
          <w:b w:val="0"/>
          <w:i w:val="0"/>
          <w:smallCaps w:val="0"/>
          <w:strike w:val="0"/>
          <w:highlight w:val="cyan"/>
          <w:u w:val="single"/>
        </w:rPr>
        <w:t xml:space="preserve">a three-dimensional </w:t>
      </w:r>
      <w:r>
        <w:rPr>
          <w:b w:val="0"/>
          <w:i w:val="0"/>
          <w:smallCaps w:val="0"/>
          <w:strike w:val="0"/>
          <w:highlight w:val="cyan"/>
          <w:u w:val="single"/>
        </w:rPr>
        <w:t>dream</w:t>
      </w:r>
      <w:r>
        <w:rPr>
          <w:b w:val="0"/>
          <w:i w:val="0"/>
          <w:smallCaps w:val="0"/>
          <w:strike w:val="0"/>
          <w:u w:val="single"/>
        </w:rPr>
        <w:t xml:space="preserve"> and you can enter it as you would a dream. Everything depends on the existence of the ray of light bearing the objects.</w:t>
      </w:r>
      <w:r>
        <w:rPr>
          <w:b w:val="0"/>
          <w:i w:val="0"/>
          <w:smallCaps w:val="0"/>
          <w:strike w:val="0"/>
          <w:u w:val="none"/>
        </w:rPr>
        <w:t xml:space="preserve"> </w:t>
      </w:r>
      <w:r>
        <w:rPr>
          <w:b w:val="0"/>
          <w:i w:val="0"/>
          <w:smallCaps w:val="0"/>
          <w:strike w:val="0"/>
          <w:sz w:val="14"/>
          <w:u w:val="none"/>
        </w:rPr>
        <w:t>If it is interrupted, all the effects are dispersed, and reality along with it. You do indeed get the impression that</w:t>
      </w:r>
      <w:r>
        <w:rPr>
          <w:b w:val="0"/>
          <w:i w:val="0"/>
          <w:smallCaps w:val="0"/>
          <w:strike w:val="0"/>
          <w:u w:val="none"/>
        </w:rPr>
        <w:t xml:space="preserve"> </w:t>
      </w:r>
      <w:r>
        <w:rPr>
          <w:b w:val="0"/>
          <w:i w:val="0"/>
          <w:smallCaps w:val="0"/>
          <w:strike w:val="0"/>
          <w:u w:val="single"/>
        </w:rPr>
        <w:t>America is made up of</w:t>
      </w:r>
      <w:r>
        <w:rPr>
          <w:b w:val="0"/>
          <w:i w:val="0"/>
          <w:smallCaps w:val="0"/>
          <w:strike w:val="0"/>
          <w:u w:val="single"/>
        </w:rPr>
        <w:t xml:space="preserve"> fantastic switching between similar elements, and that everything is only held together by a thread of light, a laser beam, scanning out American reality before our eyes. In America the spectral does not refer to phantoms or to dancing ghosts, but to the spectrum into which light disperses.</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