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Marijuana </w:t>
      </w:r>
      <w:r>
        <w:rPr>
          <w:b/>
          <w:i w:val="0"/>
          <w:smallCaps w:val="0"/>
          <w:strike w:val="0"/>
          <w:sz w:val="26"/>
          <w:u w:val="single"/>
        </w:rPr>
        <w:t>staves off</w:t>
      </w:r>
      <w:r>
        <w:rPr>
          <w:b/>
          <w:i w:val="0"/>
          <w:smallCaps w:val="0"/>
          <w:strike w:val="0"/>
          <w:sz w:val="26"/>
          <w:u w:val="none"/>
        </w:rPr>
        <w:t xml:space="preserve"> bee collapse. </w:t>
      </w:r>
    </w:p>
    <w:p>
      <w:pPr>
        <w:spacing w:after="80"/>
      </w:pPr>
      <w:r>
        <w:rPr>
          <w:b w:val="0"/>
          <w:i w:val="0"/>
          <w:smallCaps w:val="0"/>
          <w:strike w:val="0"/>
          <w:u w:val="none"/>
        </w:rPr>
        <w:t xml:space="preserve">Troy </w:t>
      </w:r>
      <w:r>
        <w:rPr>
          <w:b/>
          <w:i w:val="0"/>
          <w:smallCaps w:val="0"/>
          <w:strike w:val="0"/>
          <w:sz w:val="26"/>
          <w:u w:val="none"/>
        </w:rPr>
        <w:t>Farah 22</w:t>
      </w:r>
      <w:r>
        <w:rPr>
          <w:b w:val="0"/>
          <w:i w:val="0"/>
          <w:smallCaps w:val="0"/>
          <w:strike w:val="0"/>
          <w:u w:val="none"/>
        </w:rPr>
        <w:t xml:space="preserve">, Salon's science and health editor specializing in drug policy and pandemics, 10/8/2022, “Why bees love weed — and why it might even be good for them,” </w:t>
      </w:r>
      <w:r>
        <w:rPr>
          <w:b w:val="0"/>
          <w:i/>
          <w:smallCaps w:val="0"/>
          <w:strike w:val="0"/>
          <w:u w:val="none"/>
        </w:rPr>
        <w:t>Salon</w:t>
      </w:r>
      <w:r>
        <w:rPr>
          <w:b w:val="0"/>
          <w:i w:val="0"/>
          <w:smallCaps w:val="0"/>
          <w:strike w:val="0"/>
          <w:u w:val="none"/>
        </w:rPr>
        <w:t xml:space="preserve">, </w:t>
      </w:r>
      <w:r>
        <w:rPr>
          <w:b w:val="0"/>
          <w:i w:val="0"/>
          <w:smallCaps w:val="0"/>
          <w:strike w:val="0"/>
          <w:u w:val="none"/>
        </w:rPr>
        <w:t>https://www.salon.com/2022/10/08/why-bees-love-weed--and-why-it-might-even-be-good-for-them/</w:t>
      </w:r>
      <w:r>
        <w:rPr>
          <w:b w:val="0"/>
          <w:i w:val="0"/>
          <w:smallCaps w:val="0"/>
          <w:strike w:val="0"/>
          <w:u w:val="none"/>
        </w:rPr>
        <w:t>, kav</w:t>
      </w:r>
    </w:p>
    <w:p>
      <w:pPr>
        <w:spacing w:after="60"/>
      </w:pPr>
      <w:r>
        <w:rPr>
          <w:b w:val="0"/>
          <w:i w:val="0"/>
          <w:smallCaps w:val="0"/>
          <w:strike w:val="0"/>
          <w:sz w:val="16"/>
          <w:u w:val="none"/>
        </w:rPr>
        <w:t xml:space="preserve">She was right. </w:t>
      </w:r>
      <w:r>
        <w:rPr>
          <w:b w:val="0"/>
          <w:i w:val="0"/>
          <w:smallCaps w:val="0"/>
          <w:strike w:val="0"/>
          <w:sz w:val="22"/>
          <w:u w:val="single"/>
        </w:rPr>
        <w:t>Marijuana</w:t>
      </w:r>
      <w:r>
        <w:rPr>
          <w:b w:val="0"/>
          <w:i w:val="0"/>
          <w:smallCaps w:val="0"/>
          <w:strike w:val="0"/>
          <w:sz w:val="16"/>
          <w:u w:val="none"/>
        </w:rPr>
        <w:t xml:space="preserve">, the dried and processed product </w:t>
      </w:r>
      <w:r>
        <w:rPr>
          <w:b w:val="0"/>
          <w:i w:val="0"/>
          <w:smallCaps w:val="0"/>
          <w:strike w:val="0"/>
          <w:sz w:val="22"/>
          <w:u w:val="single"/>
        </w:rPr>
        <w:t xml:space="preserve">of </w:t>
      </w:r>
      <w:r>
        <w:rPr>
          <w:b/>
          <w:i w:val="0"/>
          <w:smallCaps w:val="0"/>
          <w:strike w:val="0"/>
          <w:sz w:val="22"/>
          <w:u w:val="single"/>
        </w:rPr>
        <w:t>Cannabis sativa</w:t>
      </w:r>
      <w:r>
        <w:rPr>
          <w:b w:val="0"/>
          <w:i w:val="0"/>
          <w:smallCaps w:val="0"/>
          <w:strike w:val="0"/>
          <w:sz w:val="22"/>
          <w:u w:val="single"/>
        </w:rPr>
        <w:t xml:space="preserve"> plants,</w:t>
      </w:r>
      <w:r>
        <w:rPr>
          <w:b w:val="0"/>
          <w:i w:val="0"/>
          <w:smallCaps w:val="0"/>
          <w:strike w:val="0"/>
          <w:sz w:val="16"/>
          <w:u w:val="none"/>
        </w:rPr>
        <w:t xml:space="preserve"> </w:t>
      </w:r>
      <w:r>
        <w:rPr>
          <w:b w:val="0"/>
          <w:i w:val="0"/>
          <w:smallCaps w:val="0"/>
          <w:strike w:val="0"/>
          <w:sz w:val="22"/>
          <w:u w:val="single"/>
        </w:rPr>
        <w:t xml:space="preserve">is the </w:t>
      </w:r>
      <w:r>
        <w:rPr>
          <w:b/>
          <w:i w:val="0"/>
          <w:smallCaps w:val="0"/>
          <w:strike w:val="0"/>
          <w:sz w:val="22"/>
          <w:u w:val="single"/>
        </w:rPr>
        <w:t>flowery part</w:t>
      </w:r>
      <w:r>
        <w:rPr>
          <w:b w:val="0"/>
          <w:i w:val="0"/>
          <w:smallCaps w:val="0"/>
          <w:strike w:val="0"/>
          <w:sz w:val="22"/>
          <w:u w:val="single"/>
        </w:rPr>
        <w:t>,</w:t>
      </w:r>
      <w:r>
        <w:rPr>
          <w:b w:val="0"/>
          <w:i w:val="0"/>
          <w:smallCaps w:val="0"/>
          <w:strike w:val="0"/>
          <w:sz w:val="16"/>
          <w:u w:val="none"/>
        </w:rPr>
        <w:t xml:space="preserve"> as opposed to tobacco or tea leaves. When people say they enjoy smoking "bud," </w:t>
      </w:r>
      <w:r>
        <w:rPr>
          <w:b w:val="0"/>
          <w:i w:val="0"/>
          <w:smallCaps w:val="0"/>
          <w:strike w:val="0"/>
          <w:sz w:val="16"/>
          <w:u w:val="none"/>
        </w:rPr>
        <w:t>it's meant</w:t>
      </w:r>
      <w:r>
        <w:rPr>
          <w:b w:val="0"/>
          <w:i w:val="0"/>
          <w:smallCaps w:val="0"/>
          <w:strike w:val="0"/>
          <w:sz w:val="16"/>
          <w:u w:val="none"/>
        </w:rPr>
        <w:t xml:space="preserve"> literally. Despite how obvious this may </w:t>
      </w:r>
      <w:r>
        <w:rPr>
          <w:b w:val="0"/>
          <w:i w:val="0"/>
          <w:smallCaps w:val="0"/>
          <w:strike w:val="0"/>
          <w:sz w:val="16"/>
          <w:u w:val="none"/>
        </w:rPr>
        <w:t>seem,</w:t>
      </w:r>
      <w:r>
        <w:rPr>
          <w:b w:val="0"/>
          <w:i w:val="0"/>
          <w:smallCaps w:val="0"/>
          <w:strike w:val="0"/>
          <w:sz w:val="16"/>
          <w:u w:val="none"/>
        </w:rPr>
        <w:t xml:space="preserve"> it's always struck me as quietly awe-inspiring.</w:t>
      </w:r>
    </w:p>
    <w:p>
      <w:pPr>
        <w:spacing w:after="60"/>
      </w:pPr>
      <w:r>
        <w:rPr>
          <w:b w:val="0"/>
          <w:i w:val="0"/>
          <w:smallCaps w:val="0"/>
          <w:strike w:val="0"/>
          <w:sz w:val="16"/>
          <w:u w:val="none"/>
        </w:rPr>
        <w:t xml:space="preserve">While humans clearly love these flowers, so do insects, especially bees, albeit for different reasons. And just like medical marijuana has been shown to improve human health by effectively treating epilepsy, chronic pain, chemotherapy nausea and more, </w:t>
      </w:r>
      <w:r>
        <w:rPr>
          <w:b w:val="0"/>
          <w:i w:val="0"/>
          <w:smallCaps w:val="0"/>
          <w:strike w:val="0"/>
          <w:sz w:val="22"/>
          <w:u w:val="single"/>
        </w:rPr>
        <w:t>insects</w:t>
      </w:r>
      <w:r>
        <w:rPr>
          <w:b w:val="0"/>
          <w:i w:val="0"/>
          <w:smallCaps w:val="0"/>
          <w:strike w:val="0"/>
          <w:sz w:val="16"/>
          <w:u w:val="none"/>
        </w:rPr>
        <w:t xml:space="preserve"> can </w:t>
      </w:r>
      <w:r>
        <w:rPr>
          <w:b w:val="0"/>
          <w:i w:val="0"/>
          <w:smallCaps w:val="0"/>
          <w:strike w:val="0"/>
          <w:sz w:val="22"/>
          <w:u w:val="single"/>
        </w:rPr>
        <w:t xml:space="preserve">benefit from </w:t>
      </w:r>
      <w:r>
        <w:rPr>
          <w:b/>
          <w:i w:val="0"/>
          <w:smallCaps w:val="0"/>
          <w:strike w:val="0"/>
          <w:sz w:val="22"/>
          <w:u w:val="single"/>
        </w:rPr>
        <w:t>cannabis</w:t>
      </w:r>
      <w:r>
        <w:rPr>
          <w:b w:val="0"/>
          <w:i w:val="0"/>
          <w:smallCaps w:val="0"/>
          <w:strike w:val="0"/>
          <w:sz w:val="22"/>
          <w:u w:val="single"/>
        </w:rPr>
        <w:t xml:space="preserve"> as well</w:t>
      </w:r>
      <w:r>
        <w:rPr>
          <w:b w:val="0"/>
          <w:i w:val="0"/>
          <w:smallCaps w:val="0"/>
          <w:strike w:val="0"/>
          <w:sz w:val="16"/>
          <w:u w:val="none"/>
        </w:rPr>
        <w:t>.</w:t>
      </w:r>
    </w:p>
    <w:p>
      <w:pPr>
        <w:spacing w:after="60"/>
      </w:pPr>
      <w:r>
        <w:rPr>
          <w:b/>
          <w:i w:val="0"/>
          <w:smallCaps w:val="0"/>
          <w:strike w:val="0"/>
          <w:sz w:val="22"/>
          <w:u w:val="single"/>
        </w:rPr>
        <w:t>Honey</w:t>
      </w:r>
      <w:r>
        <w:rPr>
          <w:b/>
          <w:i w:val="0"/>
          <w:smallCaps w:val="0"/>
          <w:strike w:val="0"/>
          <w:sz w:val="22"/>
          <w:highlight w:val="cyan"/>
          <w:u w:val="single"/>
        </w:rPr>
        <w:t>bee</w:t>
      </w:r>
      <w:r>
        <w:rPr>
          <w:b/>
          <w:i w:val="0"/>
          <w:smallCaps w:val="0"/>
          <w:strike w:val="0"/>
          <w:sz w:val="22"/>
          <w:u w:val="single"/>
        </w:rPr>
        <w:t xml:space="preserve"> </w:t>
      </w:r>
      <w:r>
        <w:rPr>
          <w:b/>
          <w:i w:val="0"/>
          <w:smallCaps w:val="0"/>
          <w:strike w:val="0"/>
          <w:sz w:val="22"/>
          <w:highlight w:val="cyan"/>
          <w:u w:val="single"/>
        </w:rPr>
        <w:t>health</w:t>
      </w:r>
      <w:r>
        <w:rPr>
          <w:b w:val="0"/>
          <w:i w:val="0"/>
          <w:smallCaps w:val="0"/>
          <w:strike w:val="0"/>
          <w:sz w:val="22"/>
          <w:highlight w:val="cyan"/>
          <w:u w:val="single"/>
        </w:rPr>
        <w:t xml:space="preserve"> is</w:t>
      </w:r>
      <w:r>
        <w:rPr>
          <w:b w:val="0"/>
          <w:i w:val="0"/>
          <w:smallCaps w:val="0"/>
          <w:strike w:val="0"/>
          <w:sz w:val="22"/>
          <w:u w:val="single"/>
        </w:rPr>
        <w:t xml:space="preserve"> </w:t>
      </w:r>
      <w:r>
        <w:rPr>
          <w:b/>
          <w:i w:val="0"/>
          <w:smallCaps w:val="0"/>
          <w:strike w:val="0"/>
          <w:sz w:val="22"/>
          <w:u w:val="single"/>
        </w:rPr>
        <w:t xml:space="preserve">extremely </w:t>
      </w:r>
      <w:r>
        <w:rPr>
          <w:b/>
          <w:i w:val="0"/>
          <w:smallCaps w:val="0"/>
          <w:strike w:val="0"/>
          <w:sz w:val="22"/>
          <w:highlight w:val="cyan"/>
          <w:u w:val="single"/>
        </w:rPr>
        <w:t>important</w:t>
      </w:r>
      <w:r>
        <w:rPr>
          <w:b w:val="0"/>
          <w:i w:val="0"/>
          <w:smallCaps w:val="0"/>
          <w:strike w:val="0"/>
          <w:sz w:val="22"/>
          <w:highlight w:val="cyan"/>
          <w:u w:val="single"/>
        </w:rPr>
        <w:t xml:space="preserve"> to farmers who rely on </w:t>
      </w:r>
      <w:r>
        <w:rPr>
          <w:b w:val="0"/>
          <w:i w:val="0"/>
          <w:smallCaps w:val="0"/>
          <w:strike w:val="0"/>
          <w:sz w:val="22"/>
          <w:highlight w:val="cyan"/>
          <w:u w:val="single"/>
        </w:rPr>
        <w:t>the</w:t>
      </w:r>
      <w:r>
        <w:rPr>
          <w:b w:val="0"/>
          <w:i w:val="0"/>
          <w:smallCaps w:val="0"/>
          <w:strike w:val="0"/>
          <w:sz w:val="22"/>
          <w:u w:val="single"/>
        </w:rPr>
        <w:t xml:space="preserve"> </w:t>
      </w:r>
      <w:r>
        <w:rPr>
          <w:b/>
          <w:i w:val="0"/>
          <w:smallCaps w:val="0"/>
          <w:strike w:val="0"/>
          <w:sz w:val="22"/>
          <w:u w:val="single"/>
        </w:rPr>
        <w:t>flying</w:t>
      </w:r>
      <w:r>
        <w:rPr>
          <w:b/>
          <w:i w:val="0"/>
          <w:smallCaps w:val="0"/>
          <w:strike w:val="0"/>
          <w:sz w:val="22"/>
          <w:u w:val="single"/>
        </w:rPr>
        <w:t xml:space="preserve"> little </w:t>
      </w:r>
      <w:r>
        <w:rPr>
          <w:b/>
          <w:i w:val="0"/>
          <w:smallCaps w:val="0"/>
          <w:strike w:val="0"/>
          <w:sz w:val="22"/>
          <w:highlight w:val="cyan"/>
          <w:u w:val="single"/>
        </w:rPr>
        <w:t>workers</w:t>
      </w:r>
      <w:r>
        <w:rPr>
          <w:b w:val="0"/>
          <w:i w:val="0"/>
          <w:smallCaps w:val="0"/>
          <w:strike w:val="0"/>
          <w:sz w:val="22"/>
          <w:highlight w:val="cyan"/>
          <w:u w:val="single"/>
        </w:rPr>
        <w:t xml:space="preserve"> to pollinate</w:t>
      </w:r>
      <w:r>
        <w:rPr>
          <w:b w:val="0"/>
          <w:i w:val="0"/>
          <w:smallCaps w:val="0"/>
          <w:strike w:val="0"/>
          <w:sz w:val="22"/>
          <w:u w:val="single"/>
        </w:rPr>
        <w:t xml:space="preserve"> more than 100 different crops, which provides about $6.4 billion in </w:t>
      </w:r>
      <w:r>
        <w:rPr>
          <w:b/>
          <w:i w:val="0"/>
          <w:smallCaps w:val="0"/>
          <w:strike w:val="0"/>
          <w:sz w:val="22"/>
          <w:u w:val="single"/>
        </w:rPr>
        <w:t>annual economic value</w:t>
      </w:r>
      <w:r>
        <w:rPr>
          <w:b w:val="0"/>
          <w:i w:val="0"/>
          <w:smallCaps w:val="0"/>
          <w:strike w:val="0"/>
          <w:sz w:val="22"/>
          <w:u w:val="single"/>
        </w:rPr>
        <w:t xml:space="preserve">. But </w:t>
      </w:r>
      <w:r>
        <w:rPr>
          <w:b w:val="0"/>
          <w:i w:val="0"/>
          <w:smallCaps w:val="0"/>
          <w:strike w:val="0"/>
          <w:sz w:val="22"/>
          <w:highlight w:val="cyan"/>
          <w:u w:val="single"/>
        </w:rPr>
        <w:t>against a backdrop of</w:t>
      </w:r>
      <w:r>
        <w:rPr>
          <w:b w:val="0"/>
          <w:i w:val="0"/>
          <w:smallCaps w:val="0"/>
          <w:strike w:val="0"/>
          <w:sz w:val="22"/>
          <w:u w:val="single"/>
        </w:rPr>
        <w:t xml:space="preserve"> </w:t>
      </w:r>
      <w:r>
        <w:rPr>
          <w:b/>
          <w:i w:val="0"/>
          <w:smallCaps w:val="0"/>
          <w:strike w:val="0"/>
          <w:sz w:val="22"/>
          <w:u w:val="single"/>
        </w:rPr>
        <w:t xml:space="preserve">catastrophic insect </w:t>
      </w:r>
      <w:r>
        <w:rPr>
          <w:b/>
          <w:i w:val="0"/>
          <w:smallCaps w:val="0"/>
          <w:strike w:val="0"/>
          <w:sz w:val="22"/>
          <w:highlight w:val="cyan"/>
          <w:u w:val="single"/>
        </w:rPr>
        <w:t>decline</w:t>
      </w:r>
      <w:r>
        <w:rPr>
          <w:b w:val="0"/>
          <w:i w:val="0"/>
          <w:smallCaps w:val="0"/>
          <w:strike w:val="0"/>
          <w:sz w:val="22"/>
          <w:u w:val="single"/>
        </w:rPr>
        <w:t xml:space="preserve">, driven by the overuse of pesticides and unchecked urbanization, honeybee </w:t>
      </w:r>
      <w:r>
        <w:rPr>
          <w:b w:val="0"/>
          <w:i w:val="0"/>
          <w:smallCaps w:val="0"/>
          <w:strike w:val="0"/>
          <w:sz w:val="22"/>
          <w:highlight w:val="cyan"/>
          <w:u w:val="single"/>
        </w:rPr>
        <w:t>populations are suffering</w:t>
      </w:r>
      <w:r>
        <w:rPr>
          <w:b w:val="0"/>
          <w:i w:val="0"/>
          <w:smallCaps w:val="0"/>
          <w:strike w:val="0"/>
          <w:sz w:val="22"/>
          <w:u w:val="single"/>
        </w:rPr>
        <w:t>.</w:t>
      </w:r>
    </w:p>
    <w:p>
      <w:pPr>
        <w:spacing w:after="60"/>
      </w:pPr>
      <w:r>
        <w:rPr>
          <w:b w:val="0"/>
          <w:i w:val="0"/>
          <w:smallCaps w:val="0"/>
          <w:strike w:val="0"/>
          <w:sz w:val="22"/>
          <w:u w:val="single"/>
        </w:rPr>
        <w:t xml:space="preserve">Parasites, diseases and pesticides have </w:t>
      </w:r>
      <w:r>
        <w:rPr>
          <w:b w:val="0"/>
          <w:i w:val="0"/>
          <w:smallCaps w:val="0"/>
          <w:strike w:val="0"/>
          <w:sz w:val="22"/>
          <w:highlight w:val="cyan"/>
          <w:u w:val="single"/>
        </w:rPr>
        <w:t xml:space="preserve">contributed to </w:t>
      </w:r>
      <w:r>
        <w:rPr>
          <w:b/>
          <w:i w:val="0"/>
          <w:smallCaps w:val="0"/>
          <w:strike w:val="0"/>
          <w:sz w:val="22"/>
          <w:highlight w:val="cyan"/>
          <w:u w:val="single"/>
        </w:rPr>
        <w:t>widespread</w:t>
      </w:r>
      <w:r>
        <w:rPr>
          <w:b/>
          <w:i w:val="0"/>
          <w:smallCaps w:val="0"/>
          <w:strike w:val="0"/>
          <w:sz w:val="22"/>
          <w:u w:val="single"/>
        </w:rPr>
        <w:t xml:space="preserve"> honeybee </w:t>
      </w:r>
      <w:r>
        <w:rPr>
          <w:b/>
          <w:i w:val="0"/>
          <w:smallCaps w:val="0"/>
          <w:strike w:val="0"/>
          <w:sz w:val="22"/>
          <w:highlight w:val="cyan"/>
          <w:u w:val="single"/>
        </w:rPr>
        <w:t>deaths</w:t>
      </w:r>
      <w:r>
        <w:rPr>
          <w:b w:val="0"/>
          <w:i w:val="0"/>
          <w:smallCaps w:val="0"/>
          <w:strike w:val="0"/>
          <w:sz w:val="22"/>
          <w:u w:val="single"/>
        </w:rPr>
        <w:t xml:space="preserve">, a phenomenon </w:t>
      </w:r>
      <w:r>
        <w:rPr>
          <w:b w:val="0"/>
          <w:i w:val="0"/>
          <w:smallCaps w:val="0"/>
          <w:strike w:val="0"/>
          <w:sz w:val="22"/>
          <w:highlight w:val="cyan"/>
          <w:u w:val="single"/>
        </w:rPr>
        <w:t xml:space="preserve">known as </w:t>
      </w:r>
      <w:r>
        <w:rPr>
          <w:b/>
          <w:i w:val="0"/>
          <w:smallCaps w:val="0"/>
          <w:strike w:val="0"/>
          <w:sz w:val="22"/>
          <w:highlight w:val="cyan"/>
          <w:u w:val="single"/>
        </w:rPr>
        <w:t>C</w:t>
      </w:r>
      <w:r>
        <w:rPr>
          <w:b w:val="0"/>
          <w:i w:val="0"/>
          <w:smallCaps w:val="0"/>
          <w:strike w:val="0"/>
          <w:sz w:val="22"/>
          <w:u w:val="single"/>
        </w:rPr>
        <w:t xml:space="preserve">olony </w:t>
      </w:r>
      <w:r>
        <w:rPr>
          <w:b/>
          <w:i w:val="0"/>
          <w:smallCaps w:val="0"/>
          <w:strike w:val="0"/>
          <w:sz w:val="22"/>
          <w:highlight w:val="cyan"/>
          <w:u w:val="single"/>
        </w:rPr>
        <w:t>C</w:t>
      </w:r>
      <w:r>
        <w:rPr>
          <w:b w:val="0"/>
          <w:i w:val="0"/>
          <w:smallCaps w:val="0"/>
          <w:strike w:val="0"/>
          <w:sz w:val="22"/>
          <w:u w:val="single"/>
        </w:rPr>
        <w:t xml:space="preserve">ollapse </w:t>
      </w:r>
      <w:r>
        <w:rPr>
          <w:b/>
          <w:i w:val="0"/>
          <w:smallCaps w:val="0"/>
          <w:strike w:val="0"/>
          <w:sz w:val="22"/>
          <w:highlight w:val="cyan"/>
          <w:u w:val="single"/>
        </w:rPr>
        <w:t>D</w:t>
      </w:r>
      <w:r>
        <w:rPr>
          <w:b w:val="0"/>
          <w:i w:val="0"/>
          <w:smallCaps w:val="0"/>
          <w:strike w:val="0"/>
          <w:sz w:val="22"/>
          <w:u w:val="single"/>
        </w:rPr>
        <w:t>isorder</w:t>
      </w:r>
      <w:r>
        <w:rPr>
          <w:b w:val="0"/>
          <w:i w:val="0"/>
          <w:smallCaps w:val="0"/>
          <w:strike w:val="0"/>
          <w:sz w:val="16"/>
          <w:u w:val="none"/>
        </w:rPr>
        <w:t xml:space="preserve">. In some cases, </w:t>
      </w:r>
      <w:r>
        <w:rPr>
          <w:b w:val="0"/>
          <w:i w:val="0"/>
          <w:smallCaps w:val="0"/>
          <w:strike w:val="0"/>
          <w:sz w:val="22"/>
          <w:highlight w:val="cyan"/>
          <w:u w:val="single"/>
        </w:rPr>
        <w:t>tens of thousands</w:t>
      </w:r>
      <w:r>
        <w:rPr>
          <w:b w:val="0"/>
          <w:i w:val="0"/>
          <w:smallCaps w:val="0"/>
          <w:strike w:val="0"/>
          <w:sz w:val="22"/>
          <w:u w:val="single"/>
        </w:rPr>
        <w:t xml:space="preserve"> of bees would </w:t>
      </w:r>
      <w:r>
        <w:rPr>
          <w:b w:val="0"/>
          <w:i w:val="0"/>
          <w:smallCaps w:val="0"/>
          <w:strike w:val="0"/>
          <w:sz w:val="22"/>
          <w:highlight w:val="cyan"/>
          <w:u w:val="single"/>
        </w:rPr>
        <w:t xml:space="preserve">drop </w:t>
      </w:r>
      <w:r>
        <w:rPr>
          <w:b/>
          <w:i w:val="0"/>
          <w:smallCaps w:val="0"/>
          <w:strike w:val="0"/>
          <w:sz w:val="22"/>
          <w:highlight w:val="cyan"/>
          <w:u w:val="single"/>
        </w:rPr>
        <w:t>dead</w:t>
      </w:r>
      <w:r>
        <w:rPr>
          <w:b w:val="0"/>
          <w:i w:val="0"/>
          <w:smallCaps w:val="0"/>
          <w:strike w:val="0"/>
          <w:sz w:val="22"/>
          <w:u w:val="single"/>
        </w:rPr>
        <w:t xml:space="preserve"> in days, sometimes wiping out entire hives.</w:t>
      </w:r>
      <w:r>
        <w:rPr>
          <w:b w:val="0"/>
          <w:i w:val="0"/>
          <w:smallCaps w:val="0"/>
          <w:strike w:val="0"/>
          <w:sz w:val="16"/>
          <w:u w:val="none"/>
        </w:rPr>
        <w:t xml:space="preserve"> While this trend is slowly being reversed, it's still a big concern for beekeepers and those who enjoy eating most fruits and vegetables.</w:t>
      </w:r>
    </w:p>
    <w:p>
      <w:pPr>
        <w:spacing w:after="60"/>
      </w:pPr>
      <w:r>
        <w:rPr>
          <w:b w:val="0"/>
          <w:i w:val="0"/>
          <w:smallCaps w:val="0"/>
          <w:strike w:val="0"/>
          <w:sz w:val="16"/>
          <w:u w:val="none"/>
        </w:rPr>
        <w:t>In an attempt to</w:t>
      </w:r>
      <w:r>
        <w:rPr>
          <w:b w:val="0"/>
          <w:i w:val="0"/>
          <w:smallCaps w:val="0"/>
          <w:strike w:val="0"/>
          <w:sz w:val="16"/>
          <w:u w:val="none"/>
        </w:rPr>
        <w:t xml:space="preserve"> improve honeybee health, </w:t>
      </w:r>
      <w:r>
        <w:rPr>
          <w:b w:val="0"/>
          <w:i w:val="0"/>
          <w:smallCaps w:val="0"/>
          <w:strike w:val="0"/>
          <w:sz w:val="22"/>
          <w:u w:val="single"/>
        </w:rPr>
        <w:t>researchers</w:t>
      </w:r>
      <w:r>
        <w:rPr>
          <w:b w:val="0"/>
          <w:i w:val="0"/>
          <w:smallCaps w:val="0"/>
          <w:strike w:val="0"/>
          <w:sz w:val="16"/>
          <w:u w:val="none"/>
        </w:rPr>
        <w:t xml:space="preserve"> at the University of Life Sciences in Lublin, Poland have </w:t>
      </w:r>
      <w:r>
        <w:rPr>
          <w:b w:val="0"/>
          <w:i w:val="0"/>
          <w:smallCaps w:val="0"/>
          <w:strike w:val="0"/>
          <w:sz w:val="22"/>
          <w:u w:val="single"/>
        </w:rPr>
        <w:t xml:space="preserve">tried feeding their bugs </w:t>
      </w:r>
      <w:r>
        <w:rPr>
          <w:b/>
          <w:i w:val="0"/>
          <w:smallCaps w:val="0"/>
          <w:strike w:val="0"/>
          <w:sz w:val="22"/>
          <w:u w:val="single"/>
        </w:rPr>
        <w:t xml:space="preserve">many </w:t>
      </w:r>
      <w:r>
        <w:rPr>
          <w:b/>
          <w:i w:val="0"/>
          <w:smallCaps w:val="0"/>
          <w:strike w:val="0"/>
          <w:sz w:val="22"/>
          <w:highlight w:val="cyan"/>
          <w:u w:val="single"/>
        </w:rPr>
        <w:t>different substances</w:t>
      </w:r>
      <w:r>
        <w:rPr>
          <w:b w:val="0"/>
          <w:i w:val="0"/>
          <w:smallCaps w:val="0"/>
          <w:strike w:val="0"/>
          <w:sz w:val="16"/>
          <w:u w:val="none"/>
        </w:rPr>
        <w:t xml:space="preserve">, including caffeine, black pepper extract and curcumin, the main ingredient in turmeric. Despite some positive results, none of these </w:t>
      </w:r>
      <w:r>
        <w:rPr>
          <w:b w:val="0"/>
          <w:i w:val="0"/>
          <w:smallCaps w:val="0"/>
          <w:strike w:val="0"/>
          <w:sz w:val="22"/>
          <w:u w:val="single"/>
        </w:rPr>
        <w:t xml:space="preserve">substances </w:t>
      </w:r>
      <w:r>
        <w:rPr>
          <w:b w:val="0"/>
          <w:i w:val="0"/>
          <w:smallCaps w:val="0"/>
          <w:strike w:val="0"/>
          <w:sz w:val="22"/>
          <w:highlight w:val="cyan"/>
          <w:u w:val="single"/>
        </w:rPr>
        <w:t xml:space="preserve">have been a </w:t>
      </w:r>
      <w:r>
        <w:rPr>
          <w:b/>
          <w:i w:val="0"/>
          <w:smallCaps w:val="0"/>
          <w:strike w:val="0"/>
          <w:sz w:val="22"/>
          <w:highlight w:val="cyan"/>
          <w:u w:val="single"/>
        </w:rPr>
        <w:t>silver bullet</w:t>
      </w:r>
      <w:r>
        <w:rPr>
          <w:b w:val="0"/>
          <w:i w:val="0"/>
          <w:smallCaps w:val="0"/>
          <w:strike w:val="0"/>
          <w:sz w:val="22"/>
          <w:highlight w:val="cyan"/>
          <w:u w:val="single"/>
        </w:rPr>
        <w:t>. They don't</w:t>
      </w:r>
      <w:r>
        <w:rPr>
          <w:b w:val="0"/>
          <w:i w:val="0"/>
          <w:smallCaps w:val="0"/>
          <w:strike w:val="0"/>
          <w:sz w:val="22"/>
          <w:u w:val="single"/>
        </w:rPr>
        <w:t xml:space="preserve"> seem able to </w:t>
      </w:r>
      <w:r>
        <w:rPr>
          <w:b w:val="0"/>
          <w:i w:val="0"/>
          <w:smallCaps w:val="0"/>
          <w:strike w:val="0"/>
          <w:sz w:val="22"/>
          <w:highlight w:val="cyan"/>
          <w:u w:val="single"/>
        </w:rPr>
        <w:t xml:space="preserve">balance </w:t>
      </w:r>
      <w:r>
        <w:rPr>
          <w:b/>
          <w:i w:val="0"/>
          <w:smallCaps w:val="0"/>
          <w:strike w:val="0"/>
          <w:sz w:val="22"/>
          <w:highlight w:val="cyan"/>
          <w:u w:val="single"/>
        </w:rPr>
        <w:t>effectiveness</w:t>
      </w:r>
      <w:r>
        <w:rPr>
          <w:b w:val="0"/>
          <w:i w:val="0"/>
          <w:smallCaps w:val="0"/>
          <w:strike w:val="0"/>
          <w:sz w:val="22"/>
          <w:highlight w:val="cyan"/>
          <w:u w:val="single"/>
        </w:rPr>
        <w:t xml:space="preserve"> with</w:t>
      </w:r>
      <w:r>
        <w:rPr>
          <w:b w:val="0"/>
          <w:i w:val="0"/>
          <w:smallCaps w:val="0"/>
          <w:strike w:val="0"/>
          <w:sz w:val="22"/>
          <w:u w:val="single"/>
        </w:rPr>
        <w:t xml:space="preserve"> </w:t>
      </w:r>
      <w:r>
        <w:rPr>
          <w:b/>
          <w:i w:val="0"/>
          <w:smallCaps w:val="0"/>
          <w:strike w:val="0"/>
          <w:sz w:val="22"/>
          <w:u w:val="single"/>
        </w:rPr>
        <w:t xml:space="preserve">strict </w:t>
      </w:r>
      <w:r>
        <w:rPr>
          <w:b/>
          <w:i w:val="0"/>
          <w:smallCaps w:val="0"/>
          <w:strike w:val="0"/>
          <w:sz w:val="22"/>
          <w:highlight w:val="cyan"/>
          <w:u w:val="single"/>
        </w:rPr>
        <w:t>safety</w:t>
      </w:r>
      <w:r>
        <w:rPr>
          <w:b/>
          <w:i w:val="0"/>
          <w:smallCaps w:val="0"/>
          <w:strike w:val="0"/>
          <w:sz w:val="22"/>
          <w:u w:val="single"/>
        </w:rPr>
        <w:t xml:space="preserve"> requirements</w:t>
      </w:r>
      <w:r>
        <w:rPr>
          <w:b w:val="0"/>
          <w:i w:val="0"/>
          <w:smallCaps w:val="0"/>
          <w:strike w:val="0"/>
          <w:sz w:val="22"/>
          <w:u w:val="single"/>
        </w:rPr>
        <w:t xml:space="preserve"> necessary in beekeeping.</w:t>
      </w:r>
    </w:p>
    <w:p>
      <w:pPr>
        <w:spacing w:after="60"/>
      </w:pPr>
      <w:r>
        <w:rPr>
          <w:b w:val="0"/>
          <w:i w:val="0"/>
          <w:smallCaps w:val="0"/>
          <w:strike w:val="0"/>
          <w:sz w:val="16"/>
          <w:u w:val="none"/>
        </w:rPr>
        <w:t>So</w:t>
      </w:r>
      <w:r>
        <w:rPr>
          <w:b w:val="0"/>
          <w:i w:val="0"/>
          <w:smallCaps w:val="0"/>
          <w:strike w:val="0"/>
          <w:sz w:val="16"/>
          <w:u w:val="none"/>
        </w:rPr>
        <w:t xml:space="preserve"> these Polish researchers, Patrycja Skowronek, Łukasz Wójcik and Aneta </w:t>
      </w:r>
      <w:r>
        <w:rPr>
          <w:b w:val="0"/>
          <w:i w:val="0"/>
          <w:smallCaps w:val="0"/>
          <w:strike w:val="0"/>
          <w:sz w:val="16"/>
          <w:u w:val="none"/>
        </w:rPr>
        <w:t>Strachecka</w:t>
      </w:r>
      <w:r>
        <w:rPr>
          <w:b w:val="0"/>
          <w:i w:val="0"/>
          <w:smallCaps w:val="0"/>
          <w:strike w:val="0"/>
          <w:sz w:val="16"/>
          <w:u w:val="none"/>
        </w:rPr>
        <w:t>, have turned to hemp extracts. Hemp is cannabis that is low in THC, the chemical responsible for the stoney, "high" feeling. In contrast, hemp is high in CBD, a chemical largely associated with the medical benefits of cannabis.</w:t>
      </w:r>
    </w:p>
    <w:p>
      <w:pPr>
        <w:spacing w:after="60"/>
      </w:pPr>
      <w:r>
        <w:rPr>
          <w:b w:val="0"/>
          <w:i w:val="0"/>
          <w:smallCaps w:val="0"/>
          <w:strike w:val="0"/>
          <w:sz w:val="16"/>
          <w:u w:val="none"/>
        </w:rPr>
        <w:t>Previous research by this team has shown that hemp extracts increased the lifespan of honeybees and could "help them with the fight against environmental pollution and the increase of oxidative stress."</w:t>
      </w:r>
    </w:p>
    <w:p>
      <w:pPr>
        <w:spacing w:after="60"/>
      </w:pPr>
      <w:r>
        <w:rPr>
          <w:b w:val="0"/>
          <w:i w:val="0"/>
          <w:smallCaps w:val="0"/>
          <w:strike w:val="0"/>
          <w:sz w:val="16"/>
          <w:u w:val="none"/>
        </w:rPr>
        <w:t xml:space="preserve">But they weren't exactly sure how this was happening. </w:t>
      </w:r>
      <w:r>
        <w:rPr>
          <w:b w:val="0"/>
          <w:i w:val="0"/>
          <w:smallCaps w:val="0"/>
          <w:strike w:val="0"/>
          <w:sz w:val="22"/>
          <w:u w:val="single"/>
        </w:rPr>
        <w:t xml:space="preserve">Newly published results in the journal Animals took a closer look at the </w:t>
      </w:r>
      <w:r>
        <w:rPr>
          <w:b/>
          <w:i w:val="0"/>
          <w:smallCaps w:val="0"/>
          <w:strike w:val="0"/>
          <w:sz w:val="22"/>
          <w:u w:val="single"/>
        </w:rPr>
        <w:t>immune system</w:t>
      </w:r>
      <w:r>
        <w:rPr>
          <w:b w:val="0"/>
          <w:i w:val="0"/>
          <w:smallCaps w:val="0"/>
          <w:strike w:val="0"/>
          <w:sz w:val="22"/>
          <w:u w:val="single"/>
        </w:rPr>
        <w:t xml:space="preserve"> of honeybees after being given CBD, to tease out the </w:t>
      </w:r>
      <w:r>
        <w:rPr>
          <w:b/>
          <w:i w:val="0"/>
          <w:smallCaps w:val="0"/>
          <w:strike w:val="0"/>
          <w:sz w:val="22"/>
          <w:u w:val="single"/>
        </w:rPr>
        <w:t>mechanisms</w:t>
      </w:r>
      <w:r>
        <w:rPr>
          <w:b w:val="0"/>
          <w:i w:val="0"/>
          <w:smallCaps w:val="0"/>
          <w:strike w:val="0"/>
          <w:sz w:val="22"/>
          <w:u w:val="single"/>
        </w:rPr>
        <w:t xml:space="preserve"> that could make bees healthier.</w:t>
      </w:r>
      <w:r>
        <w:rPr>
          <w:b w:val="0"/>
          <w:i w:val="0"/>
          <w:smallCaps w:val="0"/>
          <w:strike w:val="0"/>
          <w:sz w:val="16"/>
          <w:u w:val="none"/>
        </w:rPr>
        <w:t xml:space="preserve"> In this experiment, they also kept the bees outside, exposing them to more environmental stress, while previous trials mostly used caged bees. This means the results may better reflect what a honeybee would encounter in the real world.</w:t>
      </w:r>
    </w:p>
    <w:p>
      <w:pPr>
        <w:spacing w:after="60"/>
      </w:pPr>
      <w:r>
        <w:rPr>
          <w:b w:val="0"/>
          <w:i w:val="0"/>
          <w:smallCaps w:val="0"/>
          <w:strike w:val="0"/>
          <w:sz w:val="16"/>
          <w:u w:val="none"/>
        </w:rPr>
        <w:t>Bees have very different immune systems than humans. They don't exactly have blood, but a liquid called hemolymph functions about the same way. Instead of livers, honeybees have a fat body that doubles as nutrient storage and an immune shield that fights viruses and other pathogens. So how does a compound like CBD work on both humans and bugs if we're so different? (Note that bees and other insects do not get high from cannabis or any of its components; they lack the necessary receptors.)</w:t>
      </w:r>
    </w:p>
    <w:p>
      <w:pPr>
        <w:spacing w:after="60"/>
      </w:pPr>
      <w:r>
        <w:rPr>
          <w:b w:val="0"/>
          <w:i w:val="0"/>
          <w:smallCaps w:val="0"/>
          <w:strike w:val="0"/>
          <w:sz w:val="16"/>
          <w:u w:val="none"/>
        </w:rPr>
        <w:t>In this experiment, there were three groups of bees, with 320 bees sampled in total. Some were fed CBD in sugary syrup, some were given CBD via a cotton strip placed in the hive, and the rest acted as controls, fed nothing but sugar and glycerin.</w:t>
      </w:r>
    </w:p>
    <w:p>
      <w:pPr>
        <w:spacing w:after="60"/>
      </w:pPr>
      <w:r>
        <w:rPr>
          <w:b w:val="0"/>
          <w:i w:val="0"/>
          <w:smallCaps w:val="0"/>
          <w:strike w:val="0"/>
          <w:sz w:val="16"/>
          <w:u w:val="none"/>
        </w:rPr>
        <w:t xml:space="preserve">Every few days, the researchers took some bees and extracted their hemolymph, which was analyzed for certain biomarkers that indicate good health. </w:t>
      </w:r>
      <w:r>
        <w:rPr>
          <w:b w:val="0"/>
          <w:i w:val="0"/>
          <w:smallCaps w:val="0"/>
          <w:strike w:val="0"/>
          <w:sz w:val="22"/>
          <w:u w:val="single"/>
        </w:rPr>
        <w:t xml:space="preserve">The </w:t>
      </w:r>
      <w:r>
        <w:rPr>
          <w:b w:val="0"/>
          <w:i w:val="0"/>
          <w:smallCaps w:val="0"/>
          <w:strike w:val="0"/>
          <w:sz w:val="22"/>
          <w:highlight w:val="cyan"/>
          <w:u w:val="single"/>
        </w:rPr>
        <w:t>bees on CBD</w:t>
      </w:r>
      <w:r>
        <w:rPr>
          <w:b w:val="0"/>
          <w:i w:val="0"/>
          <w:smallCaps w:val="0"/>
          <w:strike w:val="0"/>
          <w:sz w:val="22"/>
          <w:u w:val="single"/>
        </w:rPr>
        <w:t xml:space="preserve"> not only </w:t>
      </w:r>
      <w:r>
        <w:rPr>
          <w:b w:val="0"/>
          <w:i w:val="0"/>
          <w:smallCaps w:val="0"/>
          <w:strike w:val="0"/>
          <w:sz w:val="22"/>
          <w:highlight w:val="cyan"/>
          <w:u w:val="single"/>
        </w:rPr>
        <w:t>lived longer</w:t>
      </w:r>
      <w:r>
        <w:rPr>
          <w:b w:val="0"/>
          <w:i w:val="0"/>
          <w:smallCaps w:val="0"/>
          <w:strike w:val="0"/>
          <w:sz w:val="22"/>
          <w:u w:val="single"/>
        </w:rPr>
        <w:t xml:space="preserve"> than controls, </w:t>
      </w:r>
      <w:r>
        <w:rPr>
          <w:b w:val="0"/>
          <w:i w:val="0"/>
          <w:smallCaps w:val="0"/>
          <w:strike w:val="0"/>
          <w:sz w:val="22"/>
          <w:highlight w:val="cyan"/>
          <w:u w:val="single"/>
        </w:rPr>
        <w:t>they</w:t>
      </w:r>
      <w:r>
        <w:rPr>
          <w:b w:val="0"/>
          <w:i w:val="0"/>
          <w:smallCaps w:val="0"/>
          <w:strike w:val="0"/>
          <w:sz w:val="22"/>
          <w:highlight w:val="cyan"/>
          <w:u w:val="single"/>
        </w:rPr>
        <w:t xml:space="preserve"> had </w:t>
      </w:r>
      <w:r>
        <w:rPr>
          <w:b/>
          <w:i w:val="0"/>
          <w:smallCaps w:val="0"/>
          <w:strike w:val="0"/>
          <w:sz w:val="22"/>
          <w:highlight w:val="cyan"/>
          <w:u w:val="single"/>
        </w:rPr>
        <w:t>higher</w:t>
      </w:r>
      <w:r>
        <w:rPr>
          <w:b/>
          <w:i w:val="0"/>
          <w:smallCaps w:val="0"/>
          <w:strike w:val="0"/>
          <w:sz w:val="22"/>
          <w:u w:val="single"/>
        </w:rPr>
        <w:t xml:space="preserve"> concentrations</w:t>
      </w:r>
      <w:r>
        <w:rPr>
          <w:b w:val="0"/>
          <w:i w:val="0"/>
          <w:smallCaps w:val="0"/>
          <w:strike w:val="0"/>
          <w:sz w:val="22"/>
          <w:u w:val="single"/>
        </w:rPr>
        <w:t xml:space="preserve"> of </w:t>
      </w:r>
      <w:r>
        <w:rPr>
          <w:b w:val="0"/>
          <w:i w:val="0"/>
          <w:smallCaps w:val="0"/>
          <w:strike w:val="0"/>
          <w:sz w:val="22"/>
          <w:highlight w:val="cyan"/>
          <w:u w:val="single"/>
        </w:rPr>
        <w:t>biomarkers</w:t>
      </w:r>
      <w:r>
        <w:rPr>
          <w:b w:val="0"/>
          <w:i w:val="0"/>
          <w:smallCaps w:val="0"/>
          <w:strike w:val="0"/>
          <w:sz w:val="22"/>
          <w:u w:val="single"/>
        </w:rPr>
        <w:t xml:space="preserve">, such as albumin, a protein </w:t>
      </w:r>
      <w:r>
        <w:rPr>
          <w:b w:val="0"/>
          <w:i w:val="0"/>
          <w:smallCaps w:val="0"/>
          <w:strike w:val="0"/>
          <w:sz w:val="22"/>
          <w:highlight w:val="cyan"/>
          <w:u w:val="single"/>
        </w:rPr>
        <w:t xml:space="preserve">that acts against </w:t>
      </w:r>
      <w:r>
        <w:rPr>
          <w:b/>
          <w:i w:val="0"/>
          <w:smallCaps w:val="0"/>
          <w:strike w:val="0"/>
          <w:sz w:val="22"/>
          <w:highlight w:val="cyan"/>
          <w:u w:val="single"/>
        </w:rPr>
        <w:t>inflammation</w:t>
      </w:r>
      <w:r>
        <w:rPr>
          <w:b w:val="0"/>
          <w:i w:val="0"/>
          <w:smallCaps w:val="0"/>
          <w:strike w:val="0"/>
          <w:sz w:val="22"/>
          <w:u w:val="single"/>
        </w:rPr>
        <w:t>.</w:t>
      </w:r>
    </w:p>
    <w:p>
      <w:pPr>
        <w:spacing w:after="60"/>
      </w:pPr>
      <w:r>
        <w:rPr>
          <w:b w:val="0"/>
          <w:i w:val="0"/>
          <w:smallCaps w:val="0"/>
          <w:strike w:val="0"/>
          <w:sz w:val="16"/>
          <w:u w:val="none"/>
        </w:rPr>
        <w:t>"The higher concentration of total protein in the groups supplemented with CBD indicate a higher production of immune proteins in the bees' organism," the authors wrote, leading them to conclude, "</w:t>
      </w:r>
      <w:r>
        <w:rPr>
          <w:b w:val="0"/>
          <w:i w:val="0"/>
          <w:smallCaps w:val="0"/>
          <w:strike w:val="0"/>
          <w:sz w:val="22"/>
          <w:highlight w:val="cyan"/>
          <w:u w:val="single"/>
        </w:rPr>
        <w:t>CBD</w:t>
      </w:r>
      <w:r>
        <w:rPr>
          <w:b w:val="0"/>
          <w:i w:val="0"/>
          <w:smallCaps w:val="0"/>
          <w:strike w:val="0"/>
          <w:sz w:val="22"/>
          <w:u w:val="single"/>
        </w:rPr>
        <w:t xml:space="preserve"> extract may prove to be a </w:t>
      </w:r>
      <w:r>
        <w:rPr>
          <w:b/>
          <w:i w:val="0"/>
          <w:smallCaps w:val="0"/>
          <w:strike w:val="0"/>
          <w:sz w:val="22"/>
          <w:u w:val="single"/>
        </w:rPr>
        <w:t>good supplement</w:t>
      </w:r>
      <w:r>
        <w:rPr>
          <w:b w:val="0"/>
          <w:i w:val="0"/>
          <w:smallCaps w:val="0"/>
          <w:strike w:val="0"/>
          <w:sz w:val="22"/>
          <w:u w:val="single"/>
        </w:rPr>
        <w:t xml:space="preserve"> and can </w:t>
      </w:r>
      <w:r>
        <w:rPr>
          <w:b w:val="0"/>
          <w:i w:val="0"/>
          <w:smallCaps w:val="0"/>
          <w:strike w:val="0"/>
          <w:sz w:val="22"/>
          <w:highlight w:val="cyan"/>
          <w:u w:val="single"/>
        </w:rPr>
        <w:t xml:space="preserve">have positive effect on the </w:t>
      </w:r>
      <w:r>
        <w:rPr>
          <w:b/>
          <w:i w:val="0"/>
          <w:smallCaps w:val="0"/>
          <w:strike w:val="0"/>
          <w:sz w:val="22"/>
          <w:highlight w:val="cyan"/>
          <w:u w:val="single"/>
        </w:rPr>
        <w:t>immune system</w:t>
      </w:r>
      <w:r>
        <w:rPr>
          <w:b w:val="0"/>
          <w:i w:val="0"/>
          <w:smallCaps w:val="0"/>
          <w:strike w:val="0"/>
          <w:sz w:val="22"/>
          <w:u w:val="single"/>
        </w:rPr>
        <w:t xml:space="preserve"> of honeybees</w:t>
      </w:r>
      <w:r>
        <w:rPr>
          <w:b w:val="0"/>
          <w:i w:val="0"/>
          <w:smallCaps w:val="0"/>
          <w:strike w:val="0"/>
          <w:sz w:val="16"/>
          <w:u w:val="none"/>
        </w:rPr>
        <w:t>."</w:t>
      </w:r>
    </w:p>
    <w:p>
      <w:pPr>
        <w:spacing w:after="60"/>
      </w:pPr>
      <w:r>
        <w:rPr>
          <w:b w:val="0"/>
          <w:i w:val="0"/>
          <w:smallCaps w:val="0"/>
          <w:strike w:val="0"/>
          <w:sz w:val="22"/>
          <w:highlight w:val="cyan"/>
          <w:u w:val="single"/>
        </w:rPr>
        <w:t>It</w:t>
      </w:r>
      <w:r>
        <w:rPr>
          <w:b w:val="0"/>
          <w:i w:val="0"/>
          <w:smallCaps w:val="0"/>
          <w:strike w:val="0"/>
          <w:sz w:val="22"/>
          <w:u w:val="single"/>
        </w:rPr>
        <w:t xml:space="preserve"> likely </w:t>
      </w:r>
      <w:r>
        <w:rPr>
          <w:b w:val="0"/>
          <w:i w:val="0"/>
          <w:smallCaps w:val="0"/>
          <w:strike w:val="0"/>
          <w:sz w:val="22"/>
          <w:highlight w:val="cyan"/>
          <w:u w:val="single"/>
        </w:rPr>
        <w:t xml:space="preserve">wouldn't be </w:t>
      </w:r>
      <w:r>
        <w:rPr>
          <w:b/>
          <w:i w:val="0"/>
          <w:smallCaps w:val="0"/>
          <w:strike w:val="0"/>
          <w:sz w:val="22"/>
          <w:highlight w:val="cyan"/>
          <w:u w:val="single"/>
        </w:rPr>
        <w:t>difficult</w:t>
      </w:r>
      <w:r>
        <w:rPr>
          <w:b w:val="0"/>
          <w:i w:val="0"/>
          <w:smallCaps w:val="0"/>
          <w:strike w:val="0"/>
          <w:sz w:val="22"/>
          <w:u w:val="single"/>
        </w:rPr>
        <w:t xml:space="preserve"> or </w:t>
      </w:r>
      <w:r>
        <w:rPr>
          <w:b/>
          <w:i w:val="0"/>
          <w:smallCaps w:val="0"/>
          <w:strike w:val="0"/>
          <w:sz w:val="22"/>
          <w:u w:val="single"/>
        </w:rPr>
        <w:t>expensive</w:t>
      </w:r>
      <w:r>
        <w:rPr>
          <w:b w:val="0"/>
          <w:i w:val="0"/>
          <w:smallCaps w:val="0"/>
          <w:strike w:val="0"/>
          <w:sz w:val="22"/>
          <w:u w:val="single"/>
        </w:rPr>
        <w:t xml:space="preserve"> </w:t>
      </w:r>
      <w:r>
        <w:rPr>
          <w:b w:val="0"/>
          <w:i w:val="0"/>
          <w:smallCaps w:val="0"/>
          <w:strike w:val="0"/>
          <w:sz w:val="22"/>
          <w:highlight w:val="cyan"/>
          <w:u w:val="single"/>
        </w:rPr>
        <w:t>to give</w:t>
      </w:r>
      <w:r>
        <w:rPr>
          <w:b w:val="0"/>
          <w:i w:val="0"/>
          <w:smallCaps w:val="0"/>
          <w:strike w:val="0"/>
          <w:sz w:val="22"/>
          <w:u w:val="single"/>
        </w:rPr>
        <w:t xml:space="preserve"> </w:t>
      </w:r>
      <w:r>
        <w:rPr>
          <w:b/>
          <w:i w:val="0"/>
          <w:smallCaps w:val="0"/>
          <w:strike w:val="0"/>
          <w:sz w:val="22"/>
          <w:u w:val="single"/>
        </w:rPr>
        <w:t xml:space="preserve">honeybee </w:t>
      </w:r>
      <w:r>
        <w:rPr>
          <w:b/>
          <w:i w:val="0"/>
          <w:smallCaps w:val="0"/>
          <w:strike w:val="0"/>
          <w:sz w:val="22"/>
          <w:highlight w:val="cyan"/>
          <w:u w:val="single"/>
        </w:rPr>
        <w:t>colonies</w:t>
      </w:r>
      <w:r>
        <w:rPr>
          <w:b w:val="0"/>
          <w:i w:val="0"/>
          <w:smallCaps w:val="0"/>
          <w:strike w:val="0"/>
          <w:sz w:val="22"/>
          <w:highlight w:val="cyan"/>
          <w:u w:val="single"/>
        </w:rPr>
        <w:t xml:space="preserve"> CBD</w:t>
      </w:r>
      <w:r>
        <w:rPr>
          <w:b w:val="0"/>
          <w:i w:val="0"/>
          <w:smallCaps w:val="0"/>
          <w:strike w:val="0"/>
          <w:sz w:val="22"/>
          <w:u w:val="single"/>
        </w:rPr>
        <w:t xml:space="preserve">, so </w:t>
      </w:r>
      <w:r>
        <w:rPr>
          <w:b w:val="0"/>
          <w:i w:val="0"/>
          <w:smallCaps w:val="0"/>
          <w:strike w:val="0"/>
          <w:sz w:val="22"/>
          <w:highlight w:val="cyan"/>
          <w:u w:val="single"/>
        </w:rPr>
        <w:t xml:space="preserve">this may be a </w:t>
      </w:r>
      <w:r>
        <w:rPr>
          <w:b/>
          <w:i w:val="0"/>
          <w:smallCaps w:val="0"/>
          <w:strike w:val="0"/>
          <w:sz w:val="22"/>
          <w:highlight w:val="cyan"/>
          <w:u w:val="single"/>
        </w:rPr>
        <w:t>good tool</w:t>
      </w:r>
      <w:r>
        <w:rPr>
          <w:b w:val="0"/>
          <w:i w:val="0"/>
          <w:smallCaps w:val="0"/>
          <w:strike w:val="0"/>
          <w:sz w:val="22"/>
          <w:u w:val="single"/>
        </w:rPr>
        <w:t xml:space="preserve"> for farmers to help their favorite pollinators. Besides, </w:t>
      </w:r>
      <w:r>
        <w:rPr>
          <w:b w:val="0"/>
          <w:i w:val="0"/>
          <w:smallCaps w:val="0"/>
          <w:strike w:val="0"/>
          <w:sz w:val="22"/>
          <w:highlight w:val="cyan"/>
          <w:u w:val="single"/>
        </w:rPr>
        <w:t>they can grow</w:t>
      </w:r>
      <w:r>
        <w:rPr>
          <w:b w:val="0"/>
          <w:i w:val="0"/>
          <w:smallCaps w:val="0"/>
          <w:strike w:val="0"/>
          <w:sz w:val="22"/>
          <w:u w:val="single"/>
        </w:rPr>
        <w:t xml:space="preserve"> the plant </w:t>
      </w:r>
      <w:r>
        <w:rPr>
          <w:b w:val="0"/>
          <w:i w:val="0"/>
          <w:smallCaps w:val="0"/>
          <w:strike w:val="0"/>
          <w:sz w:val="22"/>
          <w:highlight w:val="cyan"/>
          <w:u w:val="single"/>
        </w:rPr>
        <w:t xml:space="preserve">and extract the </w:t>
      </w:r>
      <w:r>
        <w:rPr>
          <w:b/>
          <w:i w:val="0"/>
          <w:smallCaps w:val="0"/>
          <w:strike w:val="0"/>
          <w:sz w:val="22"/>
          <w:highlight w:val="cyan"/>
          <w:u w:val="single"/>
        </w:rPr>
        <w:t>CBD</w:t>
      </w:r>
      <w:r>
        <w:rPr>
          <w:b w:val="0"/>
          <w:i w:val="0"/>
          <w:smallCaps w:val="0"/>
          <w:strike w:val="0"/>
          <w:sz w:val="22"/>
          <w:highlight w:val="cyan"/>
          <w:u w:val="single"/>
        </w:rPr>
        <w:t xml:space="preserve"> themselves</w:t>
      </w:r>
      <w:r>
        <w:rPr>
          <w:b w:val="0"/>
          <w:i w:val="0"/>
          <w:smallCaps w:val="0"/>
          <w:strike w:val="0"/>
          <w:sz w:val="16"/>
          <w:u w:val="none"/>
        </w:rPr>
        <w:t>, a strategy increasingly suggested by experts.</w:t>
      </w:r>
    </w:p>
    <w:p>
      <w:pPr>
        <w:spacing w:after="60"/>
      </w:pPr>
      <w:r>
        <w:rPr>
          <w:b w:val="0"/>
          <w:i w:val="0"/>
          <w:smallCaps w:val="0"/>
          <w:strike w:val="0"/>
          <w:sz w:val="16"/>
          <w:u w:val="none"/>
        </w:rPr>
        <w:t xml:space="preserve">Even though </w:t>
      </w:r>
      <w:r>
        <w:rPr>
          <w:b w:val="0"/>
          <w:i w:val="0"/>
          <w:smallCaps w:val="0"/>
          <w:strike w:val="0"/>
          <w:sz w:val="22"/>
          <w:u w:val="single"/>
        </w:rPr>
        <w:t>hemp</w:t>
      </w:r>
      <w:r>
        <w:rPr>
          <w:b w:val="0"/>
          <w:i w:val="0"/>
          <w:smallCaps w:val="0"/>
          <w:strike w:val="0"/>
          <w:sz w:val="16"/>
          <w:u w:val="none"/>
        </w:rPr>
        <w:t xml:space="preserve"> does not produce any nectar, </w:t>
      </w:r>
      <w:r>
        <w:rPr>
          <w:b w:val="0"/>
          <w:i w:val="0"/>
          <w:smallCaps w:val="0"/>
          <w:strike w:val="0"/>
          <w:sz w:val="22"/>
          <w:u w:val="single"/>
        </w:rPr>
        <w:t xml:space="preserve">bees are </w:t>
      </w:r>
      <w:r>
        <w:rPr>
          <w:b/>
          <w:i w:val="0"/>
          <w:smallCaps w:val="0"/>
          <w:strike w:val="0"/>
          <w:sz w:val="22"/>
          <w:u w:val="single"/>
        </w:rPr>
        <w:t>huge fans</w:t>
      </w:r>
      <w:r>
        <w:rPr>
          <w:b w:val="0"/>
          <w:i w:val="0"/>
          <w:smallCaps w:val="0"/>
          <w:strike w:val="0"/>
          <w:sz w:val="22"/>
          <w:u w:val="single"/>
        </w:rPr>
        <w:t xml:space="preserve"> of this plant because it pumps out </w:t>
      </w:r>
      <w:r>
        <w:rPr>
          <w:b/>
          <w:i w:val="0"/>
          <w:smallCaps w:val="0"/>
          <w:strike w:val="0"/>
          <w:sz w:val="22"/>
          <w:u w:val="single"/>
        </w:rPr>
        <w:t>large amounts</w:t>
      </w:r>
      <w:r>
        <w:rPr>
          <w:b w:val="0"/>
          <w:i w:val="0"/>
          <w:smallCaps w:val="0"/>
          <w:strike w:val="0"/>
          <w:sz w:val="22"/>
          <w:u w:val="single"/>
        </w:rPr>
        <w:t xml:space="preserve"> of pollen.</w:t>
      </w:r>
      <w:r>
        <w:rPr>
          <w:b w:val="0"/>
          <w:i w:val="0"/>
          <w:smallCaps w:val="0"/>
          <w:strike w:val="0"/>
          <w:sz w:val="16"/>
          <w:u w:val="none"/>
        </w:rPr>
        <w:t xml:space="preserve"> In 2018, researchers from Cornell University visited 11 hemp farms across the Finger Lakes region of New York and noted that </w:t>
      </w:r>
      <w:r>
        <w:rPr>
          <w:b w:val="0"/>
          <w:i w:val="0"/>
          <w:smallCaps w:val="0"/>
          <w:strike w:val="0"/>
          <w:sz w:val="22"/>
          <w:highlight w:val="cyan"/>
          <w:u w:val="single"/>
        </w:rPr>
        <w:t>hemp</w:t>
      </w:r>
      <w:r>
        <w:rPr>
          <w:b w:val="0"/>
          <w:i w:val="0"/>
          <w:smallCaps w:val="0"/>
          <w:strike w:val="0"/>
          <w:sz w:val="22"/>
          <w:u w:val="single"/>
        </w:rPr>
        <w:t xml:space="preserve"> flowers supported </w:t>
      </w:r>
      <w:r>
        <w:rPr>
          <w:b/>
          <w:i w:val="0"/>
          <w:smallCaps w:val="0"/>
          <w:strike w:val="0"/>
          <w:sz w:val="22"/>
          <w:u w:val="single"/>
        </w:rPr>
        <w:t>16 different bee species</w:t>
      </w:r>
      <w:r>
        <w:rPr>
          <w:b w:val="0"/>
          <w:i w:val="0"/>
          <w:smallCaps w:val="0"/>
          <w:strike w:val="0"/>
          <w:sz w:val="16"/>
          <w:u w:val="none"/>
        </w:rPr>
        <w:t>. Their research, published in Environmental Entomology, reported "</w:t>
      </w:r>
      <w:r>
        <w:rPr>
          <w:b w:val="0"/>
          <w:i w:val="0"/>
          <w:smallCaps w:val="0"/>
          <w:strike w:val="0"/>
          <w:sz w:val="22"/>
          <w:u w:val="single"/>
        </w:rPr>
        <w:t xml:space="preserve">hemp </w:t>
      </w:r>
      <w:r>
        <w:rPr>
          <w:b w:val="0"/>
          <w:i w:val="0"/>
          <w:smallCaps w:val="0"/>
          <w:strike w:val="0"/>
          <w:sz w:val="22"/>
          <w:highlight w:val="cyan"/>
          <w:u w:val="single"/>
        </w:rPr>
        <w:t>has the potential to provide</w:t>
      </w:r>
      <w:r>
        <w:rPr>
          <w:b w:val="0"/>
          <w:i w:val="0"/>
          <w:smallCaps w:val="0"/>
          <w:strike w:val="0"/>
          <w:sz w:val="22"/>
          <w:u w:val="single"/>
        </w:rPr>
        <w:t xml:space="preserve"> a </w:t>
      </w:r>
      <w:r>
        <w:rPr>
          <w:b/>
          <w:i w:val="0"/>
          <w:smallCaps w:val="0"/>
          <w:strike w:val="0"/>
          <w:sz w:val="22"/>
          <w:u w:val="single"/>
        </w:rPr>
        <w:t xml:space="preserve">critical nutritional </w:t>
      </w:r>
      <w:r>
        <w:rPr>
          <w:b/>
          <w:i w:val="0"/>
          <w:smallCaps w:val="0"/>
          <w:strike w:val="0"/>
          <w:sz w:val="22"/>
          <w:highlight w:val="cyan"/>
          <w:u w:val="single"/>
        </w:rPr>
        <w:t>resource</w:t>
      </w:r>
      <w:r>
        <w:rPr>
          <w:b w:val="0"/>
          <w:i w:val="0"/>
          <w:smallCaps w:val="0"/>
          <w:strike w:val="0"/>
          <w:sz w:val="22"/>
          <w:u w:val="single"/>
        </w:rPr>
        <w:t xml:space="preserve"> to a diverse community of bees </w:t>
      </w:r>
      <w:r>
        <w:rPr>
          <w:b w:val="0"/>
          <w:i w:val="0"/>
          <w:smallCaps w:val="0"/>
          <w:strike w:val="0"/>
          <w:sz w:val="22"/>
          <w:highlight w:val="cyan"/>
          <w:u w:val="single"/>
        </w:rPr>
        <w:t>during</w:t>
      </w:r>
      <w:r>
        <w:rPr>
          <w:b w:val="0"/>
          <w:i w:val="0"/>
          <w:smallCaps w:val="0"/>
          <w:strike w:val="0"/>
          <w:sz w:val="22"/>
          <w:u w:val="single"/>
        </w:rPr>
        <w:t xml:space="preserve"> a period of </w:t>
      </w:r>
      <w:r>
        <w:rPr>
          <w:b/>
          <w:i w:val="0"/>
          <w:smallCaps w:val="0"/>
          <w:strike w:val="0"/>
          <w:sz w:val="22"/>
          <w:highlight w:val="cyan"/>
          <w:u w:val="single"/>
        </w:rPr>
        <w:t>floral scarcity</w:t>
      </w:r>
      <w:r>
        <w:rPr>
          <w:b w:val="0"/>
          <w:i w:val="0"/>
          <w:smallCaps w:val="0"/>
          <w:strike w:val="0"/>
          <w:sz w:val="16"/>
          <w:u w:val="none"/>
        </w:rPr>
        <w:t>."</w:t>
      </w:r>
    </w:p>
    <w:p>
      <w:pPr>
        <w:spacing w:after="60"/>
      </w:pPr>
      <w:r>
        <w:rPr>
          <w:b w:val="0"/>
          <w:i w:val="0"/>
          <w:smallCaps w:val="0"/>
          <w:strike w:val="0"/>
          <w:sz w:val="16"/>
          <w:u w:val="none"/>
        </w:rPr>
        <w:t>Similarly, a 2019 study in Colorado observed 23 different types of bees swarming hemp flowers, leading the authors to "strongly urge" farmers to use hemp to "develop an integrated pest management plan designed to protect pollinators while controlling pests."</w:t>
      </w:r>
    </w:p>
    <w:p>
      <w:pPr>
        <w:spacing w:after="60"/>
      </w:pPr>
      <w:r>
        <w:rPr>
          <w:b w:val="0"/>
          <w:i w:val="0"/>
          <w:smallCaps w:val="0"/>
          <w:strike w:val="0"/>
          <w:sz w:val="16"/>
          <w:u w:val="none"/>
        </w:rPr>
        <w:t xml:space="preserve">In other words, </w:t>
      </w:r>
      <w:r>
        <w:rPr>
          <w:b w:val="0"/>
          <w:i w:val="0"/>
          <w:smallCaps w:val="0"/>
          <w:strike w:val="0"/>
          <w:sz w:val="26"/>
          <w:highlight w:val="cyan"/>
          <w:u w:val="single"/>
        </w:rPr>
        <w:t xml:space="preserve">bees </w:t>
      </w:r>
      <w:r>
        <w:rPr>
          <w:b/>
          <w:i w:val="0"/>
          <w:smallCaps w:val="0"/>
          <w:strike w:val="0"/>
          <w:sz w:val="26"/>
          <w:highlight w:val="cyan"/>
          <w:u w:val="single"/>
        </w:rPr>
        <w:t>really love</w:t>
      </w:r>
      <w:r>
        <w:rPr>
          <w:b w:val="0"/>
          <w:i w:val="0"/>
          <w:smallCaps w:val="0"/>
          <w:strike w:val="0"/>
          <w:sz w:val="26"/>
          <w:highlight w:val="cyan"/>
          <w:u w:val="single"/>
        </w:rPr>
        <w:t xml:space="preserve"> </w:t>
      </w:r>
      <w:r>
        <w:rPr>
          <w:b w:val="0"/>
          <w:i w:val="0"/>
          <w:smallCaps w:val="0"/>
          <w:strike w:val="0"/>
          <w:sz w:val="26"/>
          <w:highlight w:val="cyan"/>
          <w:u w:val="single"/>
        </w:rPr>
        <w:t>weed</w:t>
      </w:r>
      <w:r>
        <w:rPr>
          <w:b w:val="0"/>
          <w:i w:val="0"/>
          <w:smallCaps w:val="0"/>
          <w:strike w:val="0"/>
          <w:sz w:val="26"/>
          <w:highlight w:val="cyan"/>
          <w:u w:val="single"/>
        </w:rPr>
        <w:t xml:space="preserve"> and it may even be good for them</w:t>
      </w:r>
      <w:r>
        <w:rPr>
          <w:b w:val="0"/>
          <w:i w:val="0"/>
          <w:smallCaps w:val="0"/>
          <w:strike w:val="0"/>
          <w:sz w:val="16"/>
          <w:u w:val="none"/>
        </w:rPr>
        <w:t>.</w:t>
      </w:r>
    </w:p>
    <w:p>
      <w:pPr>
        <w:spacing w:after="60"/>
      </w:pPr>
      <w:r>
        <w:rPr>
          <w:b w:val="0"/>
          <w:i w:val="0"/>
          <w:smallCaps w:val="0"/>
          <w:strike w:val="0"/>
          <w:sz w:val="16"/>
          <w:u w:val="none"/>
        </w:rPr>
        <w:t xml:space="preserve">However, it's </w:t>
      </w:r>
      <w:r>
        <w:rPr>
          <w:b w:val="0"/>
          <w:i w:val="0"/>
          <w:smallCaps w:val="0"/>
          <w:strike w:val="0"/>
          <w:sz w:val="16"/>
          <w:u w:val="none"/>
        </w:rPr>
        <w:t>really worth</w:t>
      </w:r>
      <w:r>
        <w:rPr>
          <w:b w:val="0"/>
          <w:i w:val="0"/>
          <w:smallCaps w:val="0"/>
          <w:strike w:val="0"/>
          <w:sz w:val="16"/>
          <w:u w:val="none"/>
        </w:rPr>
        <w:t xml:space="preserve"> noting that honeybees aren't truly facing extinction, despite what you may have heard from certain "bee-friendly" corporations. The yellow-and-black bug we've all come to associate with honey is just one species, Apis mellifera, the European honeybee. It's a domesticated species not actually native to North America and was brought over by colonizers. Indigenous Peoples relied on other bees (of which, there are nearly 4,000 other species) for pollinating their crops.</w:t>
      </w:r>
    </w:p>
    <w:p>
      <w:pPr>
        <w:spacing w:after="60"/>
      </w:pPr>
      <w:r>
        <w:rPr>
          <w:b w:val="0"/>
          <w:i w:val="0"/>
          <w:smallCaps w:val="0"/>
          <w:strike w:val="0"/>
          <w:sz w:val="16"/>
          <w:u w:val="none"/>
        </w:rPr>
        <w:t xml:space="preserve">Honeybees are extremely important, yes, but they are agricultural animals, akin to tiny flying chickens or cows. They are no more at risk of dying out than any other factory farmed creature. </w:t>
      </w:r>
      <w:r>
        <w:rPr>
          <w:b w:val="0"/>
          <w:i w:val="0"/>
          <w:smallCaps w:val="0"/>
          <w:strike w:val="0"/>
          <w:sz w:val="22"/>
          <w:highlight w:val="cyan"/>
          <w:u w:val="single"/>
        </w:rPr>
        <w:t>C</w:t>
      </w:r>
      <w:r>
        <w:rPr>
          <w:b w:val="0"/>
          <w:i w:val="0"/>
          <w:smallCaps w:val="0"/>
          <w:strike w:val="0"/>
          <w:sz w:val="22"/>
          <w:u w:val="single"/>
        </w:rPr>
        <w:t xml:space="preserve">olony </w:t>
      </w:r>
      <w:r>
        <w:rPr>
          <w:b w:val="0"/>
          <w:i w:val="0"/>
          <w:smallCaps w:val="0"/>
          <w:strike w:val="0"/>
          <w:sz w:val="22"/>
          <w:highlight w:val="cyan"/>
          <w:u w:val="single"/>
        </w:rPr>
        <w:t>c</w:t>
      </w:r>
      <w:r>
        <w:rPr>
          <w:b w:val="0"/>
          <w:i w:val="0"/>
          <w:smallCaps w:val="0"/>
          <w:strike w:val="0"/>
          <w:sz w:val="22"/>
          <w:u w:val="single"/>
        </w:rPr>
        <w:t xml:space="preserve">ollapse </w:t>
      </w:r>
      <w:r>
        <w:rPr>
          <w:b w:val="0"/>
          <w:i w:val="0"/>
          <w:smallCaps w:val="0"/>
          <w:strike w:val="0"/>
          <w:sz w:val="22"/>
          <w:highlight w:val="cyan"/>
          <w:u w:val="single"/>
        </w:rPr>
        <w:t>d</w:t>
      </w:r>
      <w:r>
        <w:rPr>
          <w:b w:val="0"/>
          <w:i w:val="0"/>
          <w:smallCaps w:val="0"/>
          <w:strike w:val="0"/>
          <w:sz w:val="22"/>
          <w:u w:val="single"/>
        </w:rPr>
        <w:t xml:space="preserve">isorder </w:t>
      </w:r>
      <w:r>
        <w:rPr>
          <w:b w:val="0"/>
          <w:i w:val="0"/>
          <w:smallCaps w:val="0"/>
          <w:strike w:val="0"/>
          <w:sz w:val="22"/>
          <w:highlight w:val="cyan"/>
          <w:u w:val="single"/>
        </w:rPr>
        <w:t xml:space="preserve">is a </w:t>
      </w:r>
      <w:r>
        <w:rPr>
          <w:b/>
          <w:i w:val="0"/>
          <w:smallCaps w:val="0"/>
          <w:strike w:val="0"/>
          <w:sz w:val="22"/>
          <w:u w:val="single"/>
        </w:rPr>
        <w:t xml:space="preserve">genuine </w:t>
      </w:r>
      <w:r>
        <w:rPr>
          <w:b/>
          <w:i w:val="0"/>
          <w:smallCaps w:val="0"/>
          <w:strike w:val="0"/>
          <w:sz w:val="22"/>
          <w:highlight w:val="cyan"/>
          <w:u w:val="single"/>
        </w:rPr>
        <w:t>problem</w:t>
      </w:r>
      <w:r>
        <w:rPr>
          <w:b w:val="0"/>
          <w:i w:val="0"/>
          <w:smallCaps w:val="0"/>
          <w:strike w:val="0"/>
          <w:sz w:val="22"/>
          <w:u w:val="single"/>
        </w:rPr>
        <w:t xml:space="preserve">, as it makes things </w:t>
      </w:r>
      <w:r>
        <w:rPr>
          <w:b/>
          <w:i w:val="0"/>
          <w:smallCaps w:val="0"/>
          <w:strike w:val="0"/>
          <w:sz w:val="22"/>
          <w:u w:val="single"/>
        </w:rPr>
        <w:t>harder</w:t>
      </w:r>
      <w:r>
        <w:rPr>
          <w:b w:val="0"/>
          <w:i w:val="0"/>
          <w:smallCaps w:val="0"/>
          <w:strike w:val="0"/>
          <w:sz w:val="22"/>
          <w:u w:val="single"/>
        </w:rPr>
        <w:t xml:space="preserve"> for farmers, </w:t>
      </w:r>
      <w:r>
        <w:rPr>
          <w:b w:val="0"/>
          <w:i w:val="0"/>
          <w:smallCaps w:val="0"/>
          <w:strike w:val="0"/>
          <w:sz w:val="22"/>
          <w:highlight w:val="cyan"/>
          <w:u w:val="single"/>
        </w:rPr>
        <w:t>but it is unlikely to</w:t>
      </w:r>
      <w:r>
        <w:rPr>
          <w:b w:val="0"/>
          <w:i w:val="0"/>
          <w:smallCaps w:val="0"/>
          <w:strike w:val="0"/>
          <w:sz w:val="22"/>
          <w:u w:val="single"/>
        </w:rPr>
        <w:t xml:space="preserve"> ever truly </w:t>
      </w:r>
      <w:r>
        <w:rPr>
          <w:b w:val="0"/>
          <w:i w:val="0"/>
          <w:smallCaps w:val="0"/>
          <w:strike w:val="0"/>
          <w:sz w:val="22"/>
          <w:highlight w:val="cyan"/>
          <w:u w:val="single"/>
        </w:rPr>
        <w:t>eradicate the honeybee</w:t>
      </w:r>
      <w:r>
        <w:rPr>
          <w:b w:val="0"/>
          <w:i w:val="0"/>
          <w:smallCaps w:val="0"/>
          <w:strike w:val="0"/>
          <w:sz w:val="22"/>
          <w:u w:val="single"/>
        </w:rPr>
        <w:t>. The issue also seems to be improving.</w:t>
      </w:r>
      <w:r>
        <w:rPr>
          <w:b w:val="0"/>
          <w:i w:val="0"/>
          <w:smallCaps w:val="0"/>
          <w:strike w:val="0"/>
          <w:sz w:val="16"/>
          <w:u w:val="none"/>
        </w:rPr>
        <w:t xml:space="preserve"> A 2020 report from the U.S. Department of Agriculture reported that honeybee colonies had risen eight percent from the year before.</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