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single"/>
        </w:rPr>
        <w:t>U.S.</w:t>
      </w:r>
      <w:r>
        <w:rPr>
          <w:b/>
          <w:i w:val="0"/>
          <w:smallCaps w:val="0"/>
          <w:strike w:val="0"/>
          <w:sz w:val="26"/>
          <w:u w:val="none"/>
        </w:rPr>
        <w:t xml:space="preserve"> neonics will drive the </w:t>
      </w:r>
      <w:r>
        <w:rPr>
          <w:b/>
          <w:i w:val="0"/>
          <w:smallCaps w:val="0"/>
          <w:strike w:val="0"/>
          <w:sz w:val="26"/>
          <w:u w:val="single"/>
        </w:rPr>
        <w:t>honeybee</w:t>
      </w:r>
      <w:r>
        <w:rPr>
          <w:b/>
          <w:i w:val="0"/>
          <w:smallCaps w:val="0"/>
          <w:strike w:val="0"/>
          <w:sz w:val="26"/>
          <w:u w:val="none"/>
        </w:rPr>
        <w:t xml:space="preserve"> to extinction and end </w:t>
      </w:r>
      <w:r>
        <w:rPr>
          <w:b/>
          <w:i w:val="0"/>
          <w:smallCaps w:val="0"/>
          <w:strike w:val="0"/>
          <w:sz w:val="26"/>
          <w:u w:val="single"/>
        </w:rPr>
        <w:t>life on earth</w:t>
      </w:r>
    </w:p>
    <w:p>
      <w:pPr>
        <w:spacing w:after="80"/>
      </w:pPr>
      <w:r>
        <w:rPr>
          <w:b w:val="0"/>
          <w:i w:val="0"/>
          <w:smallCaps w:val="0"/>
          <w:strike w:val="0"/>
          <w:u w:val="none"/>
        </w:rPr>
        <w:t xml:space="preserve">Greg </w:t>
      </w:r>
      <w:r>
        <w:rPr>
          <w:b/>
          <w:i w:val="0"/>
          <w:smallCaps w:val="0"/>
          <w:strike w:val="0"/>
          <w:sz w:val="26"/>
          <w:u w:val="none"/>
        </w:rPr>
        <w:t>Porter 19</w:t>
      </w:r>
      <w:r>
        <w:rPr>
          <w:b w:val="0"/>
          <w:i w:val="0"/>
          <w:smallCaps w:val="0"/>
          <w:strike w:val="0"/>
          <w:u w:val="none"/>
        </w:rPr>
        <w:t xml:space="preserve">, Author at The Sized, “Pesticides Are Leaving </w:t>
      </w:r>
      <w:r>
        <w:rPr>
          <w:b w:val="0"/>
          <w:i w:val="0"/>
          <w:smallCaps w:val="0"/>
          <w:strike w:val="0"/>
          <w:u w:val="none"/>
        </w:rPr>
        <w:t>The</w:t>
      </w:r>
      <w:r>
        <w:rPr>
          <w:b w:val="0"/>
          <w:i w:val="0"/>
          <w:smallCaps w:val="0"/>
          <w:strike w:val="0"/>
          <w:u w:val="none"/>
        </w:rPr>
        <w:t xml:space="preserve"> USA’s Insect Population On The Brink Of Extinction”, The Sized, 8/29/2019, https://www.thesized.com/pesticides-usa-insect-population-extinction/</w:t>
      </w:r>
    </w:p>
    <w:p>
      <w:pPr>
        <w:spacing w:after="60"/>
      </w:pPr>
      <w:r>
        <w:rPr>
          <w:b w:val="0"/>
          <w:i w:val="0"/>
          <w:smallCaps w:val="0"/>
          <w:strike w:val="0"/>
          <w:sz w:val="22"/>
          <w:u w:val="single"/>
        </w:rPr>
        <w:t xml:space="preserve">The </w:t>
      </w:r>
      <w:r>
        <w:rPr>
          <w:b/>
          <w:i w:val="0"/>
          <w:smallCaps w:val="0"/>
          <w:strike w:val="0"/>
          <w:sz w:val="22"/>
          <w:u w:val="single"/>
        </w:rPr>
        <w:t>U</w:t>
      </w:r>
      <w:r>
        <w:rPr>
          <w:b w:val="0"/>
          <w:i w:val="0"/>
          <w:smallCaps w:val="0"/>
          <w:strike w:val="0"/>
          <w:sz w:val="16"/>
          <w:u w:val="none"/>
        </w:rPr>
        <w:t xml:space="preserve">nited </w:t>
      </w:r>
      <w:r>
        <w:rPr>
          <w:b/>
          <w:i w:val="0"/>
          <w:smallCaps w:val="0"/>
          <w:strike w:val="0"/>
          <w:sz w:val="22"/>
          <w:u w:val="single"/>
        </w:rPr>
        <w:t>S</w:t>
      </w:r>
      <w:r>
        <w:rPr>
          <w:b w:val="0"/>
          <w:i w:val="0"/>
          <w:smallCaps w:val="0"/>
          <w:strike w:val="0"/>
          <w:sz w:val="16"/>
          <w:u w:val="none"/>
        </w:rPr>
        <w:t xml:space="preserve">tates </w:t>
      </w:r>
      <w:r>
        <w:rPr>
          <w:b w:val="0"/>
          <w:i w:val="0"/>
          <w:smallCaps w:val="0"/>
          <w:strike w:val="0"/>
          <w:sz w:val="22"/>
          <w:u w:val="single"/>
        </w:rPr>
        <w:t>is at war</w:t>
      </w:r>
      <w:r>
        <w:rPr>
          <w:b w:val="0"/>
          <w:i w:val="0"/>
          <w:smallCaps w:val="0"/>
          <w:strike w:val="0"/>
          <w:sz w:val="16"/>
          <w:u w:val="none"/>
        </w:rPr>
        <w:t xml:space="preserve">. This time, however, the opponent isn’t an international regime, and the nation isn’t even pretending to fight for truth, justice, and the American way. It’s the country’s native insect population that’s under siege, </w:t>
      </w:r>
      <w:r>
        <w:rPr>
          <w:b w:val="0"/>
          <w:i w:val="0"/>
          <w:smallCaps w:val="0"/>
          <w:strike w:val="0"/>
          <w:sz w:val="22"/>
          <w:u w:val="single"/>
        </w:rPr>
        <w:t xml:space="preserve">with </w:t>
      </w:r>
      <w:r>
        <w:rPr>
          <w:b w:val="0"/>
          <w:i w:val="0"/>
          <w:smallCaps w:val="0"/>
          <w:strike w:val="0"/>
          <w:sz w:val="22"/>
          <w:highlight w:val="cyan"/>
          <w:u w:val="single"/>
        </w:rPr>
        <w:t xml:space="preserve">experts </w:t>
      </w:r>
      <w:r>
        <w:rPr>
          <w:b/>
          <w:i w:val="0"/>
          <w:smallCaps w:val="0"/>
          <w:strike w:val="0"/>
          <w:sz w:val="22"/>
          <w:highlight w:val="cyan"/>
          <w:u w:val="single"/>
        </w:rPr>
        <w:t>describ</w:t>
      </w:r>
      <w:r>
        <w:rPr>
          <w:b w:val="0"/>
          <w:i w:val="0"/>
          <w:smallCaps w:val="0"/>
          <w:strike w:val="0"/>
          <w:sz w:val="22"/>
          <w:u w:val="single"/>
        </w:rPr>
        <w:t xml:space="preserve">ing declining populations of </w:t>
      </w:r>
      <w:r>
        <w:rPr>
          <w:b/>
          <w:i w:val="0"/>
          <w:smallCaps w:val="0"/>
          <w:strike w:val="0"/>
          <w:sz w:val="22"/>
          <w:highlight w:val="cyan"/>
          <w:u w:val="single"/>
        </w:rPr>
        <w:t>honeybees</w:t>
      </w:r>
      <w:r>
        <w:rPr>
          <w:b w:val="0"/>
          <w:i w:val="0"/>
          <w:smallCaps w:val="0"/>
          <w:strike w:val="0"/>
          <w:sz w:val="16"/>
          <w:u w:val="none"/>
        </w:rPr>
        <w:t xml:space="preserve"> and butterflies </w:t>
      </w:r>
      <w:r>
        <w:rPr>
          <w:b w:val="0"/>
          <w:i w:val="0"/>
          <w:smallCaps w:val="0"/>
          <w:strike w:val="0"/>
          <w:sz w:val="22"/>
          <w:highlight w:val="cyan"/>
          <w:u w:val="single"/>
        </w:rPr>
        <w:t xml:space="preserve">as an </w:t>
      </w:r>
      <w:r>
        <w:rPr>
          <w:b/>
          <w:i w:val="0"/>
          <w:smallCaps w:val="0"/>
          <w:strike w:val="0"/>
          <w:sz w:val="24"/>
          <w:highlight w:val="cyan"/>
          <w:u w:val="single"/>
        </w:rPr>
        <w:t>apocalypse</w:t>
      </w:r>
      <w:r>
        <w:rPr>
          <w:b w:val="0"/>
          <w:i w:val="0"/>
          <w:smallCaps w:val="0"/>
          <w:strike w:val="0"/>
          <w:sz w:val="16"/>
          <w:u w:val="none"/>
        </w:rPr>
        <w:t>.</w:t>
      </w:r>
    </w:p>
    <w:p>
      <w:pPr>
        <w:spacing w:after="60"/>
      </w:pPr>
      <w:r>
        <w:rPr>
          <w:b w:val="0"/>
          <w:i w:val="0"/>
          <w:smallCaps w:val="0"/>
          <w:strike w:val="0"/>
          <w:sz w:val="16"/>
          <w:u w:val="none"/>
        </w:rPr>
        <w:t xml:space="preserve">According to a study published in PLOS One, </w:t>
      </w:r>
      <w:r>
        <w:rPr>
          <w:b w:val="0"/>
          <w:i w:val="0"/>
          <w:smallCaps w:val="0"/>
          <w:strike w:val="0"/>
          <w:sz w:val="22"/>
          <w:u w:val="single"/>
        </w:rPr>
        <w:t xml:space="preserve">America’s </w:t>
      </w:r>
      <w:r>
        <w:rPr>
          <w:b/>
          <w:i w:val="0"/>
          <w:smallCaps w:val="0"/>
          <w:strike w:val="0"/>
          <w:sz w:val="22"/>
          <w:highlight w:val="cyan"/>
          <w:u w:val="single"/>
        </w:rPr>
        <w:t>ag</w:t>
      </w:r>
      <w:r>
        <w:rPr>
          <w:b w:val="0"/>
          <w:i w:val="0"/>
          <w:smallCaps w:val="0"/>
          <w:strike w:val="0"/>
          <w:sz w:val="16"/>
          <w:u w:val="none"/>
        </w:rPr>
        <w:t xml:space="preserve">ricultural </w:t>
      </w:r>
      <w:r>
        <w:rPr>
          <w:b w:val="0"/>
          <w:i w:val="0"/>
          <w:smallCaps w:val="0"/>
          <w:strike w:val="0"/>
          <w:sz w:val="22"/>
          <w:u w:val="single"/>
        </w:rPr>
        <w:t xml:space="preserve">landscape </w:t>
      </w:r>
      <w:r>
        <w:rPr>
          <w:b w:val="0"/>
          <w:i w:val="0"/>
          <w:smallCaps w:val="0"/>
          <w:strike w:val="0"/>
          <w:sz w:val="22"/>
          <w:highlight w:val="cyan"/>
          <w:u w:val="single"/>
        </w:rPr>
        <w:t>is</w:t>
      </w:r>
      <w:r>
        <w:rPr>
          <w:b w:val="0"/>
          <w:i w:val="0"/>
          <w:smallCaps w:val="0"/>
          <w:strike w:val="0"/>
          <w:sz w:val="22"/>
          <w:u w:val="single"/>
        </w:rPr>
        <w:t xml:space="preserve"> becoming increasingly hostile to insects</w:t>
      </w:r>
      <w:r>
        <w:rPr>
          <w:b w:val="0"/>
          <w:i w:val="0"/>
          <w:smallCaps w:val="0"/>
          <w:strike w:val="0"/>
          <w:sz w:val="16"/>
          <w:u w:val="none"/>
        </w:rPr>
        <w:t xml:space="preserve">. In fact, it’s estimated that </w:t>
      </w:r>
      <w:r>
        <w:rPr>
          <w:b w:val="0"/>
          <w:i w:val="0"/>
          <w:smallCaps w:val="0"/>
          <w:strike w:val="0"/>
          <w:sz w:val="22"/>
          <w:u w:val="single"/>
        </w:rPr>
        <w:t>in the last quarter of a century, it has become</w:t>
      </w:r>
      <w:r>
        <w:rPr>
          <w:b w:val="0"/>
          <w:i w:val="0"/>
          <w:smallCaps w:val="0"/>
          <w:strike w:val="0"/>
          <w:sz w:val="16"/>
          <w:u w:val="none"/>
        </w:rPr>
        <w:t xml:space="preserve"> almost </w:t>
      </w:r>
      <w:r>
        <w:rPr>
          <w:b/>
          <w:i w:val="0"/>
          <w:smallCaps w:val="0"/>
          <w:strike w:val="0"/>
          <w:sz w:val="22"/>
          <w:highlight w:val="cyan"/>
          <w:u w:val="single"/>
        </w:rPr>
        <w:t>fifty times</w:t>
      </w:r>
      <w:r>
        <w:rPr>
          <w:b w:val="0"/>
          <w:i w:val="0"/>
          <w:smallCaps w:val="0"/>
          <w:strike w:val="0"/>
          <w:sz w:val="22"/>
          <w:highlight w:val="cyan"/>
          <w:u w:val="single"/>
        </w:rPr>
        <w:t xml:space="preserve"> more toxic</w:t>
      </w:r>
      <w:r>
        <w:rPr>
          <w:b w:val="0"/>
          <w:i w:val="0"/>
          <w:smallCaps w:val="0"/>
          <w:strike w:val="0"/>
          <w:sz w:val="16"/>
          <w:u w:val="none"/>
        </w:rPr>
        <w:t xml:space="preserve"> than it once was. This means that it’s no wonder that populations of insects are declining.</w:t>
      </w:r>
    </w:p>
    <w:p>
      <w:pPr>
        <w:spacing w:after="60"/>
      </w:pPr>
      <w:r>
        <w:rPr>
          <w:b w:val="0"/>
          <w:i w:val="0"/>
          <w:smallCaps w:val="0"/>
          <w:strike w:val="0"/>
          <w:sz w:val="16"/>
          <w:u w:val="none"/>
        </w:rPr>
        <w:t>That’s a shame and all … but insects are gross, so I won’t shed any tears</w:t>
      </w:r>
    </w:p>
    <w:p>
      <w:pPr>
        <w:spacing w:after="60"/>
      </w:pPr>
      <w:r>
        <w:rPr>
          <w:b w:val="0"/>
          <w:i w:val="0"/>
          <w:smallCaps w:val="0"/>
          <w:strike w:val="0"/>
          <w:sz w:val="16"/>
          <w:u w:val="none"/>
        </w:rPr>
        <w:t xml:space="preserve">We’ll be the first to admit that insects of any variety are not as fluffy as dogs, cats, rabbits, or whatever domestic pet may tickle your pickle. Despite this, </w:t>
      </w:r>
      <w:r>
        <w:rPr>
          <w:b w:val="0"/>
          <w:i w:val="0"/>
          <w:smallCaps w:val="0"/>
          <w:strike w:val="0"/>
          <w:sz w:val="22"/>
          <w:u w:val="single"/>
        </w:rPr>
        <w:t xml:space="preserve">they are </w:t>
      </w:r>
      <w:r>
        <w:rPr>
          <w:b/>
          <w:i w:val="0"/>
          <w:smallCaps w:val="0"/>
          <w:strike w:val="0"/>
          <w:sz w:val="22"/>
          <w:highlight w:val="cyan"/>
          <w:u w:val="single"/>
        </w:rPr>
        <w:t>critical</w:t>
      </w:r>
      <w:r>
        <w:rPr>
          <w:b w:val="0"/>
          <w:i w:val="0"/>
          <w:smallCaps w:val="0"/>
          <w:strike w:val="0"/>
          <w:sz w:val="16"/>
          <w:u w:val="none"/>
        </w:rPr>
        <w:t xml:space="preserve"> to the environmental landscape.</w:t>
      </w:r>
    </w:p>
    <w:p>
      <w:pPr>
        <w:spacing w:after="60"/>
      </w:pPr>
      <w:r>
        <w:rPr>
          <w:b w:val="0"/>
          <w:i w:val="0"/>
          <w:smallCaps w:val="0"/>
          <w:strike w:val="0"/>
          <w:sz w:val="16"/>
          <w:u w:val="none"/>
        </w:rPr>
        <w:t xml:space="preserve">First and foremost, </w:t>
      </w:r>
      <w:r>
        <w:rPr>
          <w:b w:val="0"/>
          <w:i w:val="0"/>
          <w:smallCaps w:val="0"/>
          <w:strike w:val="0"/>
          <w:sz w:val="22"/>
          <w:u w:val="single"/>
        </w:rPr>
        <w:t>bees</w:t>
      </w:r>
      <w:r>
        <w:rPr>
          <w:b w:val="0"/>
          <w:i w:val="0"/>
          <w:smallCaps w:val="0"/>
          <w:strike w:val="0"/>
          <w:sz w:val="16"/>
          <w:u w:val="none"/>
        </w:rPr>
        <w:t xml:space="preserve"> and butterflies </w:t>
      </w:r>
      <w:r>
        <w:rPr>
          <w:b w:val="0"/>
          <w:i w:val="0"/>
          <w:smallCaps w:val="0"/>
          <w:strike w:val="0"/>
          <w:sz w:val="22"/>
          <w:u w:val="single"/>
        </w:rPr>
        <w:t xml:space="preserve">are responsible </w:t>
      </w:r>
      <w:r>
        <w:rPr>
          <w:b w:val="0"/>
          <w:i w:val="0"/>
          <w:smallCaps w:val="0"/>
          <w:strike w:val="0"/>
          <w:sz w:val="22"/>
          <w:highlight w:val="cyan"/>
          <w:u w:val="single"/>
        </w:rPr>
        <w:t>for</w:t>
      </w:r>
      <w:r>
        <w:rPr>
          <w:b w:val="0"/>
          <w:i w:val="0"/>
          <w:smallCaps w:val="0"/>
          <w:strike w:val="0"/>
          <w:sz w:val="16"/>
          <w:u w:val="none"/>
        </w:rPr>
        <w:t xml:space="preserve"> around </w:t>
      </w:r>
      <w:r>
        <w:rPr>
          <w:b w:val="0"/>
          <w:i w:val="0"/>
          <w:smallCaps w:val="0"/>
          <w:strike w:val="0"/>
          <w:sz w:val="22"/>
          <w:u w:val="single"/>
        </w:rPr>
        <w:t xml:space="preserve">a third of </w:t>
      </w:r>
      <w:r>
        <w:rPr>
          <w:b/>
          <w:i w:val="0"/>
          <w:smallCaps w:val="0"/>
          <w:strike w:val="0"/>
          <w:sz w:val="22"/>
          <w:u w:val="single"/>
        </w:rPr>
        <w:t xml:space="preserve">all </w:t>
      </w:r>
      <w:r>
        <w:rPr>
          <w:b/>
          <w:i w:val="0"/>
          <w:smallCaps w:val="0"/>
          <w:strike w:val="0"/>
          <w:sz w:val="22"/>
          <w:highlight w:val="cyan"/>
          <w:u w:val="single"/>
        </w:rPr>
        <w:t>pollination</w:t>
      </w:r>
      <w:r>
        <w:rPr>
          <w:b w:val="0"/>
          <w:i w:val="0"/>
          <w:smallCaps w:val="0"/>
          <w:strike w:val="0"/>
          <w:sz w:val="16"/>
          <w:u w:val="none"/>
        </w:rPr>
        <w:t xml:space="preserve"> of the nation’s food crops. This means that the livelihood of farmers throughout the country is reliant on these bugs doing what comes naturally to them. </w:t>
      </w:r>
      <w:r>
        <w:rPr>
          <w:b w:val="0"/>
          <w:i w:val="0"/>
          <w:smallCaps w:val="0"/>
          <w:strike w:val="0"/>
          <w:sz w:val="22"/>
          <w:highlight w:val="cyan"/>
          <w:u w:val="single"/>
        </w:rPr>
        <w:t>If</w:t>
      </w:r>
      <w:r>
        <w:rPr>
          <w:b w:val="0"/>
          <w:i w:val="0"/>
          <w:smallCaps w:val="0"/>
          <w:strike w:val="0"/>
          <w:sz w:val="22"/>
          <w:u w:val="single"/>
        </w:rPr>
        <w:t xml:space="preserve"> there are </w:t>
      </w:r>
      <w:r>
        <w:rPr>
          <w:b/>
          <w:i w:val="0"/>
          <w:smallCaps w:val="0"/>
          <w:strike w:val="0"/>
          <w:sz w:val="22"/>
          <w:highlight w:val="cyan"/>
          <w:u w:val="single"/>
        </w:rPr>
        <w:t>no bees</w:t>
      </w:r>
      <w:r>
        <w:rPr>
          <w:b w:val="0"/>
          <w:i w:val="0"/>
          <w:smallCaps w:val="0"/>
          <w:strike w:val="0"/>
          <w:sz w:val="16"/>
          <w:u w:val="none"/>
        </w:rPr>
        <w:t xml:space="preserve"> and butterflies to perform these tasks, </w:t>
      </w:r>
      <w:r>
        <w:rPr>
          <w:b/>
          <w:i w:val="0"/>
          <w:smallCaps w:val="0"/>
          <w:strike w:val="0"/>
          <w:sz w:val="22"/>
          <w:highlight w:val="cyan"/>
          <w:u w:val="single"/>
        </w:rPr>
        <w:t>we’ll all go hungry</w:t>
      </w:r>
      <w:r>
        <w:rPr>
          <w:b w:val="0"/>
          <w:i w:val="0"/>
          <w:smallCaps w:val="0"/>
          <w:strike w:val="0"/>
          <w:sz w:val="16"/>
          <w:u w:val="none"/>
        </w:rPr>
        <w:t>.</w:t>
      </w:r>
    </w:p>
    <w:p>
      <w:pPr>
        <w:spacing w:after="60"/>
      </w:pPr>
      <w:r>
        <w:rPr>
          <w:b w:val="0"/>
          <w:i w:val="0"/>
          <w:smallCaps w:val="0"/>
          <w:strike w:val="0"/>
          <w:sz w:val="16"/>
          <w:u w:val="none"/>
        </w:rPr>
        <w:t>Let’s try to imagine a world without bees. Firstly, that means no honey. Breakfast foods would immediately become considerably less appealing. More importantly, we’d lose all the plants and crops that are pollinated by these busy, buzzing little critters.</w:t>
      </w:r>
    </w:p>
    <w:p>
      <w:pPr>
        <w:spacing w:after="60"/>
      </w:pPr>
      <w:r>
        <w:rPr>
          <w:b w:val="0"/>
          <w:i w:val="0"/>
          <w:smallCaps w:val="0"/>
          <w:strike w:val="0"/>
          <w:sz w:val="16"/>
          <w:u w:val="none"/>
        </w:rPr>
        <w:t xml:space="preserve">This means that </w:t>
      </w:r>
      <w:r>
        <w:rPr>
          <w:b w:val="0"/>
          <w:i w:val="0"/>
          <w:smallCaps w:val="0"/>
          <w:strike w:val="0"/>
          <w:sz w:val="22"/>
          <w:u w:val="single"/>
        </w:rPr>
        <w:t xml:space="preserve">the </w:t>
      </w:r>
      <w:r>
        <w:rPr>
          <w:b w:val="0"/>
          <w:i w:val="0"/>
          <w:smallCaps w:val="0"/>
          <w:strike w:val="0"/>
          <w:sz w:val="22"/>
          <w:u w:val="single"/>
        </w:rPr>
        <w:t>world would lose</w:t>
      </w:r>
      <w:r>
        <w:rPr>
          <w:b w:val="0"/>
          <w:i w:val="0"/>
          <w:smallCaps w:val="0"/>
          <w:strike w:val="0"/>
          <w:sz w:val="22"/>
          <w:u w:val="single"/>
        </w:rPr>
        <w:t xml:space="preserve"> a substantial food source of grains, fruit, and vegetables</w:t>
      </w:r>
      <w:r>
        <w:rPr>
          <w:b w:val="0"/>
          <w:i w:val="0"/>
          <w:smallCaps w:val="0"/>
          <w:strike w:val="0"/>
          <w:sz w:val="16"/>
          <w:u w:val="none"/>
        </w:rPr>
        <w:t>. It’s not just vegans that would suffer, either – carnivores would go hungry in short order, too.</w:t>
      </w:r>
    </w:p>
    <w:p>
      <w:pPr>
        <w:spacing w:after="60"/>
      </w:pPr>
      <w:r>
        <w:rPr>
          <w:b w:val="0"/>
          <w:i w:val="0"/>
          <w:smallCaps w:val="0"/>
          <w:strike w:val="0"/>
          <w:sz w:val="16"/>
          <w:u w:val="none"/>
        </w:rPr>
        <w:t xml:space="preserve">Animals rely upon the plant life that’s cultivated by bees to survive. </w:t>
      </w:r>
      <w:r>
        <w:rPr>
          <w:b w:val="0"/>
          <w:i w:val="0"/>
          <w:smallCaps w:val="0"/>
          <w:strike w:val="0"/>
          <w:sz w:val="22"/>
          <w:u w:val="single"/>
        </w:rPr>
        <w:t xml:space="preserve">By removing their food source, </w:t>
      </w:r>
      <w:r>
        <w:rPr>
          <w:b/>
          <w:i w:val="0"/>
          <w:smallCaps w:val="0"/>
          <w:strike w:val="0"/>
          <w:sz w:val="22"/>
          <w:highlight w:val="cyan"/>
          <w:u w:val="single"/>
        </w:rPr>
        <w:t>countless</w:t>
      </w:r>
      <w:r>
        <w:rPr>
          <w:b w:val="0"/>
          <w:i w:val="0"/>
          <w:smallCaps w:val="0"/>
          <w:strike w:val="0"/>
          <w:sz w:val="22"/>
          <w:highlight w:val="cyan"/>
          <w:u w:val="single"/>
        </w:rPr>
        <w:t xml:space="preserve"> species</w:t>
      </w:r>
      <w:r>
        <w:rPr>
          <w:b w:val="0"/>
          <w:i w:val="0"/>
          <w:smallCaps w:val="0"/>
          <w:strike w:val="0"/>
          <w:sz w:val="16"/>
          <w:u w:val="none"/>
        </w:rPr>
        <w:t xml:space="preserve"> of animals </w:t>
      </w:r>
      <w:r>
        <w:rPr>
          <w:b w:val="0"/>
          <w:i w:val="0"/>
          <w:smallCaps w:val="0"/>
          <w:strike w:val="0"/>
          <w:sz w:val="22"/>
          <w:u w:val="single"/>
        </w:rPr>
        <w:t>would</w:t>
      </w:r>
      <w:r>
        <w:rPr>
          <w:b w:val="0"/>
          <w:i w:val="0"/>
          <w:smallCaps w:val="0"/>
          <w:strike w:val="0"/>
          <w:sz w:val="16"/>
          <w:u w:val="none"/>
        </w:rPr>
        <w:t xml:space="preserve"> start to </w:t>
      </w:r>
      <w:r>
        <w:rPr>
          <w:b/>
          <w:i w:val="0"/>
          <w:smallCaps w:val="0"/>
          <w:strike w:val="0"/>
          <w:sz w:val="22"/>
          <w:highlight w:val="cyan"/>
          <w:u w:val="single"/>
        </w:rPr>
        <w:t>die out</w:t>
      </w:r>
      <w:r>
        <w:rPr>
          <w:b w:val="0"/>
          <w:i w:val="0"/>
          <w:smallCaps w:val="0"/>
          <w:strike w:val="0"/>
          <w:sz w:val="22"/>
          <w:u w:val="single"/>
        </w:rPr>
        <w:t xml:space="preserve"> at a </w:t>
      </w:r>
      <w:r>
        <w:rPr>
          <w:b/>
          <w:i w:val="0"/>
          <w:smallCaps w:val="0"/>
          <w:strike w:val="0"/>
          <w:sz w:val="22"/>
          <w:u w:val="single"/>
        </w:rPr>
        <w:t>rate of knots</w:t>
      </w:r>
      <w:r>
        <w:rPr>
          <w:b w:val="0"/>
          <w:i w:val="0"/>
          <w:smallCaps w:val="0"/>
          <w:strike w:val="0"/>
          <w:sz w:val="16"/>
          <w:u w:val="none"/>
        </w:rPr>
        <w:t xml:space="preserve">. Indeed, </w:t>
      </w:r>
      <w:r>
        <w:rPr>
          <w:b w:val="0"/>
          <w:i w:val="0"/>
          <w:smallCaps w:val="0"/>
          <w:strike w:val="0"/>
          <w:sz w:val="22"/>
          <w:u w:val="single"/>
        </w:rPr>
        <w:t xml:space="preserve">the </w:t>
      </w:r>
      <w:r>
        <w:rPr>
          <w:b/>
          <w:i w:val="0"/>
          <w:smallCaps w:val="0"/>
          <w:strike w:val="0"/>
          <w:sz w:val="22"/>
          <w:u w:val="single"/>
        </w:rPr>
        <w:t>avian</w:t>
      </w:r>
      <w:r>
        <w:rPr>
          <w:b w:val="0"/>
          <w:i w:val="0"/>
          <w:smallCaps w:val="0"/>
          <w:strike w:val="0"/>
          <w:sz w:val="22"/>
          <w:u w:val="single"/>
        </w:rPr>
        <w:t xml:space="preserve"> population</w:t>
      </w:r>
      <w:r>
        <w:rPr>
          <w:b w:val="0"/>
          <w:i w:val="0"/>
          <w:smallCaps w:val="0"/>
          <w:strike w:val="0"/>
          <w:sz w:val="16"/>
          <w:u w:val="none"/>
        </w:rPr>
        <w:t xml:space="preserve"> of the US </w:t>
      </w:r>
      <w:r>
        <w:rPr>
          <w:b w:val="0"/>
          <w:i w:val="0"/>
          <w:smallCaps w:val="0"/>
          <w:strike w:val="0"/>
          <w:sz w:val="22"/>
          <w:u w:val="single"/>
        </w:rPr>
        <w:t>is already dropping along with</w:t>
      </w:r>
      <w:r>
        <w:rPr>
          <w:b w:val="0"/>
          <w:i w:val="0"/>
          <w:smallCaps w:val="0"/>
          <w:strike w:val="0"/>
          <w:sz w:val="16"/>
          <w:u w:val="none"/>
        </w:rPr>
        <w:t xml:space="preserve"> the drop in </w:t>
      </w:r>
      <w:r>
        <w:rPr>
          <w:b w:val="0"/>
          <w:i w:val="0"/>
          <w:smallCaps w:val="0"/>
          <w:strike w:val="0"/>
          <w:sz w:val="22"/>
          <w:u w:val="single"/>
        </w:rPr>
        <w:t>the insect population</w:t>
      </w:r>
      <w:r>
        <w:rPr>
          <w:b w:val="0"/>
          <w:i w:val="0"/>
          <w:smallCaps w:val="0"/>
          <w:strike w:val="0"/>
          <w:sz w:val="16"/>
          <w:u w:val="none"/>
        </w:rPr>
        <w:t>.</w:t>
      </w:r>
    </w:p>
    <w:p>
      <w:pPr>
        <w:spacing w:after="60"/>
      </w:pPr>
      <w:r>
        <w:rPr>
          <w:b w:val="0"/>
          <w:i w:val="0"/>
          <w:smallCaps w:val="0"/>
          <w:strike w:val="0"/>
          <w:sz w:val="16"/>
          <w:u w:val="none"/>
        </w:rPr>
        <w:t xml:space="preserve">All birds need to eat insects at some stage, and they are struggling to find an appropriate food source. </w:t>
      </w:r>
      <w:r>
        <w:rPr>
          <w:b w:val="0"/>
          <w:i w:val="0"/>
          <w:smallCaps w:val="0"/>
          <w:strike w:val="0"/>
          <w:sz w:val="22"/>
          <w:u w:val="single"/>
        </w:rPr>
        <w:t>Countless species</w:t>
      </w:r>
      <w:r>
        <w:rPr>
          <w:b w:val="0"/>
          <w:i w:val="0"/>
          <w:smallCaps w:val="0"/>
          <w:strike w:val="0"/>
          <w:sz w:val="16"/>
          <w:u w:val="none"/>
        </w:rPr>
        <w:t xml:space="preserve"> of birds </w:t>
      </w:r>
      <w:r>
        <w:rPr>
          <w:b w:val="0"/>
          <w:i w:val="0"/>
          <w:smallCaps w:val="0"/>
          <w:strike w:val="0"/>
          <w:sz w:val="22"/>
          <w:u w:val="single"/>
        </w:rPr>
        <w:t>are edging closer and closer to the endangered species list</w:t>
      </w:r>
      <w:r>
        <w:rPr>
          <w:b w:val="0"/>
          <w:i w:val="0"/>
          <w:smallCaps w:val="0"/>
          <w:strike w:val="0"/>
          <w:sz w:val="16"/>
          <w:u w:val="none"/>
        </w:rPr>
        <w:t>.</w:t>
      </w:r>
    </w:p>
    <w:p>
      <w:pPr>
        <w:spacing w:after="60"/>
      </w:pPr>
      <w:r>
        <w:rPr>
          <w:b w:val="0"/>
          <w:i w:val="0"/>
          <w:smallCaps w:val="0"/>
          <w:strike w:val="0"/>
          <w:sz w:val="16"/>
          <w:u w:val="none"/>
        </w:rPr>
        <w:t xml:space="preserve">So, without bees, we lose birds, land animals, and grain. That leaves </w:t>
      </w:r>
      <w:r>
        <w:rPr>
          <w:b w:val="0"/>
          <w:i w:val="0"/>
          <w:smallCaps w:val="0"/>
          <w:strike w:val="0"/>
          <w:sz w:val="16"/>
          <w:u w:val="none"/>
        </w:rPr>
        <w:t>the human race</w:t>
      </w:r>
      <w:r>
        <w:rPr>
          <w:b w:val="0"/>
          <w:i w:val="0"/>
          <w:smallCaps w:val="0"/>
          <w:strike w:val="0"/>
          <w:sz w:val="16"/>
          <w:u w:val="none"/>
        </w:rPr>
        <w:t xml:space="preserve"> reliant on cannibalism to survive. That doesn’t sound appealing to us. If you have been eyeing up the idea of turning your neighbor into a fillet steak, turn yourself in to the police for everybody’s safety. You won’t be in jail for long.</w:t>
      </w:r>
    </w:p>
    <w:p>
      <w:pPr>
        <w:spacing w:after="60"/>
      </w:pPr>
      <w:r>
        <w:rPr>
          <w:b w:val="0"/>
          <w:i w:val="0"/>
          <w:smallCaps w:val="0"/>
          <w:strike w:val="0"/>
          <w:sz w:val="16"/>
          <w:u w:val="none"/>
        </w:rPr>
        <w:t xml:space="preserve">It’s estimated that, </w:t>
      </w:r>
      <w:r>
        <w:rPr>
          <w:b/>
          <w:i w:val="0"/>
          <w:smallCaps w:val="0"/>
          <w:strike w:val="0"/>
          <w:sz w:val="24"/>
          <w:highlight w:val="cyan"/>
          <w:u w:val="single"/>
        </w:rPr>
        <w:t>if bees</w:t>
      </w:r>
      <w:r>
        <w:rPr>
          <w:b w:val="0"/>
          <w:i w:val="0"/>
          <w:smallCaps w:val="0"/>
          <w:strike w:val="0"/>
          <w:sz w:val="16"/>
          <w:u w:val="none"/>
        </w:rPr>
        <w:t xml:space="preserve"> </w:t>
      </w:r>
      <w:r>
        <w:rPr>
          <w:b w:val="0"/>
          <w:i w:val="0"/>
          <w:smallCaps w:val="0"/>
          <w:strike w:val="0"/>
          <w:sz w:val="16"/>
          <w:u w:val="none"/>
        </w:rPr>
        <w:t xml:space="preserve">and butterflies </w:t>
      </w:r>
      <w:r>
        <w:rPr>
          <w:b/>
          <w:i w:val="0"/>
          <w:smallCaps w:val="0"/>
          <w:strike w:val="0"/>
          <w:sz w:val="24"/>
          <w:highlight w:val="cyan"/>
          <w:u w:val="single"/>
        </w:rPr>
        <w:t>were</w:t>
      </w:r>
      <w:r>
        <w:rPr>
          <w:b w:val="0"/>
          <w:i w:val="0"/>
          <w:smallCaps w:val="0"/>
          <w:strike w:val="0"/>
          <w:sz w:val="16"/>
          <w:u w:val="none"/>
        </w:rPr>
        <w:t xml:space="preserve"> </w:t>
      </w:r>
      <w:r>
        <w:rPr>
          <w:b w:val="0"/>
          <w:i w:val="0"/>
          <w:smallCaps w:val="0"/>
          <w:strike w:val="0"/>
          <w:sz w:val="16"/>
          <w:u w:val="none"/>
        </w:rPr>
        <w:t xml:space="preserve">to be declared </w:t>
      </w:r>
      <w:r>
        <w:rPr>
          <w:b/>
          <w:i w:val="0"/>
          <w:smallCaps w:val="0"/>
          <w:strike w:val="0"/>
          <w:sz w:val="24"/>
          <w:highlight w:val="cyan"/>
          <w:u w:val="single"/>
        </w:rPr>
        <w:t xml:space="preserve">extinct, </w:t>
      </w:r>
      <w:r>
        <w:rPr>
          <w:b/>
          <w:i w:val="0"/>
          <w:smallCaps w:val="0"/>
          <w:strike w:val="0"/>
          <w:sz w:val="24"/>
          <w:highlight w:val="cyan"/>
          <w:u w:val="single"/>
        </w:rPr>
        <w:t>the human race</w:t>
      </w:r>
      <w:r>
        <w:rPr>
          <w:b/>
          <w:i w:val="0"/>
          <w:smallCaps w:val="0"/>
          <w:strike w:val="0"/>
          <w:sz w:val="24"/>
          <w:highlight w:val="cyan"/>
          <w:u w:val="single"/>
        </w:rPr>
        <w:t xml:space="preserve"> would follow in</w:t>
      </w:r>
      <w:r>
        <w:rPr>
          <w:b/>
          <w:i w:val="0"/>
          <w:smallCaps w:val="0"/>
          <w:strike w:val="0"/>
          <w:sz w:val="24"/>
          <w:u w:val="single"/>
        </w:rPr>
        <w:t xml:space="preserve"> a matter of </w:t>
      </w:r>
      <w:r>
        <w:rPr>
          <w:b/>
          <w:i w:val="0"/>
          <w:smallCaps w:val="0"/>
          <w:strike w:val="0"/>
          <w:sz w:val="24"/>
          <w:highlight w:val="cyan"/>
          <w:u w:val="single"/>
        </w:rPr>
        <w:t>months</w:t>
      </w:r>
      <w:r>
        <w:rPr>
          <w:b w:val="0"/>
          <w:i w:val="0"/>
          <w:smallCaps w:val="0"/>
          <w:strike w:val="0"/>
          <w:sz w:val="16"/>
          <w:u w:val="none"/>
        </w:rPr>
        <w:t>.</w:t>
      </w:r>
    </w:p>
    <w:p>
      <w:pPr>
        <w:spacing w:after="60"/>
      </w:pPr>
      <w:r>
        <w:rPr>
          <w:b w:val="0"/>
          <w:i w:val="0"/>
          <w:smallCaps w:val="0"/>
          <w:strike w:val="0"/>
          <w:sz w:val="16"/>
          <w:u w:val="none"/>
        </w:rPr>
        <w:t xml:space="preserve">Ok, you’ve convinced me. </w:t>
      </w:r>
      <w:r>
        <w:rPr>
          <w:b w:val="0"/>
          <w:i w:val="0"/>
          <w:smallCaps w:val="0"/>
          <w:strike w:val="0"/>
          <w:sz w:val="22"/>
          <w:highlight w:val="cyan"/>
          <w:u w:val="single"/>
        </w:rPr>
        <w:t>What is causing</w:t>
      </w:r>
      <w:r>
        <w:rPr>
          <w:b w:val="0"/>
          <w:i w:val="0"/>
          <w:smallCaps w:val="0"/>
          <w:strike w:val="0"/>
          <w:sz w:val="22"/>
          <w:u w:val="single"/>
        </w:rPr>
        <w:t xml:space="preserve"> this population </w:t>
      </w:r>
      <w:r>
        <w:rPr>
          <w:b w:val="0"/>
          <w:i w:val="0"/>
          <w:smallCaps w:val="0"/>
          <w:strike w:val="0"/>
          <w:sz w:val="22"/>
          <w:highlight w:val="cyan"/>
          <w:u w:val="single"/>
        </w:rPr>
        <w:t>decline?</w:t>
      </w:r>
    </w:p>
    <w:p>
      <w:pPr>
        <w:spacing w:after="60"/>
      </w:pPr>
      <w:r>
        <w:rPr>
          <w:b w:val="0"/>
          <w:i w:val="0"/>
          <w:smallCaps w:val="0"/>
          <w:strike w:val="0"/>
          <w:sz w:val="22"/>
          <w:u w:val="single"/>
        </w:rPr>
        <w:t xml:space="preserve">In a word, </w:t>
      </w:r>
      <w:r>
        <w:rPr>
          <w:b/>
          <w:i w:val="0"/>
          <w:smallCaps w:val="0"/>
          <w:strike w:val="0"/>
          <w:sz w:val="22"/>
          <w:u w:val="single"/>
        </w:rPr>
        <w:t>pesticides</w:t>
      </w:r>
      <w:r>
        <w:rPr>
          <w:b w:val="0"/>
          <w:i w:val="0"/>
          <w:smallCaps w:val="0"/>
          <w:strike w:val="0"/>
          <w:sz w:val="22"/>
          <w:u w:val="single"/>
        </w:rPr>
        <w:t xml:space="preserve">. In another – longer – word, </w:t>
      </w:r>
      <w:r>
        <w:rPr>
          <w:b/>
          <w:i w:val="0"/>
          <w:smallCaps w:val="0"/>
          <w:strike w:val="0"/>
          <w:sz w:val="22"/>
          <w:u w:val="single"/>
        </w:rPr>
        <w:t>neonicotinoids</w:t>
      </w:r>
      <w:r>
        <w:rPr>
          <w:b w:val="0"/>
          <w:i w:val="0"/>
          <w:smallCaps w:val="0"/>
          <w:strike w:val="0"/>
          <w:sz w:val="22"/>
          <w:u w:val="single"/>
        </w:rPr>
        <w:t xml:space="preserve">. These are pesticides that contain </w:t>
      </w:r>
      <w:r>
        <w:rPr>
          <w:b/>
          <w:i w:val="0"/>
          <w:smallCaps w:val="0"/>
          <w:strike w:val="0"/>
          <w:sz w:val="24"/>
          <w:highlight w:val="cyan"/>
          <w:u w:val="single"/>
        </w:rPr>
        <w:t>neonics</w:t>
      </w:r>
      <w:r>
        <w:rPr>
          <w:b w:val="0"/>
          <w:i w:val="0"/>
          <w:smallCaps w:val="0"/>
          <w:strike w:val="0"/>
          <w:sz w:val="16"/>
          <w:u w:val="none"/>
        </w:rPr>
        <w:t>, which are being liberally applied to agricultural land all over the country.</w:t>
      </w:r>
    </w:p>
    <w:p>
      <w:pPr>
        <w:spacing w:after="60"/>
      </w:pPr>
      <w:r>
        <w:rPr>
          <w:b w:val="0"/>
          <w:i w:val="0"/>
          <w:smallCaps w:val="0"/>
          <w:strike w:val="0"/>
          <w:sz w:val="22"/>
          <w:u w:val="single"/>
        </w:rPr>
        <w:t xml:space="preserve">Unfortunately, neonics are </w:t>
      </w:r>
      <w:r>
        <w:rPr>
          <w:b/>
          <w:i w:val="0"/>
          <w:smallCaps w:val="0"/>
          <w:strike w:val="0"/>
          <w:sz w:val="22"/>
          <w:highlight w:val="cyan"/>
          <w:u w:val="single"/>
        </w:rPr>
        <w:t>extremely dangerous</w:t>
      </w:r>
      <w:r>
        <w:rPr>
          <w:b w:val="0"/>
          <w:i w:val="0"/>
          <w:smallCaps w:val="0"/>
          <w:strike w:val="0"/>
          <w:sz w:val="22"/>
          <w:highlight w:val="cyan"/>
          <w:u w:val="single"/>
        </w:rPr>
        <w:t xml:space="preserve"> to</w:t>
      </w:r>
      <w:r>
        <w:rPr>
          <w:b w:val="0"/>
          <w:i w:val="0"/>
          <w:smallCaps w:val="0"/>
          <w:strike w:val="0"/>
          <w:sz w:val="22"/>
          <w:u w:val="single"/>
        </w:rPr>
        <w:t xml:space="preserve"> </w:t>
      </w:r>
      <w:r>
        <w:rPr>
          <w:b/>
          <w:i w:val="0"/>
          <w:smallCaps w:val="0"/>
          <w:strike w:val="0"/>
          <w:sz w:val="24"/>
          <w:u w:val="single"/>
        </w:rPr>
        <w:t>honey</w:t>
      </w:r>
      <w:r>
        <w:rPr>
          <w:b/>
          <w:i w:val="0"/>
          <w:smallCaps w:val="0"/>
          <w:strike w:val="0"/>
          <w:sz w:val="24"/>
          <w:highlight w:val="cyan"/>
          <w:u w:val="single"/>
        </w:rPr>
        <w:t>bees in particular</w:t>
      </w:r>
      <w:r>
        <w:rPr>
          <w:b w:val="0"/>
          <w:i w:val="0"/>
          <w:smallCaps w:val="0"/>
          <w:strike w:val="0"/>
          <w:sz w:val="16"/>
          <w:u w:val="none"/>
        </w:rPr>
        <w:t>.</w:t>
      </w:r>
    </w:p>
    <w:p>
      <w:pPr>
        <w:spacing w:after="60"/>
      </w:pPr>
      <w:r>
        <w:rPr>
          <w:b w:val="0"/>
          <w:i w:val="0"/>
          <w:smallCaps w:val="0"/>
          <w:strike w:val="0"/>
          <w:sz w:val="16"/>
          <w:u w:val="none"/>
        </w:rPr>
        <w:t xml:space="preserve">It’s claimed that </w:t>
      </w:r>
      <w:r>
        <w:rPr>
          <w:b w:val="0"/>
          <w:i w:val="0"/>
          <w:smallCaps w:val="0"/>
          <w:strike w:val="0"/>
          <w:sz w:val="22"/>
          <w:u w:val="single"/>
        </w:rPr>
        <w:t xml:space="preserve">their toxicity </w:t>
      </w:r>
      <w:r>
        <w:rPr>
          <w:b/>
          <w:i w:val="0"/>
          <w:smallCaps w:val="0"/>
          <w:strike w:val="0"/>
          <w:sz w:val="26"/>
          <w:highlight w:val="cyan"/>
          <w:u w:val="single"/>
        </w:rPr>
        <w:t>outweighs</w:t>
      </w:r>
      <w:r>
        <w:rPr>
          <w:b/>
          <w:i w:val="0"/>
          <w:smallCaps w:val="0"/>
          <w:strike w:val="0"/>
          <w:sz w:val="26"/>
          <w:u w:val="single"/>
        </w:rPr>
        <w:t xml:space="preserve"> that of </w:t>
      </w:r>
      <w:r>
        <w:rPr>
          <w:b/>
          <w:i w:val="0"/>
          <w:smallCaps w:val="0"/>
          <w:strike w:val="0"/>
          <w:sz w:val="26"/>
          <w:highlight w:val="cyan"/>
          <w:u w:val="single"/>
        </w:rPr>
        <w:t>DDT by a thousand</w:t>
      </w:r>
      <w:r>
        <w:rPr>
          <w:b w:val="0"/>
          <w:i w:val="0"/>
          <w:smallCaps w:val="0"/>
          <w:strike w:val="0"/>
          <w:sz w:val="16"/>
          <w:u w:val="none"/>
        </w:rPr>
        <w:t>. DDT, for those who are not aware, was a pesticide that spawned the classic environmental fable Silent Spring.</w:t>
      </w:r>
    </w:p>
    <w:p>
      <w:pPr>
        <w:spacing w:after="60"/>
      </w:pPr>
      <w:r>
        <w:rPr>
          <w:b w:val="0"/>
          <w:i w:val="0"/>
          <w:smallCaps w:val="0"/>
          <w:strike w:val="0"/>
          <w:sz w:val="22"/>
          <w:u w:val="single"/>
        </w:rPr>
        <w:t>Neonics are</w:t>
      </w:r>
      <w:r>
        <w:rPr>
          <w:b w:val="0"/>
          <w:i w:val="0"/>
          <w:smallCaps w:val="0"/>
          <w:strike w:val="0"/>
          <w:sz w:val="16"/>
          <w:u w:val="none"/>
        </w:rPr>
        <w:t xml:space="preserve"> being </w:t>
      </w:r>
      <w:r>
        <w:rPr>
          <w:b w:val="0"/>
          <w:i w:val="0"/>
          <w:smallCaps w:val="0"/>
          <w:strike w:val="0"/>
          <w:sz w:val="22"/>
          <w:u w:val="single"/>
        </w:rPr>
        <w:t>blamed for</w:t>
      </w:r>
      <w:r>
        <w:rPr>
          <w:b w:val="0"/>
          <w:i w:val="0"/>
          <w:smallCaps w:val="0"/>
          <w:strike w:val="0"/>
          <w:sz w:val="16"/>
          <w:u w:val="none"/>
        </w:rPr>
        <w:t xml:space="preserve"> some </w:t>
      </w:r>
      <w:r>
        <w:rPr>
          <w:b w:val="0"/>
          <w:i w:val="0"/>
          <w:smallCaps w:val="0"/>
          <w:strike w:val="0"/>
          <w:sz w:val="22"/>
          <w:u w:val="single"/>
        </w:rPr>
        <w:t xml:space="preserve">92% of all toxicity of bees in the </w:t>
      </w:r>
      <w:r>
        <w:rPr>
          <w:b/>
          <w:i w:val="0"/>
          <w:smallCaps w:val="0"/>
          <w:strike w:val="0"/>
          <w:sz w:val="22"/>
          <w:u w:val="single"/>
        </w:rPr>
        <w:t>U</w:t>
      </w:r>
      <w:r>
        <w:rPr>
          <w:b w:val="0"/>
          <w:i w:val="0"/>
          <w:smallCaps w:val="0"/>
          <w:strike w:val="0"/>
          <w:sz w:val="16"/>
          <w:u w:val="none"/>
        </w:rPr>
        <w:t xml:space="preserve">nited </w:t>
      </w:r>
      <w:r>
        <w:rPr>
          <w:b/>
          <w:i w:val="0"/>
          <w:smallCaps w:val="0"/>
          <w:strike w:val="0"/>
          <w:sz w:val="22"/>
          <w:u w:val="single"/>
        </w:rPr>
        <w:t>S</w:t>
      </w:r>
      <w:r>
        <w:rPr>
          <w:b w:val="0"/>
          <w:i w:val="0"/>
          <w:smallCaps w:val="0"/>
          <w:strike w:val="0"/>
          <w:sz w:val="16"/>
          <w:u w:val="none"/>
        </w:rPr>
        <w:t>tates. The consumption of neonics can be fatal for some 1,000 days after application, which means that our insect population is in near-constant danger.</w:t>
      </w:r>
    </w:p>
    <w:p>
      <w:pPr>
        <w:spacing w:after="60"/>
      </w:pPr>
      <w:r>
        <w:rPr>
          <w:b w:val="0"/>
          <w:i w:val="0"/>
          <w:smallCaps w:val="0"/>
          <w:strike w:val="0"/>
          <w:sz w:val="12"/>
          <w:u w:val="none"/>
        </w:rPr>
        <w:t>It’s not just bees that are at risk, either. Researchers use the toxicity to honeybees as a yardstick for measuring the danger of pesticides, as they are the species most at risk. It’s believed that if a substance is toxic to bees, however, no other insect stands a chance.</w:t>
      </w:r>
    </w:p>
    <w:p>
      <w:pPr>
        <w:spacing w:after="60"/>
      </w:pPr>
      <w:r>
        <w:rPr>
          <w:b w:val="0"/>
          <w:i w:val="0"/>
          <w:smallCaps w:val="0"/>
          <w:strike w:val="0"/>
          <w:sz w:val="12"/>
          <w:u w:val="none"/>
        </w:rPr>
        <w:t>What are neonics, and why are we using them?</w:t>
      </w:r>
    </w:p>
    <w:p>
      <w:pPr>
        <w:spacing w:after="60"/>
      </w:pPr>
      <w:r>
        <w:rPr>
          <w:b w:val="0"/>
          <w:i w:val="0"/>
          <w:smallCaps w:val="0"/>
          <w:strike w:val="0"/>
          <w:sz w:val="12"/>
          <w:u w:val="none"/>
        </w:rPr>
        <w:t>Neonics are a pesticide sprayed on some 140 different forms of crops. They are used all over the world to control insect populations, not just in the USA. This no doubt means that other nations have also taken notice of the decline in insect populations, though, at the time of writing, neonics remain legal and in regular use.</w:t>
      </w:r>
    </w:p>
    <w:p>
      <w:pPr>
        <w:spacing w:after="60"/>
      </w:pPr>
      <w:r>
        <w:rPr>
          <w:b w:val="0"/>
          <w:i w:val="0"/>
          <w:smallCaps w:val="0"/>
          <w:strike w:val="0"/>
          <w:sz w:val="12"/>
          <w:u w:val="none"/>
        </w:rPr>
        <w:t>While some degree of population control is required to prevent insects from devouring crops and leaving a landscape barren, the use of neonics is akin to cracking a walnut with a sledgehammer.</w:t>
      </w:r>
    </w:p>
    <w:p>
      <w:pPr>
        <w:spacing w:after="60"/>
      </w:pPr>
      <w:r>
        <w:rPr>
          <w:b w:val="0"/>
          <w:i w:val="0"/>
          <w:smallCaps w:val="0"/>
          <w:strike w:val="0"/>
          <w:sz w:val="12"/>
          <w:u w:val="none"/>
        </w:rPr>
        <w:t>Once an insect consumes this toxin, its entire nervous system comes under attack. Their nerves become overstimulated before the insect is paralyzed and dies. It’s not a fun way to go.</w:t>
      </w:r>
    </w:p>
    <w:p>
      <w:pPr>
        <w:spacing w:after="60"/>
      </w:pPr>
      <w:r>
        <w:rPr>
          <w:b w:val="0"/>
          <w:i w:val="0"/>
          <w:smallCaps w:val="0"/>
          <w:strike w:val="0"/>
          <w:sz w:val="12"/>
          <w:u w:val="none"/>
        </w:rPr>
        <w:t xml:space="preserve">Once the neonics are sprayed over plants, they are absorbed in their entirety. Every part of the plant will contain neonics, and the plant will remain toxic 24/7. Even dead leaves will remain dangerous to insects. Unfortunately, just 5% of the spray </w:t>
      </w:r>
      <w:r>
        <w:rPr>
          <w:b w:val="0"/>
          <w:i w:val="0"/>
          <w:smallCaps w:val="0"/>
          <w:strike w:val="0"/>
          <w:sz w:val="12"/>
          <w:u w:val="none"/>
        </w:rPr>
        <w:t>actually makes</w:t>
      </w:r>
      <w:r>
        <w:rPr>
          <w:b w:val="0"/>
          <w:i w:val="0"/>
          <w:smallCaps w:val="0"/>
          <w:strike w:val="0"/>
          <w:sz w:val="12"/>
          <w:u w:val="none"/>
        </w:rPr>
        <w:t xml:space="preserve"> it onto the plant.</w:t>
      </w:r>
    </w:p>
    <w:p>
      <w:pPr>
        <w:spacing w:after="60"/>
      </w:pPr>
      <w:r>
        <w:rPr>
          <w:b w:val="0"/>
          <w:i w:val="0"/>
          <w:smallCaps w:val="0"/>
          <w:strike w:val="0"/>
          <w:sz w:val="12"/>
          <w:u w:val="none"/>
        </w:rPr>
        <w:t>The rest will seep into the soil and dissolve in water. That means that any kind of rainfall can see neonic contaminate water supplies, including streams and ponds. Fish, it seems, is next on this chemical’s hit list.</w:t>
      </w:r>
    </w:p>
    <w:p>
      <w:pPr>
        <w:spacing w:after="60"/>
      </w:pPr>
      <w:r>
        <w:rPr>
          <w:b w:val="0"/>
          <w:i w:val="0"/>
          <w:smallCaps w:val="0"/>
          <w:strike w:val="0"/>
          <w:sz w:val="22"/>
          <w:u w:val="single"/>
        </w:rPr>
        <w:t>Even if bees survive</w:t>
      </w:r>
      <w:r>
        <w:rPr>
          <w:b w:val="0"/>
          <w:i w:val="0"/>
          <w:smallCaps w:val="0"/>
          <w:strike w:val="0"/>
          <w:sz w:val="16"/>
          <w:u w:val="none"/>
        </w:rPr>
        <w:t xml:space="preserve"> the </w:t>
      </w:r>
      <w:r>
        <w:rPr>
          <w:b w:val="0"/>
          <w:i w:val="0"/>
          <w:smallCaps w:val="0"/>
          <w:strike w:val="0"/>
          <w:sz w:val="22"/>
          <w:u w:val="single"/>
        </w:rPr>
        <w:t>ingestion</w:t>
      </w:r>
      <w:r>
        <w:rPr>
          <w:b w:val="0"/>
          <w:i w:val="0"/>
          <w:smallCaps w:val="0"/>
          <w:strike w:val="0"/>
          <w:sz w:val="16"/>
          <w:u w:val="none"/>
        </w:rPr>
        <w:t xml:space="preserve"> of neonics, </w:t>
      </w:r>
      <w:r>
        <w:rPr>
          <w:b w:val="0"/>
          <w:i w:val="0"/>
          <w:smallCaps w:val="0"/>
          <w:strike w:val="0"/>
          <w:sz w:val="22"/>
          <w:u w:val="single"/>
        </w:rPr>
        <w:t>they will</w:t>
      </w:r>
      <w:r>
        <w:rPr>
          <w:b w:val="0"/>
          <w:i w:val="0"/>
          <w:smallCaps w:val="0"/>
          <w:strike w:val="0"/>
          <w:sz w:val="16"/>
          <w:u w:val="none"/>
        </w:rPr>
        <w:t xml:space="preserve"> not </w:t>
      </w:r>
      <w:r>
        <w:rPr>
          <w:b w:val="0"/>
          <w:i w:val="0"/>
          <w:smallCaps w:val="0"/>
          <w:strike w:val="0"/>
          <w:sz w:val="22"/>
          <w:u w:val="single"/>
        </w:rPr>
        <w:t>be</w:t>
      </w:r>
      <w:r>
        <w:rPr>
          <w:b w:val="0"/>
          <w:i w:val="0"/>
          <w:smallCaps w:val="0"/>
          <w:strike w:val="0"/>
          <w:sz w:val="16"/>
          <w:u w:val="none"/>
        </w:rPr>
        <w:t xml:space="preserve"> the same afterward. Many bees are </w:t>
      </w:r>
      <w:r>
        <w:rPr>
          <w:b w:val="0"/>
          <w:i w:val="0"/>
          <w:smallCaps w:val="0"/>
          <w:strike w:val="0"/>
          <w:sz w:val="22"/>
          <w:u w:val="single"/>
        </w:rPr>
        <w:t xml:space="preserve">rendered </w:t>
      </w:r>
      <w:r>
        <w:rPr>
          <w:b/>
          <w:i w:val="0"/>
          <w:smallCaps w:val="0"/>
          <w:strike w:val="0"/>
          <w:sz w:val="22"/>
          <w:u w:val="single"/>
        </w:rPr>
        <w:t>infertile</w:t>
      </w:r>
      <w:r>
        <w:rPr>
          <w:b w:val="0"/>
          <w:i w:val="0"/>
          <w:smallCaps w:val="0"/>
          <w:strike w:val="0"/>
          <w:sz w:val="16"/>
          <w:u w:val="none"/>
        </w:rPr>
        <w:t xml:space="preserve"> after consuming the toxin </w:t>
      </w:r>
      <w:r>
        <w:rPr>
          <w:b w:val="0"/>
          <w:i w:val="0"/>
          <w:smallCaps w:val="0"/>
          <w:strike w:val="0"/>
          <w:sz w:val="22"/>
          <w:u w:val="single"/>
        </w:rPr>
        <w:t>and become</w:t>
      </w:r>
      <w:r>
        <w:rPr>
          <w:b w:val="0"/>
          <w:i w:val="0"/>
          <w:smallCaps w:val="0"/>
          <w:strike w:val="0"/>
          <w:sz w:val="16"/>
          <w:u w:val="none"/>
        </w:rPr>
        <w:t xml:space="preserve"> considerably more </w:t>
      </w:r>
      <w:r>
        <w:rPr>
          <w:b w:val="0"/>
          <w:i w:val="0"/>
          <w:smallCaps w:val="0"/>
          <w:strike w:val="0"/>
          <w:sz w:val="22"/>
          <w:u w:val="single"/>
        </w:rPr>
        <w:t>susceptible to other diseases</w:t>
      </w:r>
      <w:r>
        <w:rPr>
          <w:b w:val="0"/>
          <w:i w:val="0"/>
          <w:smallCaps w:val="0"/>
          <w:strike w:val="0"/>
          <w:sz w:val="16"/>
          <w:u w:val="none"/>
        </w:rPr>
        <w:t>. Besides, the damage to the nervous system can leave a bee unable to navigate and fly straight.</w:t>
      </w:r>
    </w:p>
    <w:p>
      <w:pPr>
        <w:spacing w:after="60"/>
      </w:pPr>
      <w:r>
        <w:rPr>
          <w:b w:val="0"/>
          <w:i w:val="0"/>
          <w:smallCaps w:val="0"/>
          <w:strike w:val="0"/>
          <w:sz w:val="16"/>
          <w:u w:val="none"/>
        </w:rPr>
        <w:t xml:space="preserve">Neonics have been harming the bee population for quite some time, but it’s only recently that </w:t>
      </w:r>
      <w:r>
        <w:rPr>
          <w:b/>
          <w:i w:val="0"/>
          <w:smallCaps w:val="0"/>
          <w:strike w:val="0"/>
          <w:sz w:val="22"/>
          <w:u w:val="single"/>
        </w:rPr>
        <w:t xml:space="preserve">scientific </w:t>
      </w:r>
      <w:r>
        <w:rPr>
          <w:b/>
          <w:i w:val="0"/>
          <w:smallCaps w:val="0"/>
          <w:strike w:val="0"/>
          <w:sz w:val="22"/>
          <w:highlight w:val="cyan"/>
          <w:u w:val="single"/>
        </w:rPr>
        <w:t>studies</w:t>
      </w:r>
      <w:r>
        <w:rPr>
          <w:b w:val="0"/>
          <w:i w:val="0"/>
          <w:smallCaps w:val="0"/>
          <w:strike w:val="0"/>
          <w:sz w:val="22"/>
          <w:u w:val="single"/>
        </w:rPr>
        <w:t xml:space="preserve"> have </w:t>
      </w:r>
      <w:r>
        <w:rPr>
          <w:b w:val="0"/>
          <w:i w:val="0"/>
          <w:smallCaps w:val="0"/>
          <w:strike w:val="0"/>
          <w:sz w:val="22"/>
          <w:highlight w:val="cyan"/>
          <w:u w:val="single"/>
        </w:rPr>
        <w:t>made</w:t>
      </w:r>
      <w:r>
        <w:rPr>
          <w:b w:val="0"/>
          <w:i w:val="0"/>
          <w:smallCaps w:val="0"/>
          <w:strike w:val="0"/>
          <w:sz w:val="22"/>
          <w:u w:val="single"/>
        </w:rPr>
        <w:t xml:space="preserve"> this </w:t>
      </w:r>
      <w:r>
        <w:rPr>
          <w:b w:val="0"/>
          <w:i w:val="0"/>
          <w:smallCaps w:val="0"/>
          <w:strike w:val="0"/>
          <w:sz w:val="22"/>
          <w:highlight w:val="cyan"/>
          <w:u w:val="single"/>
        </w:rPr>
        <w:t>clear</w:t>
      </w:r>
      <w:r>
        <w:rPr>
          <w:b w:val="0"/>
          <w:i w:val="0"/>
          <w:smallCaps w:val="0"/>
          <w:strike w:val="0"/>
          <w:sz w:val="22"/>
          <w:u w:val="single"/>
        </w:rPr>
        <w:t xml:space="preserve">. The </w:t>
      </w:r>
      <w:r>
        <w:rPr>
          <w:b w:val="0"/>
          <w:i w:val="0"/>
          <w:smallCaps w:val="0"/>
          <w:strike w:val="0"/>
          <w:sz w:val="22"/>
          <w:highlight w:val="cyan"/>
          <w:u w:val="single"/>
        </w:rPr>
        <w:t>use</w:t>
      </w:r>
      <w:r>
        <w:rPr>
          <w:b w:val="0"/>
          <w:i w:val="0"/>
          <w:smallCaps w:val="0"/>
          <w:strike w:val="0"/>
          <w:sz w:val="22"/>
          <w:u w:val="single"/>
        </w:rPr>
        <w:t xml:space="preserve"> of neonics</w:t>
      </w:r>
      <w:r>
        <w:rPr>
          <w:b w:val="0"/>
          <w:i w:val="0"/>
          <w:smallCaps w:val="0"/>
          <w:strike w:val="0"/>
          <w:sz w:val="16"/>
          <w:u w:val="none"/>
        </w:rPr>
        <w:t xml:space="preserve"> has </w:t>
      </w:r>
      <w:r>
        <w:rPr>
          <w:b/>
          <w:i w:val="0"/>
          <w:smallCaps w:val="0"/>
          <w:strike w:val="0"/>
          <w:sz w:val="22"/>
          <w:highlight w:val="cyan"/>
          <w:u w:val="single"/>
        </w:rPr>
        <w:t>coincide</w:t>
      </w:r>
      <w:r>
        <w:rPr>
          <w:b w:val="0"/>
          <w:i w:val="0"/>
          <w:smallCaps w:val="0"/>
          <w:strike w:val="0"/>
          <w:sz w:val="22"/>
          <w:u w:val="single"/>
        </w:rPr>
        <w:t xml:space="preserve">d </w:t>
      </w:r>
      <w:r>
        <w:rPr>
          <w:b w:val="0"/>
          <w:i w:val="0"/>
          <w:smallCaps w:val="0"/>
          <w:strike w:val="0"/>
          <w:sz w:val="22"/>
          <w:highlight w:val="cyan"/>
          <w:u w:val="single"/>
        </w:rPr>
        <w:t>with</w:t>
      </w:r>
      <w:r>
        <w:rPr>
          <w:b w:val="0"/>
          <w:i w:val="0"/>
          <w:smallCaps w:val="0"/>
          <w:strike w:val="0"/>
          <w:sz w:val="16"/>
          <w:u w:val="none"/>
        </w:rPr>
        <w:t xml:space="preserve"> beekeepers noting </w:t>
      </w:r>
      <w:r>
        <w:rPr>
          <w:b w:val="0"/>
          <w:i w:val="0"/>
          <w:smallCaps w:val="0"/>
          <w:strike w:val="0"/>
          <w:sz w:val="22"/>
          <w:u w:val="single"/>
        </w:rPr>
        <w:t xml:space="preserve">a </w:t>
      </w:r>
      <w:r>
        <w:rPr>
          <w:b/>
          <w:i w:val="0"/>
          <w:smallCaps w:val="0"/>
          <w:strike w:val="0"/>
          <w:sz w:val="22"/>
          <w:highlight w:val="cyan"/>
          <w:u w:val="single"/>
        </w:rPr>
        <w:t>steep</w:t>
      </w:r>
      <w:r>
        <w:rPr>
          <w:b w:val="0"/>
          <w:i w:val="0"/>
          <w:smallCaps w:val="0"/>
          <w:strike w:val="0"/>
          <w:sz w:val="22"/>
          <w:u w:val="single"/>
        </w:rPr>
        <w:t xml:space="preserve"> and </w:t>
      </w:r>
      <w:r>
        <w:rPr>
          <w:b/>
          <w:i w:val="0"/>
          <w:smallCaps w:val="0"/>
          <w:strike w:val="0"/>
          <w:sz w:val="22"/>
          <w:highlight w:val="cyan"/>
          <w:u w:val="single"/>
        </w:rPr>
        <w:t>steady</w:t>
      </w:r>
      <w:r>
        <w:rPr>
          <w:b w:val="0"/>
          <w:i w:val="0"/>
          <w:smallCaps w:val="0"/>
          <w:strike w:val="0"/>
          <w:sz w:val="22"/>
          <w:highlight w:val="cyan"/>
          <w:u w:val="single"/>
        </w:rPr>
        <w:t xml:space="preserve"> decline</w:t>
      </w:r>
      <w:r>
        <w:rPr>
          <w:b w:val="0"/>
          <w:i w:val="0"/>
          <w:smallCaps w:val="0"/>
          <w:strike w:val="0"/>
          <w:sz w:val="22"/>
          <w:u w:val="single"/>
        </w:rPr>
        <w:t xml:space="preserve"> in</w:t>
      </w:r>
      <w:r>
        <w:rPr>
          <w:b w:val="0"/>
          <w:i w:val="0"/>
          <w:smallCaps w:val="0"/>
          <w:strike w:val="0"/>
          <w:sz w:val="16"/>
          <w:u w:val="none"/>
        </w:rPr>
        <w:t xml:space="preserve"> the size of their </w:t>
      </w:r>
      <w:r>
        <w:rPr>
          <w:b w:val="0"/>
          <w:i w:val="0"/>
          <w:smallCaps w:val="0"/>
          <w:strike w:val="0"/>
          <w:sz w:val="22"/>
          <w:u w:val="single"/>
        </w:rPr>
        <w:t>hives</w:t>
      </w:r>
      <w:r>
        <w:rPr>
          <w:b w:val="0"/>
          <w:i w:val="0"/>
          <w:smallCaps w:val="0"/>
          <w:strike w:val="0"/>
          <w:sz w:val="16"/>
          <w:u w:val="none"/>
        </w:rPr>
        <w:t>.</w:t>
      </w:r>
    </w:p>
    <w:p>
      <w:pPr>
        <w:spacing w:after="60"/>
      </w:pPr>
      <w:r>
        <w:rPr>
          <w:b w:val="0"/>
          <w:i w:val="0"/>
          <w:smallCaps w:val="0"/>
          <w:strike w:val="0"/>
          <w:sz w:val="12"/>
          <w:u w:val="none"/>
        </w:rPr>
        <w:t>The devastation may be slightly overstated. It takes a brave soul with plenty of time on their hands – and an impressive immunity to stings – to sit and individually count every single bee that crawls on a hive and update records.</w:t>
      </w:r>
    </w:p>
    <w:p>
      <w:pPr>
        <w:spacing w:after="60"/>
      </w:pPr>
      <w:r>
        <w:rPr>
          <w:b w:val="0"/>
          <w:i w:val="0"/>
          <w:smallCaps w:val="0"/>
          <w:strike w:val="0"/>
          <w:sz w:val="12"/>
          <w:u w:val="none"/>
        </w:rPr>
        <w:t>The flipside of this is that it’s equally like the damage is being under-represented. This is a genuine and present danger to our bee population, and it must be taken seriously.</w:t>
      </w:r>
    </w:p>
    <w:p>
      <w:pPr>
        <w:spacing w:after="60"/>
      </w:pPr>
      <w:r>
        <w:rPr>
          <w:b w:val="0"/>
          <w:i w:val="0"/>
          <w:smallCaps w:val="0"/>
          <w:strike w:val="0"/>
          <w:sz w:val="12"/>
          <w:u w:val="none"/>
        </w:rPr>
        <w:t>But inevitably the farming industry will struggle without pesticides?</w:t>
      </w:r>
    </w:p>
    <w:p>
      <w:pPr>
        <w:spacing w:after="60"/>
      </w:pPr>
      <w:r>
        <w:rPr>
          <w:b w:val="0"/>
          <w:i w:val="0"/>
          <w:smallCaps w:val="0"/>
          <w:strike w:val="0"/>
          <w:sz w:val="12"/>
          <w:u w:val="none"/>
        </w:rPr>
        <w:t xml:space="preserve">Not at all. Kendra Klein, who holds the position of senior staff scientist at Friends of the Earth, is quoted as saying, “We don’t need neonics. We have four decades of research and evidence that </w:t>
      </w:r>
      <w:r>
        <w:rPr>
          <w:b w:val="0"/>
          <w:i w:val="0"/>
          <w:smallCaps w:val="0"/>
          <w:strike w:val="0"/>
          <w:sz w:val="12"/>
          <w:u w:val="none"/>
        </w:rPr>
        <w:t>agro</w:t>
      </w:r>
      <w:r>
        <w:rPr>
          <w:b w:val="0"/>
          <w:i w:val="0"/>
          <w:smallCaps w:val="0"/>
          <w:strike w:val="0"/>
          <w:sz w:val="12"/>
          <w:u w:val="none"/>
        </w:rPr>
        <w:t>-ecological farming methods can grow our food without decimating pollinators.”</w:t>
      </w:r>
    </w:p>
    <w:p>
      <w:pPr>
        <w:spacing w:after="60"/>
      </w:pPr>
      <w:r>
        <w:rPr>
          <w:b w:val="0"/>
          <w:i w:val="0"/>
          <w:smallCaps w:val="0"/>
          <w:strike w:val="0"/>
          <w:sz w:val="12"/>
          <w:u w:val="none"/>
        </w:rPr>
        <w:t>The evidence that Ms. Klein refers to can be studied in this paper, published by the South Dakota State University. The study claims that farms that do not use pesticides experienced less pressure from insects and turned higher profits.</w:t>
      </w:r>
    </w:p>
    <w:p>
      <w:pPr>
        <w:spacing w:after="60"/>
      </w:pPr>
      <w:r>
        <w:rPr>
          <w:b w:val="0"/>
          <w:i w:val="0"/>
          <w:smallCaps w:val="0"/>
          <w:strike w:val="0"/>
          <w:sz w:val="16"/>
          <w:u w:val="none"/>
        </w:rPr>
        <w:t xml:space="preserve">This suggests that </w:t>
      </w:r>
      <w:r>
        <w:rPr>
          <w:b w:val="0"/>
          <w:i w:val="0"/>
          <w:smallCaps w:val="0"/>
          <w:strike w:val="0"/>
          <w:sz w:val="22"/>
          <w:u w:val="single"/>
        </w:rPr>
        <w:t>the approach of</w:t>
      </w:r>
      <w:r>
        <w:rPr>
          <w:b w:val="0"/>
          <w:i w:val="0"/>
          <w:smallCaps w:val="0"/>
          <w:strike w:val="0"/>
          <w:sz w:val="16"/>
          <w:u w:val="none"/>
        </w:rPr>
        <w:t xml:space="preserve"> the </w:t>
      </w:r>
      <w:r>
        <w:rPr>
          <w:b w:val="0"/>
          <w:i w:val="0"/>
          <w:smallCaps w:val="0"/>
          <w:strike w:val="0"/>
          <w:sz w:val="22"/>
          <w:highlight w:val="cyan"/>
          <w:u w:val="single"/>
        </w:rPr>
        <w:t>farming</w:t>
      </w:r>
      <w:r>
        <w:rPr>
          <w:b w:val="0"/>
          <w:i w:val="0"/>
          <w:smallCaps w:val="0"/>
          <w:strike w:val="0"/>
          <w:sz w:val="16"/>
          <w:u w:val="none"/>
        </w:rPr>
        <w:t xml:space="preserve"> industry </w:t>
      </w:r>
      <w:r>
        <w:rPr>
          <w:b w:val="0"/>
          <w:i w:val="0"/>
          <w:smallCaps w:val="0"/>
          <w:strike w:val="0"/>
          <w:sz w:val="22"/>
          <w:highlight w:val="cyan"/>
          <w:u w:val="single"/>
        </w:rPr>
        <w:t>needs to change</w:t>
      </w:r>
      <w:r>
        <w:rPr>
          <w:b w:val="0"/>
          <w:i w:val="0"/>
          <w:smallCaps w:val="0"/>
          <w:strike w:val="0"/>
          <w:sz w:val="22"/>
          <w:u w:val="single"/>
        </w:rPr>
        <w:t xml:space="preserve"> – and </w:t>
      </w:r>
      <w:r>
        <w:rPr>
          <w:b/>
          <w:i w:val="0"/>
          <w:smallCaps w:val="0"/>
          <w:strike w:val="0"/>
          <w:sz w:val="22"/>
          <w:highlight w:val="cyan"/>
          <w:u w:val="single"/>
        </w:rPr>
        <w:t>fast</w:t>
      </w:r>
      <w:r>
        <w:rPr>
          <w:b w:val="0"/>
          <w:i w:val="0"/>
          <w:smallCaps w:val="0"/>
          <w:strike w:val="0"/>
          <w:sz w:val="16"/>
          <w:u w:val="none"/>
        </w:rPr>
        <w:t xml:space="preserve">. The use of neonics, coupled with the destruction of natural insect habitats and climate change, means that up to </w:t>
      </w:r>
      <w:r>
        <w:rPr>
          <w:b w:val="0"/>
          <w:i w:val="0"/>
          <w:smallCaps w:val="0"/>
          <w:strike w:val="0"/>
          <w:sz w:val="22"/>
          <w:u w:val="single"/>
        </w:rPr>
        <w:t>40% of all insect species could be rendered extinct</w:t>
      </w:r>
      <w:r>
        <w:rPr>
          <w:b w:val="0"/>
          <w:i w:val="0"/>
          <w:smallCaps w:val="0"/>
          <w:strike w:val="0"/>
          <w:sz w:val="16"/>
          <w:u w:val="none"/>
        </w:rPr>
        <w:t>. That’s according to a study published in Biological Conservation.</w:t>
      </w:r>
    </w:p>
    <w:p>
      <w:pPr>
        <w:pStyle w:val="Caption"/>
      </w:pPr>
      <w:r>
        <w:t>Source: Marijuana - Michigan 7 2024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