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Independently, m</w:t>
      </w:r>
      <w:r>
        <w:rPr>
          <w:b/>
          <w:i w:val="0"/>
          <w:smallCaps w:val="0"/>
          <w:strike w:val="0"/>
          <w:sz w:val="26"/>
          <w:u w:val="none"/>
        </w:rPr>
        <w:t xml:space="preserve">arijuana innovation </w:t>
      </w:r>
      <w:r>
        <w:rPr>
          <w:b/>
          <w:i w:val="0"/>
          <w:smallCaps w:val="0"/>
          <w:strike w:val="0"/>
          <w:sz w:val="26"/>
          <w:u w:val="single"/>
        </w:rPr>
        <w:t>allows us</w:t>
      </w:r>
      <w:r>
        <w:rPr>
          <w:b/>
          <w:i w:val="0"/>
          <w:smallCaps w:val="0"/>
          <w:strike w:val="0"/>
          <w:sz w:val="26"/>
          <w:u w:val="none"/>
        </w:rPr>
        <w:t xml:space="preserve"> to </w:t>
      </w:r>
      <w:r>
        <w:rPr>
          <w:b/>
          <w:i w:val="0"/>
          <w:smallCaps w:val="0"/>
          <w:strike w:val="0"/>
          <w:sz w:val="26"/>
          <w:u w:val="single"/>
        </w:rPr>
        <w:t>survive nuclear war</w:t>
      </w:r>
      <w:r>
        <w:rPr>
          <w:b/>
          <w:i w:val="0"/>
          <w:smallCaps w:val="0"/>
          <w:strike w:val="0"/>
          <w:sz w:val="26"/>
          <w:u w:val="none"/>
        </w:rPr>
        <w:t>.</w:t>
      </w:r>
    </w:p>
    <w:p>
      <w:pPr>
        <w:spacing w:after="80"/>
      </w:pPr>
      <w:r>
        <w:rPr>
          <w:b w:val="0"/>
          <w:i w:val="0"/>
          <w:smallCaps w:val="0"/>
          <w:strike w:val="0"/>
          <w:u w:val="none"/>
        </w:rPr>
        <w:t xml:space="preserve">Teresa </w:t>
      </w:r>
      <w:r>
        <w:rPr>
          <w:b/>
          <w:i w:val="0"/>
          <w:smallCaps w:val="0"/>
          <w:strike w:val="0"/>
          <w:sz w:val="26"/>
          <w:u w:val="none"/>
        </w:rPr>
        <w:t>Green 18</w:t>
      </w:r>
      <w:r>
        <w:rPr>
          <w:b w:val="0"/>
          <w:i w:val="0"/>
          <w:smallCaps w:val="0"/>
          <w:strike w:val="0"/>
          <w:u w:val="none"/>
        </w:rPr>
        <w:t xml:space="preserve">, </w:t>
      </w:r>
      <w:r>
        <w:rPr>
          <w:b w:val="0"/>
          <w:i w:val="0"/>
          <w:smallCaps w:val="0"/>
          <w:strike w:val="0"/>
          <w:u w:val="none"/>
        </w:rPr>
        <w:t>writer at the Rooster Magazine</w:t>
      </w:r>
      <w:r>
        <w:rPr>
          <w:b w:val="0"/>
          <w:i w:val="0"/>
          <w:smallCaps w:val="0"/>
          <w:strike w:val="0"/>
          <w:u w:val="none"/>
        </w:rPr>
        <w:t xml:space="preserve">; </w:t>
      </w:r>
      <w:r>
        <w:rPr>
          <w:b w:val="0"/>
          <w:i w:val="0"/>
          <w:smallCaps w:val="0"/>
          <w:strike w:val="0"/>
          <w:u w:val="none"/>
        </w:rPr>
        <w:t xml:space="preserve">citing Slavik </w:t>
      </w:r>
      <w:r>
        <w:rPr>
          <w:b w:val="0"/>
          <w:i w:val="0"/>
          <w:smallCaps w:val="0"/>
          <w:strike w:val="0"/>
          <w:u w:val="none"/>
        </w:rPr>
        <w:t>Dushenkov</w:t>
      </w:r>
      <w:r>
        <w:rPr>
          <w:b w:val="0"/>
          <w:i w:val="0"/>
          <w:smallCaps w:val="0"/>
          <w:strike w:val="0"/>
          <w:u w:val="none"/>
        </w:rPr>
        <w:t xml:space="preserve">, a research scientist that works with </w:t>
      </w:r>
      <w:r>
        <w:rPr>
          <w:b w:val="0"/>
          <w:i w:val="0"/>
          <w:smallCaps w:val="0"/>
          <w:strike w:val="0"/>
          <w:u w:val="none"/>
        </w:rPr>
        <w:t>Phytotech’s</w:t>
      </w:r>
      <w:r>
        <w:rPr>
          <w:b w:val="0"/>
          <w:i w:val="0"/>
          <w:smallCaps w:val="0"/>
          <w:strike w:val="0"/>
          <w:u w:val="none"/>
        </w:rPr>
        <w:t xml:space="preserve"> science labs</w:t>
      </w:r>
      <w:r>
        <w:rPr>
          <w:b w:val="0"/>
          <w:i w:val="0"/>
          <w:smallCaps w:val="0"/>
          <w:strike w:val="0"/>
          <w:u w:val="none"/>
        </w:rPr>
        <w:t>, 4/6/2018,</w:t>
      </w:r>
      <w:r>
        <w:rPr>
          <w:b w:val="0"/>
          <w:i w:val="0"/>
          <w:smallCaps w:val="0"/>
          <w:strike w:val="0"/>
          <w:u w:val="none"/>
        </w:rPr>
        <w:t xml:space="preserve"> “Cannabis is being used to clean up radiation at places like Chernobyl</w:t>
      </w:r>
      <w:r>
        <w:rPr>
          <w:b w:val="0"/>
          <w:i w:val="0"/>
          <w:smallCaps w:val="0"/>
          <w:strike w:val="0"/>
          <w:u w:val="none"/>
        </w:rPr>
        <w:t>,</w:t>
      </w:r>
      <w:r>
        <w:rPr>
          <w:b w:val="0"/>
          <w:i w:val="0"/>
          <w:smallCaps w:val="0"/>
          <w:strike w:val="0"/>
          <w:u w:val="none"/>
        </w:rPr>
        <w:t>”</w:t>
      </w:r>
      <w:r>
        <w:rPr>
          <w:b w:val="0"/>
          <w:i w:val="0"/>
          <w:smallCaps w:val="0"/>
          <w:strike w:val="0"/>
          <w:u w:val="none"/>
        </w:rPr>
        <w:t xml:space="preserve"> </w:t>
      </w:r>
      <w:r>
        <w:rPr>
          <w:b w:val="0"/>
          <w:i w:val="0"/>
          <w:smallCaps w:val="0"/>
          <w:strike w:val="0"/>
          <w:u w:val="none"/>
        </w:rPr>
        <w:t>The Rooster</w:t>
      </w:r>
      <w:r>
        <w:rPr>
          <w:b w:val="0"/>
          <w:i w:val="0"/>
          <w:smallCaps w:val="0"/>
          <w:strike w:val="0"/>
          <w:u w:val="none"/>
        </w:rPr>
        <w:t xml:space="preserve">, </w:t>
      </w:r>
      <w:r>
        <w:rPr>
          <w:b w:val="0"/>
          <w:i w:val="0"/>
          <w:smallCaps w:val="0"/>
          <w:strike w:val="0"/>
          <w:u w:val="none"/>
        </w:rPr>
        <w:t>https://therooster.com/articles/cannabis-is-being-used-to-clean-up-radiation-at-places-like-chernobyl/</w:t>
      </w:r>
      <w:r>
        <w:rPr>
          <w:b w:val="0"/>
          <w:i w:val="0"/>
          <w:smallCaps w:val="0"/>
          <w:strike w:val="0"/>
          <w:u w:val="none"/>
        </w:rPr>
        <w:t xml:space="preserve">, </w:t>
      </w:r>
      <w:r>
        <w:rPr>
          <w:b w:val="0"/>
          <w:i w:val="0"/>
          <w:smallCaps w:val="0"/>
          <w:strike w:val="0"/>
          <w:u w:val="none"/>
        </w:rPr>
        <w:t>IL</w:t>
      </w:r>
    </w:p>
    <w:p>
      <w:pPr>
        <w:spacing w:after="60"/>
      </w:pPr>
      <w:r>
        <w:rPr>
          <w:b/>
          <w:i w:val="0"/>
          <w:smallCaps w:val="0"/>
          <w:strike w:val="0"/>
          <w:sz w:val="22"/>
          <w:highlight w:val="cyan"/>
          <w:u w:val="single"/>
        </w:rPr>
        <w:t>Cannabis</w:t>
      </w:r>
      <w:r>
        <w:rPr>
          <w:b w:val="0"/>
          <w:i w:val="0"/>
          <w:smallCaps w:val="0"/>
          <w:strike w:val="0"/>
          <w:u w:val="single"/>
        </w:rPr>
        <w:t xml:space="preserve"> is </w:t>
      </w:r>
      <w:r>
        <w:rPr>
          <w:b/>
          <w:i w:val="0"/>
          <w:smallCaps w:val="0"/>
          <w:strike w:val="0"/>
          <w:sz w:val="22"/>
          <w:u w:val="single"/>
        </w:rPr>
        <w:t xml:space="preserve">often </w:t>
      </w:r>
      <w:r>
        <w:rPr>
          <w:b/>
          <w:i w:val="0"/>
          <w:smallCaps w:val="0"/>
          <w:strike w:val="0"/>
          <w:sz w:val="22"/>
          <w:u w:val="single"/>
        </w:rPr>
        <w:t>refered</w:t>
      </w:r>
      <w:r>
        <w:rPr>
          <w:b w:val="0"/>
          <w:i w:val="0"/>
          <w:smallCaps w:val="0"/>
          <w:strike w:val="0"/>
          <w:u w:val="single"/>
        </w:rPr>
        <w:t xml:space="preserve"> to as a </w:t>
      </w:r>
      <w:r>
        <w:rPr>
          <w:b/>
          <w:i w:val="0"/>
          <w:smallCaps w:val="0"/>
          <w:strike w:val="0"/>
          <w:sz w:val="22"/>
          <w:u w:val="single"/>
        </w:rPr>
        <w:t>miracle plant</w:t>
      </w:r>
      <w:r>
        <w:rPr>
          <w:b w:val="0"/>
          <w:i w:val="0"/>
          <w:smallCaps w:val="0"/>
          <w:strike w:val="0"/>
          <w:sz w:val="16"/>
          <w:u w:val="none"/>
        </w:rPr>
        <w:t xml:space="preserve">, renowned for its recreational, medicinal and economic benefits. But </w:t>
      </w:r>
      <w:r>
        <w:rPr>
          <w:b w:val="0"/>
          <w:i w:val="0"/>
          <w:smallCaps w:val="0"/>
          <w:strike w:val="0"/>
          <w:u w:val="single"/>
        </w:rPr>
        <w:t>its surprising ability to remove radioactive waste from soil</w:t>
      </w:r>
      <w:r>
        <w:rPr>
          <w:b w:val="0"/>
          <w:i w:val="0"/>
          <w:smallCaps w:val="0"/>
          <w:strike w:val="0"/>
          <w:sz w:val="16"/>
          <w:u w:val="none"/>
        </w:rPr>
        <w:t xml:space="preserve"> is new. It turns out, that one of the best helpers for people of going through radioactive chemotherapy </w:t>
      </w:r>
      <w:r>
        <w:rPr>
          <w:b w:val="0"/>
          <w:i w:val="0"/>
          <w:smallCaps w:val="0"/>
          <w:strike w:val="0"/>
          <w:u w:val="single"/>
        </w:rPr>
        <w:t xml:space="preserve">also </w:t>
      </w:r>
      <w:r>
        <w:rPr>
          <w:b/>
          <w:i w:val="0"/>
          <w:smallCaps w:val="0"/>
          <w:strike w:val="0"/>
          <w:sz w:val="22"/>
          <w:highlight w:val="cyan"/>
          <w:u w:val="single"/>
        </w:rPr>
        <w:t>combats</w:t>
      </w:r>
      <w:r>
        <w:rPr>
          <w:b w:val="0"/>
          <w:i w:val="0"/>
          <w:smallCaps w:val="0"/>
          <w:strike w:val="0"/>
          <w:u w:val="single"/>
        </w:rPr>
        <w:t xml:space="preserve"> the </w:t>
      </w:r>
      <w:r>
        <w:rPr>
          <w:b/>
          <w:i w:val="0"/>
          <w:smallCaps w:val="0"/>
          <w:strike w:val="0"/>
          <w:sz w:val="22"/>
          <w:u w:val="single"/>
        </w:rPr>
        <w:t>effects</w:t>
      </w:r>
      <w:r>
        <w:rPr>
          <w:b w:val="0"/>
          <w:i w:val="0"/>
          <w:smallCaps w:val="0"/>
          <w:strike w:val="0"/>
          <w:u w:val="single"/>
        </w:rPr>
        <w:t xml:space="preserve"> of </w:t>
      </w:r>
      <w:r>
        <w:rPr>
          <w:b/>
          <w:i w:val="0"/>
          <w:smallCaps w:val="0"/>
          <w:strike w:val="0"/>
          <w:sz w:val="22"/>
          <w:highlight w:val="cyan"/>
          <w:u w:val="single"/>
        </w:rPr>
        <w:t>radioactivity</w:t>
      </w:r>
      <w:r>
        <w:rPr>
          <w:b w:val="0"/>
          <w:i w:val="0"/>
          <w:smallCaps w:val="0"/>
          <w:strike w:val="0"/>
          <w:u w:val="single"/>
        </w:rPr>
        <w:t xml:space="preserve"> in the </w:t>
      </w:r>
      <w:r>
        <w:rPr>
          <w:b/>
          <w:i w:val="0"/>
          <w:smallCaps w:val="0"/>
          <w:strike w:val="0"/>
          <w:sz w:val="22"/>
          <w:u w:val="single"/>
        </w:rPr>
        <w:t>ground</w:t>
      </w:r>
      <w:r>
        <w:rPr>
          <w:b w:val="0"/>
          <w:i w:val="0"/>
          <w:smallCaps w:val="0"/>
          <w:strike w:val="0"/>
          <w:sz w:val="16"/>
          <w:u w:val="none"/>
        </w:rPr>
        <w:t>.</w:t>
      </w:r>
    </w:p>
    <w:p>
      <w:pPr>
        <w:spacing w:after="60"/>
      </w:pPr>
      <w:r>
        <w:rPr>
          <w:b w:val="0"/>
          <w:i w:val="0"/>
          <w:smallCaps w:val="0"/>
          <w:strike w:val="0"/>
          <w:sz w:val="16"/>
          <w:u w:val="none"/>
        </w:rPr>
        <w:t xml:space="preserve">If the current news cycle has you in palpitations, don’t worry, </w:t>
      </w:r>
      <w:r>
        <w:rPr>
          <w:b/>
          <w:i w:val="0"/>
          <w:smallCaps w:val="0"/>
          <w:strike w:val="0"/>
          <w:sz w:val="22"/>
          <w:highlight w:val="cyan"/>
          <w:u w:val="single"/>
        </w:rPr>
        <w:t>humans</w:t>
      </w:r>
      <w:r>
        <w:rPr>
          <w:b w:val="0"/>
          <w:i w:val="0"/>
          <w:smallCaps w:val="0"/>
          <w:strike w:val="0"/>
          <w:u w:val="single"/>
        </w:rPr>
        <w:t xml:space="preserve"> may be </w:t>
      </w:r>
      <w:r>
        <w:rPr>
          <w:b/>
          <w:i w:val="0"/>
          <w:smallCaps w:val="0"/>
          <w:strike w:val="0"/>
          <w:sz w:val="22"/>
          <w:highlight w:val="cyan"/>
          <w:u w:val="single"/>
        </w:rPr>
        <w:t>able</w:t>
      </w:r>
      <w:r>
        <w:rPr>
          <w:b w:val="0"/>
          <w:i w:val="0"/>
          <w:smallCaps w:val="0"/>
          <w:strike w:val="0"/>
          <w:highlight w:val="cyan"/>
          <w:u w:val="single"/>
        </w:rPr>
        <w:t xml:space="preserve"> to </w:t>
      </w:r>
      <w:r>
        <w:rPr>
          <w:b/>
          <w:i w:val="0"/>
          <w:smallCaps w:val="0"/>
          <w:strike w:val="0"/>
          <w:sz w:val="22"/>
          <w:highlight w:val="cyan"/>
          <w:u w:val="single"/>
        </w:rPr>
        <w:t>survive nuclear war</w:t>
      </w:r>
      <w:r>
        <w:rPr>
          <w:b w:val="0"/>
          <w:i w:val="0"/>
          <w:smallCaps w:val="0"/>
          <w:strike w:val="0"/>
          <w:highlight w:val="cyan"/>
          <w:u w:val="single"/>
        </w:rPr>
        <w:t xml:space="preserve"> and</w:t>
      </w:r>
      <w:r>
        <w:rPr>
          <w:b w:val="0"/>
          <w:i w:val="0"/>
          <w:smallCaps w:val="0"/>
          <w:strike w:val="0"/>
          <w:u w:val="single"/>
        </w:rPr>
        <w:t xml:space="preserve"> </w:t>
      </w:r>
      <w:r>
        <w:rPr>
          <w:b/>
          <w:i w:val="0"/>
          <w:smallCaps w:val="0"/>
          <w:strike w:val="0"/>
          <w:sz w:val="22"/>
          <w:u w:val="single"/>
        </w:rPr>
        <w:t>even</w:t>
      </w:r>
      <w:r>
        <w:rPr>
          <w:b w:val="0"/>
          <w:i w:val="0"/>
          <w:smallCaps w:val="0"/>
          <w:strike w:val="0"/>
          <w:u w:val="single"/>
        </w:rPr>
        <w:t xml:space="preserve"> the </w:t>
      </w:r>
      <w:r>
        <w:rPr>
          <w:b/>
          <w:i w:val="0"/>
          <w:smallCaps w:val="0"/>
          <w:strike w:val="0"/>
          <w:sz w:val="22"/>
          <w:highlight w:val="cyan"/>
          <w:u w:val="single"/>
        </w:rPr>
        <w:t>nuclear winter</w:t>
      </w:r>
      <w:r>
        <w:rPr>
          <w:b/>
          <w:i w:val="0"/>
          <w:smallCaps w:val="0"/>
          <w:strike w:val="0"/>
          <w:sz w:val="22"/>
          <w:u w:val="single"/>
        </w:rPr>
        <w:t xml:space="preserve"> afterwards</w:t>
      </w:r>
      <w:r>
        <w:rPr>
          <w:b w:val="0"/>
          <w:i w:val="0"/>
          <w:smallCaps w:val="0"/>
          <w:strike w:val="0"/>
          <w:u w:val="single"/>
        </w:rPr>
        <w:t xml:space="preserve"> </w:t>
      </w:r>
      <w:r>
        <w:rPr>
          <w:b w:val="0"/>
          <w:i w:val="0"/>
          <w:smallCaps w:val="0"/>
          <w:strike w:val="0"/>
          <w:highlight w:val="cyan"/>
          <w:u w:val="single"/>
        </w:rPr>
        <w:t>with</w:t>
      </w:r>
      <w:r>
        <w:rPr>
          <w:b w:val="0"/>
          <w:i w:val="0"/>
          <w:smallCaps w:val="0"/>
          <w:strike w:val="0"/>
          <w:u w:val="single"/>
        </w:rPr>
        <w:t xml:space="preserve"> the cure-all panacea that is </w:t>
      </w:r>
      <w:r>
        <w:rPr>
          <w:b w:val="0"/>
          <w:i w:val="0"/>
          <w:smallCaps w:val="0"/>
          <w:strike w:val="0"/>
          <w:highlight w:val="cyan"/>
          <w:u w:val="single"/>
        </w:rPr>
        <w:t>marijuana</w:t>
      </w:r>
      <w:r>
        <w:rPr>
          <w:b w:val="0"/>
          <w:i w:val="0"/>
          <w:smallCaps w:val="0"/>
          <w:strike w:val="0"/>
          <w:sz w:val="16"/>
          <w:u w:val="none"/>
        </w:rPr>
        <w:t xml:space="preserve">. </w:t>
      </w:r>
      <w:r>
        <w:rPr>
          <w:b w:val="0"/>
          <w:i w:val="0"/>
          <w:smallCaps w:val="0"/>
          <w:strike w:val="0"/>
          <w:u w:val="single"/>
        </w:rPr>
        <w:t>It may sound far-fetched</w:t>
      </w:r>
      <w:r>
        <w:rPr>
          <w:b w:val="0"/>
          <w:i w:val="0"/>
          <w:smallCaps w:val="0"/>
          <w:strike w:val="0"/>
          <w:sz w:val="16"/>
          <w:u w:val="none"/>
        </w:rPr>
        <w:t xml:space="preserve">, </w:t>
      </w:r>
      <w:r>
        <w:rPr>
          <w:b w:val="0"/>
          <w:i w:val="0"/>
          <w:smallCaps w:val="0"/>
          <w:strike w:val="0"/>
          <w:u w:val="single"/>
        </w:rPr>
        <w:t xml:space="preserve">but </w:t>
      </w:r>
      <w:r>
        <w:rPr>
          <w:b w:val="0"/>
          <w:i w:val="0"/>
          <w:smallCaps w:val="0"/>
          <w:strike w:val="0"/>
          <w:highlight w:val="cyan"/>
          <w:u w:val="single"/>
        </w:rPr>
        <w:t>beyond</w:t>
      </w:r>
      <w:r>
        <w:rPr>
          <w:b w:val="0"/>
          <w:i w:val="0"/>
          <w:smallCaps w:val="0"/>
          <w:strike w:val="0"/>
          <w:u w:val="single"/>
        </w:rPr>
        <w:t xml:space="preserve"> the benefits of </w:t>
      </w:r>
      <w:r>
        <w:rPr>
          <w:b w:val="0"/>
          <w:i w:val="0"/>
          <w:smallCaps w:val="0"/>
          <w:strike w:val="0"/>
          <w:highlight w:val="cyan"/>
          <w:u w:val="single"/>
        </w:rPr>
        <w:t>taking</w:t>
      </w:r>
      <w:r>
        <w:rPr>
          <w:b w:val="0"/>
          <w:i w:val="0"/>
          <w:smallCaps w:val="0"/>
          <w:strike w:val="0"/>
          <w:u w:val="single"/>
        </w:rPr>
        <w:t xml:space="preserve"> a few </w:t>
      </w:r>
      <w:r>
        <w:rPr>
          <w:b w:val="0"/>
          <w:i w:val="0"/>
          <w:smallCaps w:val="0"/>
          <w:strike w:val="0"/>
          <w:highlight w:val="cyan"/>
          <w:u w:val="single"/>
        </w:rPr>
        <w:t>puffs to soften</w:t>
      </w:r>
      <w:r>
        <w:rPr>
          <w:b w:val="0"/>
          <w:i w:val="0"/>
          <w:smallCaps w:val="0"/>
          <w:strike w:val="0"/>
          <w:u w:val="single"/>
        </w:rPr>
        <w:t xml:space="preserve"> the blow of </w:t>
      </w:r>
      <w:r>
        <w:rPr>
          <w:b w:val="0"/>
          <w:i w:val="0"/>
          <w:smallCaps w:val="0"/>
          <w:strike w:val="0"/>
          <w:highlight w:val="cyan"/>
          <w:u w:val="single"/>
        </w:rPr>
        <w:t>hellfire</w:t>
      </w:r>
      <w:r>
        <w:rPr>
          <w:b w:val="0"/>
          <w:i w:val="0"/>
          <w:smallCaps w:val="0"/>
          <w:strike w:val="0"/>
          <w:u w:val="single"/>
        </w:rPr>
        <w:t xml:space="preserve"> and </w:t>
      </w:r>
      <w:r>
        <w:rPr>
          <w:b/>
          <w:i w:val="0"/>
          <w:smallCaps w:val="0"/>
          <w:strike w:val="0"/>
          <w:sz w:val="22"/>
          <w:u w:val="single"/>
        </w:rPr>
        <w:t>apocalyptic horsemen</w:t>
      </w:r>
      <w:r>
        <w:rPr>
          <w:b w:val="0"/>
          <w:i w:val="0"/>
          <w:smallCaps w:val="0"/>
          <w:strike w:val="0"/>
          <w:sz w:val="16"/>
          <w:u w:val="none"/>
        </w:rPr>
        <w:t xml:space="preserve"> raining down on us all, </w:t>
      </w:r>
      <w:r>
        <w:rPr>
          <w:b/>
          <w:i w:val="0"/>
          <w:smallCaps w:val="0"/>
          <w:strike w:val="0"/>
          <w:sz w:val="22"/>
          <w:highlight w:val="cyan"/>
          <w:u w:val="single"/>
        </w:rPr>
        <w:t>cannabis</w:t>
      </w:r>
      <w:r>
        <w:rPr>
          <w:b w:val="0"/>
          <w:i w:val="0"/>
          <w:smallCaps w:val="0"/>
          <w:strike w:val="0"/>
          <w:u w:val="single"/>
        </w:rPr>
        <w:t xml:space="preserve"> may also be </w:t>
      </w:r>
      <w:r>
        <w:rPr>
          <w:b/>
          <w:i w:val="0"/>
          <w:smallCaps w:val="0"/>
          <w:strike w:val="0"/>
          <w:sz w:val="22"/>
          <w:u w:val="single"/>
        </w:rPr>
        <w:t>able</w:t>
      </w:r>
      <w:r>
        <w:rPr>
          <w:b w:val="0"/>
          <w:i w:val="0"/>
          <w:smallCaps w:val="0"/>
          <w:strike w:val="0"/>
          <w:u w:val="single"/>
        </w:rPr>
        <w:t xml:space="preserve"> to </w:t>
      </w:r>
      <w:r>
        <w:rPr>
          <w:b/>
          <w:i w:val="0"/>
          <w:smallCaps w:val="0"/>
          <w:strike w:val="0"/>
          <w:sz w:val="22"/>
          <w:highlight w:val="cyan"/>
          <w:u w:val="single"/>
        </w:rPr>
        <w:t>leach up</w:t>
      </w:r>
      <w:r>
        <w:rPr>
          <w:b w:val="0"/>
          <w:i w:val="0"/>
          <w:smallCaps w:val="0"/>
          <w:strike w:val="0"/>
          <w:u w:val="single"/>
        </w:rPr>
        <w:t xml:space="preserve"> the </w:t>
      </w:r>
      <w:r>
        <w:rPr>
          <w:b/>
          <w:i w:val="0"/>
          <w:smallCaps w:val="0"/>
          <w:strike w:val="0"/>
          <w:sz w:val="22"/>
          <w:highlight w:val="cyan"/>
          <w:u w:val="single"/>
        </w:rPr>
        <w:t>nuclear fallout</w:t>
      </w:r>
      <w:r>
        <w:rPr>
          <w:b w:val="0"/>
          <w:i w:val="0"/>
          <w:smallCaps w:val="0"/>
          <w:strike w:val="0"/>
          <w:sz w:val="16"/>
          <w:u w:val="none"/>
        </w:rPr>
        <w:t>.</w:t>
      </w:r>
    </w:p>
    <w:p>
      <w:pPr>
        <w:spacing w:after="60"/>
      </w:pPr>
      <w:r>
        <w:rPr>
          <w:b w:val="0"/>
          <w:i w:val="0"/>
          <w:smallCaps w:val="0"/>
          <w:strike w:val="0"/>
          <w:sz w:val="16"/>
          <w:u w:val="none"/>
        </w:rPr>
        <w:t xml:space="preserve">Dispel the image of Mary Jane in a French maid’s outfit for a moment, because as researchers have found, cannabis will </w:t>
      </w:r>
      <w:r>
        <w:rPr>
          <w:b w:val="0"/>
          <w:i w:val="0"/>
          <w:smallCaps w:val="0"/>
          <w:strike w:val="0"/>
          <w:sz w:val="16"/>
          <w:u w:val="none"/>
        </w:rPr>
        <w:t>salve</w:t>
      </w:r>
      <w:r>
        <w:rPr>
          <w:b w:val="0"/>
          <w:i w:val="0"/>
          <w:smallCaps w:val="0"/>
          <w:strike w:val="0"/>
          <w:sz w:val="16"/>
          <w:u w:val="none"/>
        </w:rPr>
        <w:t xml:space="preserve"> the Earth after humanity has had its way with it by sucking harmful chemicals, radioactive particles </w:t>
      </w:r>
      <w:r>
        <w:rPr>
          <w:b w:val="0"/>
          <w:i w:val="0"/>
          <w:smallCaps w:val="0"/>
          <w:strike w:val="0"/>
          <w:highlight w:val="cyan"/>
          <w:u w:val="single"/>
        </w:rPr>
        <w:t>and</w:t>
      </w:r>
      <w:r>
        <w:rPr>
          <w:b w:val="0"/>
          <w:i w:val="0"/>
          <w:smallCaps w:val="0"/>
          <w:strike w:val="0"/>
          <w:u w:val="single"/>
        </w:rPr>
        <w:t xml:space="preserve"> </w:t>
      </w:r>
      <w:r>
        <w:rPr>
          <w:b/>
          <w:i w:val="0"/>
          <w:smallCaps w:val="0"/>
          <w:strike w:val="0"/>
          <w:sz w:val="22"/>
          <w:u w:val="single"/>
        </w:rPr>
        <w:t xml:space="preserve">even </w:t>
      </w:r>
      <w:r>
        <w:rPr>
          <w:b/>
          <w:i w:val="0"/>
          <w:smallCaps w:val="0"/>
          <w:strike w:val="0"/>
          <w:sz w:val="22"/>
          <w:highlight w:val="cyan"/>
          <w:u w:val="single"/>
        </w:rPr>
        <w:t>heavy metals</w:t>
      </w:r>
      <w:r>
        <w:rPr>
          <w:b w:val="0"/>
          <w:i w:val="0"/>
          <w:smallCaps w:val="0"/>
          <w:strike w:val="0"/>
          <w:sz w:val="16"/>
          <w:u w:val="none"/>
        </w:rPr>
        <w:t xml:space="preserve"> out of the soil.</w:t>
      </w:r>
    </w:p>
    <w:p>
      <w:pPr>
        <w:spacing w:after="60"/>
      </w:pPr>
      <w:r>
        <w:rPr>
          <w:b w:val="0"/>
          <w:i w:val="0"/>
          <w:smallCaps w:val="0"/>
          <w:strike w:val="0"/>
          <w:sz w:val="16"/>
          <w:u w:val="none"/>
        </w:rPr>
        <w:t xml:space="preserve">In 2012, Italian farmers started growing cannabis (in its hemp form) </w:t>
      </w:r>
      <w:r>
        <w:rPr>
          <w:b w:val="0"/>
          <w:i w:val="0"/>
          <w:smallCaps w:val="0"/>
          <w:strike w:val="0"/>
          <w:sz w:val="16"/>
          <w:u w:val="none"/>
        </w:rPr>
        <w:t>in order to</w:t>
      </w:r>
      <w:r>
        <w:rPr>
          <w:b w:val="0"/>
          <w:i w:val="0"/>
          <w:smallCaps w:val="0"/>
          <w:strike w:val="0"/>
          <w:sz w:val="16"/>
          <w:u w:val="none"/>
        </w:rPr>
        <w:t xml:space="preserve"> clean up contaminated and polluted fields which had been a write-off for farming. In just five years, the levels of pollution had decreased. Now, scientists are taking closer looks at how cannabis might be able to decontaminate soil, completely organically.</w:t>
      </w:r>
    </w:p>
    <w:p>
      <w:pPr>
        <w:spacing w:after="60"/>
      </w:pPr>
      <w:r>
        <w:rPr>
          <w:b w:val="0"/>
          <w:i w:val="0"/>
          <w:smallCaps w:val="0"/>
          <w:strike w:val="0"/>
          <w:highlight w:val="cyan"/>
          <w:u w:val="single"/>
        </w:rPr>
        <w:t>Chernobyl</w:t>
      </w:r>
      <w:r>
        <w:rPr>
          <w:b w:val="0"/>
          <w:i w:val="0"/>
          <w:smallCaps w:val="0"/>
          <w:strike w:val="0"/>
          <w:sz w:val="16"/>
          <w:u w:val="none"/>
        </w:rPr>
        <w:t xml:space="preserve">, the most famous nuclear </w:t>
      </w:r>
      <w:r>
        <w:rPr>
          <w:b w:val="0"/>
          <w:i w:val="0"/>
          <w:smallCaps w:val="0"/>
          <w:strike w:val="0"/>
          <w:sz w:val="16"/>
          <w:u w:val="none"/>
        </w:rPr>
        <w:t>hot-mess</w:t>
      </w:r>
      <w:r>
        <w:rPr>
          <w:b w:val="0"/>
          <w:i w:val="0"/>
          <w:smallCaps w:val="0"/>
          <w:strike w:val="0"/>
          <w:sz w:val="16"/>
          <w:u w:val="none"/>
        </w:rPr>
        <w:t xml:space="preserve">, </w:t>
      </w:r>
      <w:r>
        <w:rPr>
          <w:b w:val="0"/>
          <w:i w:val="0"/>
          <w:smallCaps w:val="0"/>
          <w:strike w:val="0"/>
          <w:highlight w:val="cyan"/>
          <w:u w:val="single"/>
        </w:rPr>
        <w:t xml:space="preserve">was </w:t>
      </w:r>
      <w:r>
        <w:rPr>
          <w:b/>
          <w:i w:val="0"/>
          <w:smallCaps w:val="0"/>
          <w:strike w:val="0"/>
          <w:sz w:val="22"/>
          <w:highlight w:val="cyan"/>
          <w:u w:val="single"/>
        </w:rPr>
        <w:t>cleaned</w:t>
      </w:r>
      <w:r>
        <w:rPr>
          <w:b/>
          <w:i w:val="0"/>
          <w:smallCaps w:val="0"/>
          <w:strike w:val="0"/>
          <w:sz w:val="22"/>
          <w:u w:val="single"/>
        </w:rPr>
        <w:t xml:space="preserve"> up</w:t>
      </w:r>
      <w:r>
        <w:rPr>
          <w:b w:val="0"/>
          <w:i w:val="0"/>
          <w:smallCaps w:val="0"/>
          <w:strike w:val="0"/>
          <w:sz w:val="16"/>
          <w:u w:val="none"/>
        </w:rPr>
        <w:t xml:space="preserve"> nearly a decade later </w:t>
      </w:r>
      <w:r>
        <w:rPr>
          <w:b w:val="0"/>
          <w:i w:val="0"/>
          <w:smallCaps w:val="0"/>
          <w:strike w:val="0"/>
          <w:highlight w:val="cyan"/>
          <w:u w:val="single"/>
        </w:rPr>
        <w:t xml:space="preserve">with </w:t>
      </w:r>
      <w:r>
        <w:rPr>
          <w:b/>
          <w:i w:val="0"/>
          <w:smallCaps w:val="0"/>
          <w:strike w:val="0"/>
          <w:sz w:val="22"/>
          <w:highlight w:val="cyan"/>
          <w:u w:val="single"/>
        </w:rPr>
        <w:t>cannabis</w:t>
      </w:r>
      <w:r>
        <w:rPr>
          <w:b/>
          <w:i w:val="0"/>
          <w:smallCaps w:val="0"/>
          <w:strike w:val="0"/>
          <w:sz w:val="22"/>
          <w:u w:val="single"/>
        </w:rPr>
        <w:t xml:space="preserve"> plants</w:t>
      </w:r>
      <w:r>
        <w:rPr>
          <w:b w:val="0"/>
          <w:i w:val="0"/>
          <w:smallCaps w:val="0"/>
          <w:strike w:val="0"/>
          <w:u w:val="single"/>
        </w:rPr>
        <w:t xml:space="preserve"> in the </w:t>
      </w:r>
      <w:r>
        <w:rPr>
          <w:b/>
          <w:i w:val="0"/>
          <w:smallCaps w:val="0"/>
          <w:strike w:val="0"/>
          <w:sz w:val="22"/>
          <w:u w:val="single"/>
        </w:rPr>
        <w:t>late ‘90s</w:t>
      </w:r>
      <w:r>
        <w:rPr>
          <w:b w:val="0"/>
          <w:i w:val="0"/>
          <w:smallCaps w:val="0"/>
          <w:strike w:val="0"/>
          <w:sz w:val="16"/>
          <w:u w:val="none"/>
        </w:rPr>
        <w:t xml:space="preserve"> 1998-9. It </w:t>
      </w:r>
      <w:r>
        <w:rPr>
          <w:b w:val="0"/>
          <w:i w:val="0"/>
          <w:smallCaps w:val="0"/>
          <w:strike w:val="0"/>
          <w:sz w:val="16"/>
          <w:u w:val="none"/>
        </w:rPr>
        <w:t>isn’t  anything</w:t>
      </w:r>
      <w:r>
        <w:rPr>
          <w:b w:val="0"/>
          <w:i w:val="0"/>
          <w:smallCaps w:val="0"/>
          <w:strike w:val="0"/>
          <w:sz w:val="16"/>
          <w:u w:val="none"/>
        </w:rPr>
        <w:t xml:space="preserve"> new, however, as the process of plants being used to clean contaminated soil is called phytoremediation, and it occurs with most plants as they suck up water using their roots, along with contaminants, radioactive particles and heavy metals.</w:t>
      </w:r>
    </w:p>
    <w:p>
      <w:pPr>
        <w:spacing w:after="60"/>
      </w:pPr>
      <w:r>
        <w:rPr>
          <w:b w:val="0"/>
          <w:i w:val="0"/>
          <w:smallCaps w:val="0"/>
          <w:strike w:val="0"/>
          <w:u w:val="single"/>
        </w:rPr>
        <w:t>But</w:t>
      </w:r>
      <w:r>
        <w:rPr>
          <w:b w:val="0"/>
          <w:i w:val="0"/>
          <w:smallCaps w:val="0"/>
          <w:strike w:val="0"/>
          <w:sz w:val="16"/>
          <w:u w:val="none"/>
        </w:rPr>
        <w:t>,</w:t>
      </w:r>
      <w:r>
        <w:rPr>
          <w:b w:val="0"/>
          <w:i w:val="0"/>
          <w:smallCaps w:val="0"/>
          <w:strike w:val="0"/>
          <w:sz w:val="16"/>
          <w:u w:val="none"/>
        </w:rPr>
        <w:t xml:space="preserve"> </w:t>
      </w:r>
      <w:r>
        <w:rPr>
          <w:b w:val="0"/>
          <w:i w:val="0"/>
          <w:smallCaps w:val="0"/>
          <w:strike w:val="0"/>
          <w:u w:val="single"/>
        </w:rPr>
        <w:t xml:space="preserve">cannabis has been </w:t>
      </w:r>
      <w:r>
        <w:rPr>
          <w:b/>
          <w:i w:val="0"/>
          <w:smallCaps w:val="0"/>
          <w:strike w:val="0"/>
          <w:sz w:val="22"/>
          <w:u w:val="single"/>
        </w:rPr>
        <w:t>shown</w:t>
      </w:r>
      <w:r>
        <w:rPr>
          <w:b w:val="0"/>
          <w:i w:val="0"/>
          <w:smallCaps w:val="0"/>
          <w:strike w:val="0"/>
          <w:u w:val="single"/>
        </w:rPr>
        <w:t xml:space="preserve"> to </w:t>
      </w:r>
      <w:r>
        <w:rPr>
          <w:b/>
          <w:i w:val="0"/>
          <w:smallCaps w:val="0"/>
          <w:strike w:val="0"/>
          <w:sz w:val="22"/>
          <w:highlight w:val="cyan"/>
          <w:u w:val="single"/>
        </w:rPr>
        <w:t>work much better</w:t>
      </w:r>
      <w:r>
        <w:rPr>
          <w:b w:val="0"/>
          <w:i w:val="0"/>
          <w:smallCaps w:val="0"/>
          <w:strike w:val="0"/>
          <w:sz w:val="16"/>
          <w:u w:val="none"/>
        </w:rPr>
        <w:t xml:space="preserve">. </w:t>
      </w:r>
      <w:r>
        <w:rPr>
          <w:b w:val="0"/>
          <w:i w:val="0"/>
          <w:smallCaps w:val="0"/>
          <w:strike w:val="0"/>
          <w:u w:val="single"/>
        </w:rPr>
        <w:t xml:space="preserve">Mainly because of its </w:t>
      </w:r>
      <w:r>
        <w:rPr>
          <w:b/>
          <w:i w:val="0"/>
          <w:smallCaps w:val="0"/>
          <w:strike w:val="0"/>
          <w:sz w:val="22"/>
          <w:u w:val="single"/>
        </w:rPr>
        <w:t>super fast</w:t>
      </w:r>
      <w:r>
        <w:rPr>
          <w:b/>
          <w:i w:val="0"/>
          <w:smallCaps w:val="0"/>
          <w:strike w:val="0"/>
          <w:sz w:val="22"/>
          <w:u w:val="single"/>
        </w:rPr>
        <w:t xml:space="preserve"> growth rates</w:t>
      </w:r>
      <w:r>
        <w:rPr>
          <w:b w:val="0"/>
          <w:i w:val="0"/>
          <w:smallCaps w:val="0"/>
          <w:strike w:val="0"/>
          <w:u w:val="single"/>
        </w:rPr>
        <w:t xml:space="preserve"> and </w:t>
      </w:r>
      <w:r>
        <w:rPr>
          <w:b/>
          <w:i w:val="0"/>
          <w:smallCaps w:val="0"/>
          <w:strike w:val="0"/>
          <w:sz w:val="22"/>
          <w:u w:val="single"/>
        </w:rPr>
        <w:t>hardiness</w:t>
      </w:r>
      <w:r>
        <w:rPr>
          <w:b w:val="0"/>
          <w:i w:val="0"/>
          <w:smallCaps w:val="0"/>
          <w:strike w:val="0"/>
          <w:sz w:val="16"/>
          <w:u w:val="none"/>
        </w:rPr>
        <w:t xml:space="preserve">. </w:t>
      </w:r>
      <w:r>
        <w:rPr>
          <w:b w:val="0"/>
          <w:i w:val="0"/>
          <w:smallCaps w:val="0"/>
          <w:strike w:val="0"/>
          <w:u w:val="single"/>
        </w:rPr>
        <w:t>It also has an incredible ability to uptake lead</w:t>
      </w:r>
      <w:r>
        <w:rPr>
          <w:b w:val="0"/>
          <w:i w:val="0"/>
          <w:smallCaps w:val="0"/>
          <w:strike w:val="0"/>
          <w:sz w:val="16"/>
          <w:u w:val="none"/>
        </w:rPr>
        <w:t xml:space="preserve"> — </w:t>
      </w:r>
      <w:r>
        <w:rPr>
          <w:b w:val="0"/>
          <w:i w:val="0"/>
          <w:smallCaps w:val="0"/>
          <w:strike w:val="0"/>
          <w:u w:val="single"/>
        </w:rPr>
        <w:t xml:space="preserve">which is something China could </w:t>
      </w:r>
      <w:r>
        <w:rPr>
          <w:b w:val="0"/>
          <w:i w:val="0"/>
          <w:smallCaps w:val="0"/>
          <w:strike w:val="0"/>
          <w:u w:val="single"/>
        </w:rPr>
        <w:t>look into</w:t>
      </w:r>
      <w:r>
        <w:rPr>
          <w:b w:val="0"/>
          <w:i w:val="0"/>
          <w:smallCaps w:val="0"/>
          <w:strike w:val="0"/>
          <w:u w:val="single"/>
        </w:rPr>
        <w:t xml:space="preserve"> after</w:t>
      </w:r>
      <w:r>
        <w:rPr>
          <w:b w:val="0"/>
          <w:i w:val="0"/>
          <w:smallCaps w:val="0"/>
          <w:strike w:val="0"/>
          <w:sz w:val="16"/>
          <w:u w:val="none"/>
        </w:rPr>
        <w:t xml:space="preserve"> reports surfaced of </w:t>
      </w:r>
      <w:r>
        <w:rPr>
          <w:b w:val="0"/>
          <w:i w:val="0"/>
          <w:smallCaps w:val="0"/>
          <w:strike w:val="0"/>
          <w:u w:val="single"/>
        </w:rPr>
        <w:t xml:space="preserve">its </w:t>
      </w:r>
      <w:r>
        <w:rPr>
          <w:b/>
          <w:i w:val="0"/>
          <w:smallCaps w:val="0"/>
          <w:strike w:val="0"/>
          <w:sz w:val="22"/>
          <w:u w:val="single"/>
        </w:rPr>
        <w:t>lead pollution</w:t>
      </w:r>
      <w:r>
        <w:rPr>
          <w:b w:val="0"/>
          <w:i w:val="0"/>
          <w:smallCaps w:val="0"/>
          <w:strike w:val="0"/>
          <w:u w:val="single"/>
        </w:rPr>
        <w:t xml:space="preserve"> reaching </w:t>
      </w:r>
      <w:r>
        <w:rPr>
          <w:b/>
          <w:i w:val="0"/>
          <w:smallCaps w:val="0"/>
          <w:strike w:val="0"/>
          <w:sz w:val="22"/>
          <w:u w:val="single"/>
        </w:rPr>
        <w:t>harmful levels</w:t>
      </w:r>
      <w:r>
        <w:rPr>
          <w:b w:val="0"/>
          <w:i w:val="0"/>
          <w:smallCaps w:val="0"/>
          <w:strike w:val="0"/>
          <w:sz w:val="16"/>
          <w:u w:val="none"/>
        </w:rPr>
        <w:t>.</w:t>
      </w:r>
    </w:p>
    <w:p>
      <w:pPr>
        <w:spacing w:after="60"/>
      </w:pPr>
      <w:r>
        <w:rPr>
          <w:b w:val="0"/>
          <w:i w:val="0"/>
          <w:smallCaps w:val="0"/>
          <w:strike w:val="0"/>
          <w:sz w:val="16"/>
          <w:u w:val="none"/>
        </w:rPr>
        <w:t xml:space="preserve">Slavik </w:t>
      </w:r>
      <w:r>
        <w:rPr>
          <w:b w:val="0"/>
          <w:i w:val="0"/>
          <w:smallCaps w:val="0"/>
          <w:strike w:val="0"/>
          <w:sz w:val="16"/>
          <w:u w:val="none"/>
        </w:rPr>
        <w:t>Dushenkov</w:t>
      </w:r>
      <w:r>
        <w:rPr>
          <w:b w:val="0"/>
          <w:i w:val="0"/>
          <w:smallCaps w:val="0"/>
          <w:strike w:val="0"/>
          <w:sz w:val="16"/>
          <w:u w:val="none"/>
        </w:rPr>
        <w:t xml:space="preserve">, </w:t>
      </w:r>
      <w:r>
        <w:rPr>
          <w:b w:val="0"/>
          <w:i w:val="0"/>
          <w:smallCaps w:val="0"/>
          <w:strike w:val="0"/>
          <w:u w:val="single"/>
        </w:rPr>
        <w:t>a research scientist with PHYTOTECH stated</w:t>
      </w:r>
      <w:r>
        <w:rPr>
          <w:b w:val="0"/>
          <w:i w:val="0"/>
          <w:smallCaps w:val="0"/>
          <w:strike w:val="0"/>
          <w:sz w:val="16"/>
          <w:u w:val="none"/>
        </w:rPr>
        <w:t>, “</w:t>
      </w:r>
      <w:r>
        <w:rPr>
          <w:b/>
          <w:i w:val="0"/>
          <w:smallCaps w:val="0"/>
          <w:strike w:val="0"/>
          <w:sz w:val="22"/>
          <w:u w:val="single"/>
        </w:rPr>
        <w:t>Hemp</w:t>
      </w:r>
      <w:r>
        <w:rPr>
          <w:b w:val="0"/>
          <w:i w:val="0"/>
          <w:smallCaps w:val="0"/>
          <w:strike w:val="0"/>
          <w:u w:val="single"/>
        </w:rPr>
        <w:t xml:space="preserve"> is </w:t>
      </w:r>
      <w:r>
        <w:rPr>
          <w:b/>
          <w:i w:val="0"/>
          <w:smallCaps w:val="0"/>
          <w:strike w:val="0"/>
          <w:sz w:val="22"/>
          <w:u w:val="single"/>
        </w:rPr>
        <w:t>proving</w:t>
      </w:r>
      <w:r>
        <w:rPr>
          <w:b w:val="0"/>
          <w:i w:val="0"/>
          <w:smallCaps w:val="0"/>
          <w:strike w:val="0"/>
          <w:u w:val="single"/>
        </w:rPr>
        <w:t xml:space="preserve"> to be </w:t>
      </w:r>
      <w:r>
        <w:rPr>
          <w:b/>
          <w:i w:val="0"/>
          <w:smallCaps w:val="0"/>
          <w:strike w:val="0"/>
          <w:sz w:val="22"/>
          <w:u w:val="single"/>
        </w:rPr>
        <w:t>one</w:t>
      </w:r>
      <w:r>
        <w:rPr>
          <w:b w:val="0"/>
          <w:i w:val="0"/>
          <w:smallCaps w:val="0"/>
          <w:strike w:val="0"/>
          <w:u w:val="single"/>
        </w:rPr>
        <w:t xml:space="preserve"> of </w:t>
      </w:r>
      <w:r>
        <w:rPr>
          <w:b w:val="0"/>
          <w:i w:val="0"/>
          <w:smallCaps w:val="0"/>
          <w:strike w:val="0"/>
          <w:highlight w:val="cyan"/>
          <w:u w:val="single"/>
        </w:rPr>
        <w:t xml:space="preserve">the </w:t>
      </w:r>
      <w:r>
        <w:rPr>
          <w:b/>
          <w:i w:val="0"/>
          <w:smallCaps w:val="0"/>
          <w:strike w:val="0"/>
          <w:sz w:val="22"/>
          <w:highlight w:val="cyan"/>
          <w:u w:val="single"/>
        </w:rPr>
        <w:t xml:space="preserve">best </w:t>
      </w:r>
      <w:r>
        <w:rPr>
          <w:b/>
          <w:i w:val="0"/>
          <w:smallCaps w:val="0"/>
          <w:strike w:val="0"/>
          <w:sz w:val="22"/>
          <w:highlight w:val="cyan"/>
          <w:u w:val="single"/>
        </w:rPr>
        <w:t>phyto-remediative</w:t>
      </w:r>
      <w:r>
        <w:rPr>
          <w:b/>
          <w:i w:val="0"/>
          <w:smallCaps w:val="0"/>
          <w:strike w:val="0"/>
          <w:sz w:val="22"/>
          <w:highlight w:val="cyan"/>
          <w:u w:val="single"/>
        </w:rPr>
        <w:t xml:space="preserve"> plant</w:t>
      </w:r>
      <w:r>
        <w:rPr>
          <w:b/>
          <w:i w:val="0"/>
          <w:smallCaps w:val="0"/>
          <w:strike w:val="0"/>
          <w:sz w:val="22"/>
          <w:u w:val="single"/>
        </w:rPr>
        <w:t>s</w:t>
      </w:r>
      <w:r>
        <w:rPr>
          <w:b w:val="0"/>
          <w:i w:val="0"/>
          <w:smallCaps w:val="0"/>
          <w:strike w:val="0"/>
          <w:u w:val="single"/>
        </w:rPr>
        <w:t xml:space="preserve"> we have </w:t>
      </w:r>
      <w:r>
        <w:rPr>
          <w:b/>
          <w:i w:val="0"/>
          <w:smallCaps w:val="0"/>
          <w:strike w:val="0"/>
          <w:sz w:val="22"/>
          <w:u w:val="single"/>
        </w:rPr>
        <w:t>been able</w:t>
      </w:r>
      <w:r>
        <w:rPr>
          <w:b w:val="0"/>
          <w:i w:val="0"/>
          <w:smallCaps w:val="0"/>
          <w:strike w:val="0"/>
          <w:u w:val="single"/>
        </w:rPr>
        <w:t xml:space="preserve"> to </w:t>
      </w:r>
      <w:r>
        <w:rPr>
          <w:b/>
          <w:i w:val="0"/>
          <w:smallCaps w:val="0"/>
          <w:strike w:val="0"/>
          <w:sz w:val="22"/>
          <w:u w:val="single"/>
        </w:rPr>
        <w:t>find</w:t>
      </w:r>
      <w:r>
        <w:rPr>
          <w:b w:val="0"/>
          <w:i w:val="0"/>
          <w:smallCaps w:val="0"/>
          <w:strike w:val="0"/>
          <w:sz w:val="16"/>
          <w:u w:val="none"/>
        </w:rPr>
        <w:t>.”</w:t>
      </w:r>
    </w:p>
    <w:p>
      <w:pPr>
        <w:spacing w:after="60"/>
      </w:pPr>
      <w:r>
        <w:rPr>
          <w:b w:val="0"/>
          <w:i w:val="0"/>
          <w:smallCaps w:val="0"/>
          <w:strike w:val="0"/>
          <w:sz w:val="16"/>
          <w:u w:val="none"/>
        </w:rPr>
        <w:t xml:space="preserve">Even if everything’s </w:t>
      </w:r>
      <w:r>
        <w:rPr>
          <w:b w:val="0"/>
          <w:i w:val="0"/>
          <w:smallCaps w:val="0"/>
          <w:strike w:val="0"/>
          <w:sz w:val="16"/>
          <w:u w:val="none"/>
        </w:rPr>
        <w:t>chill</w:t>
      </w:r>
      <w:r>
        <w:rPr>
          <w:b w:val="0"/>
          <w:i w:val="0"/>
          <w:smallCaps w:val="0"/>
          <w:strike w:val="0"/>
          <w:sz w:val="16"/>
          <w:u w:val="none"/>
        </w:rPr>
        <w:t xml:space="preserve">, and we don’t get blown up, </w:t>
      </w:r>
      <w:r>
        <w:rPr>
          <w:b/>
          <w:i w:val="0"/>
          <w:smallCaps w:val="0"/>
          <w:strike w:val="0"/>
          <w:sz w:val="22"/>
          <w:u w:val="single"/>
        </w:rPr>
        <w:t xml:space="preserve">radioactive </w:t>
      </w:r>
      <w:r>
        <w:rPr>
          <w:b/>
          <w:i w:val="0"/>
          <w:smallCaps w:val="0"/>
          <w:strike w:val="0"/>
          <w:sz w:val="22"/>
          <w:highlight w:val="cyan"/>
          <w:u w:val="single"/>
        </w:rPr>
        <w:t>contamination</w:t>
      </w:r>
      <w:r>
        <w:rPr>
          <w:b w:val="0"/>
          <w:i w:val="0"/>
          <w:smallCaps w:val="0"/>
          <w:strike w:val="0"/>
          <w:u w:val="single"/>
        </w:rPr>
        <w:t xml:space="preserve"> is a </w:t>
      </w:r>
      <w:r>
        <w:rPr>
          <w:b/>
          <w:i w:val="0"/>
          <w:smallCaps w:val="0"/>
          <w:strike w:val="0"/>
          <w:sz w:val="22"/>
          <w:u w:val="single"/>
        </w:rPr>
        <w:t xml:space="preserve">more </w:t>
      </w:r>
      <w:r>
        <w:rPr>
          <w:b/>
          <w:i w:val="0"/>
          <w:smallCaps w:val="0"/>
          <w:strike w:val="0"/>
          <w:sz w:val="22"/>
          <w:highlight w:val="cyan"/>
          <w:u w:val="single"/>
        </w:rPr>
        <w:t>widespread</w:t>
      </w:r>
      <w:r>
        <w:rPr>
          <w:b/>
          <w:i w:val="0"/>
          <w:smallCaps w:val="0"/>
          <w:strike w:val="0"/>
          <w:sz w:val="22"/>
          <w:u w:val="single"/>
        </w:rPr>
        <w:t xml:space="preserve"> problem</w:t>
      </w:r>
      <w:r>
        <w:rPr>
          <w:b w:val="0"/>
          <w:i w:val="0"/>
          <w:smallCaps w:val="0"/>
          <w:strike w:val="0"/>
          <w:sz w:val="16"/>
          <w:u w:val="none"/>
        </w:rPr>
        <w:t xml:space="preserve"> than many people realize. Even though we think of Chernobyl and Fukushima when we think of radiation, it turns out there are more diffuse sources of radiation all over the place, </w:t>
      </w:r>
      <w:r>
        <w:rPr>
          <w:b w:val="0"/>
          <w:i w:val="0"/>
          <w:smallCaps w:val="0"/>
          <w:strike w:val="0"/>
          <w:u w:val="single"/>
        </w:rPr>
        <w:t>mostly as industrial and commercial by-products</w:t>
      </w:r>
      <w:r>
        <w:rPr>
          <w:b w:val="0"/>
          <w:i w:val="0"/>
          <w:smallCaps w:val="0"/>
          <w:strike w:val="0"/>
          <w:sz w:val="16"/>
          <w:u w:val="none"/>
        </w:rPr>
        <w:t xml:space="preserve">. We’re facing a growing </w:t>
      </w:r>
      <w:r>
        <w:rPr>
          <w:b w:val="0"/>
          <w:i w:val="0"/>
          <w:smallCaps w:val="0"/>
          <w:strike w:val="0"/>
          <w:sz w:val="16"/>
          <w:u w:val="none"/>
        </w:rPr>
        <w:t>mess</w:t>
      </w:r>
      <w:r>
        <w:rPr>
          <w:b w:val="0"/>
          <w:i w:val="0"/>
          <w:smallCaps w:val="0"/>
          <w:strike w:val="0"/>
          <w:sz w:val="16"/>
          <w:u w:val="none"/>
        </w:rPr>
        <w:t xml:space="preserve"> and we need to find a solution … wouldn’t it be funny </w:t>
      </w:r>
      <w:r>
        <w:rPr>
          <w:b w:val="0"/>
          <w:i w:val="0"/>
          <w:smallCaps w:val="0"/>
          <w:strike w:val="0"/>
          <w:u w:val="single"/>
        </w:rPr>
        <w:t xml:space="preserve">if </w:t>
      </w:r>
      <w:r>
        <w:rPr>
          <w:b/>
          <w:i w:val="0"/>
          <w:smallCaps w:val="0"/>
          <w:strike w:val="0"/>
          <w:sz w:val="22"/>
          <w:highlight w:val="cyan"/>
          <w:u w:val="single"/>
        </w:rPr>
        <w:t>growing cannabis</w:t>
      </w:r>
      <w:r>
        <w:rPr>
          <w:b w:val="0"/>
          <w:i w:val="0"/>
          <w:smallCaps w:val="0"/>
          <w:strike w:val="0"/>
          <w:u w:val="single"/>
        </w:rPr>
        <w:t xml:space="preserve"> ended up being </w:t>
      </w:r>
      <w:r>
        <w:rPr>
          <w:b w:val="0"/>
          <w:i w:val="0"/>
          <w:smallCaps w:val="0"/>
          <w:strike w:val="0"/>
          <w:highlight w:val="cyan"/>
          <w:u w:val="single"/>
        </w:rPr>
        <w:t xml:space="preserve">a </w:t>
      </w:r>
      <w:r>
        <w:rPr>
          <w:b/>
          <w:i w:val="0"/>
          <w:smallCaps w:val="0"/>
          <w:strike w:val="0"/>
          <w:sz w:val="22"/>
          <w:highlight w:val="cyan"/>
          <w:u w:val="single"/>
        </w:rPr>
        <w:t>big part</w:t>
      </w:r>
      <w:r>
        <w:rPr>
          <w:b w:val="0"/>
          <w:i w:val="0"/>
          <w:smallCaps w:val="0"/>
          <w:strike w:val="0"/>
          <w:highlight w:val="cyan"/>
          <w:u w:val="single"/>
        </w:rPr>
        <w:t xml:space="preserve"> of</w:t>
      </w:r>
      <w:r>
        <w:rPr>
          <w:b w:val="0"/>
          <w:i w:val="0"/>
          <w:smallCaps w:val="0"/>
          <w:strike w:val="0"/>
          <w:u w:val="single"/>
        </w:rPr>
        <w:t xml:space="preserve"> the </w:t>
      </w:r>
      <w:r>
        <w:rPr>
          <w:b/>
          <w:i w:val="0"/>
          <w:smallCaps w:val="0"/>
          <w:strike w:val="0"/>
          <w:sz w:val="22"/>
          <w:highlight w:val="cyan"/>
          <w:u w:val="single"/>
        </w:rPr>
        <w:t>cleanup</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