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Bees are dying </w:t>
      </w:r>
      <w:r>
        <w:rPr>
          <w:b/>
          <w:i w:val="0"/>
          <w:smallCaps w:val="0"/>
          <w:strike w:val="0"/>
          <w:sz w:val="26"/>
          <w:u w:val="single"/>
        </w:rPr>
        <w:t>off</w:t>
      </w:r>
      <w:r>
        <w:rPr>
          <w:b/>
          <w:i w:val="0"/>
          <w:smallCaps w:val="0"/>
          <w:strike w:val="0"/>
          <w:sz w:val="26"/>
          <w:u w:val="none"/>
        </w:rPr>
        <w:t>---extinction</w:t>
      </w:r>
      <w:r>
        <w:rPr>
          <w:b/>
          <w:i w:val="0"/>
          <w:smallCaps w:val="0"/>
          <w:strike w:val="0"/>
          <w:sz w:val="26"/>
          <w:u w:val="none"/>
        </w:rPr>
        <w:t xml:space="preserve">. </w:t>
      </w:r>
    </w:p>
    <w:p>
      <w:pPr>
        <w:spacing w:after="80"/>
      </w:pPr>
      <w:r>
        <w:rPr>
          <w:b w:val="0"/>
          <w:i w:val="0"/>
          <w:smallCaps w:val="0"/>
          <w:strike w:val="0"/>
          <w:u w:val="none"/>
        </w:rPr>
        <w:t xml:space="preserve">Jacy </w:t>
      </w:r>
      <w:r>
        <w:rPr>
          <w:b/>
          <w:i w:val="0"/>
          <w:smallCaps w:val="0"/>
          <w:strike w:val="0"/>
          <w:sz w:val="26"/>
          <w:u w:val="none"/>
        </w:rPr>
        <w:t>Gomez 18</w:t>
      </w:r>
      <w:r>
        <w:rPr>
          <w:b w:val="0"/>
          <w:i w:val="0"/>
          <w:smallCaps w:val="0"/>
          <w:strike w:val="0"/>
          <w:u w:val="none"/>
        </w:rPr>
        <w:t xml:space="preserve">, Associate at </w:t>
      </w:r>
      <w:r>
        <w:rPr>
          <w:b w:val="0"/>
          <w:i w:val="0"/>
          <w:smallCaps w:val="0"/>
          <w:strike w:val="0"/>
          <w:u w:val="none"/>
        </w:rPr>
        <w:t>Keybridge</w:t>
      </w:r>
      <w:r>
        <w:rPr>
          <w:b w:val="0"/>
          <w:i w:val="0"/>
          <w:smallCaps w:val="0"/>
          <w:strike w:val="0"/>
          <w:u w:val="none"/>
        </w:rPr>
        <w:t xml:space="preserve"> Communications, Contributor at U.S. News &amp; World Report, Contributor to the Washington Examiner's Beltway Confidential Blog, Communications Specialist and Former Congressional Staffer for U.S. Sen. Chuck Grassley, </w:t>
      </w:r>
      <w:r>
        <w:rPr>
          <w:b w:val="0"/>
          <w:i w:val="0"/>
          <w:smallCaps w:val="0"/>
          <w:strike w:val="0"/>
          <w:u w:val="none"/>
        </w:rPr>
        <w:t xml:space="preserve">2/1/2018, </w:t>
      </w:r>
      <w:r>
        <w:rPr>
          <w:b w:val="0"/>
          <w:i w:val="0"/>
          <w:smallCaps w:val="0"/>
          <w:strike w:val="0"/>
          <w:u w:val="none"/>
        </w:rPr>
        <w:t>“Bees are Critical to our Survival”, The Gazette, http://www.thegazette.com/subject/opinion/guest-columnist/bees-are-critical-to-our-survival-20180201</w:t>
      </w:r>
    </w:p>
    <w:p>
      <w:pPr>
        <w:spacing w:after="60"/>
      </w:pPr>
      <w:r>
        <w:rPr>
          <w:b w:val="0"/>
          <w:i w:val="0"/>
          <w:smallCaps w:val="0"/>
          <w:strike w:val="0"/>
          <w:sz w:val="16"/>
          <w:u w:val="none"/>
        </w:rPr>
        <w:t xml:space="preserve">An attack on these important insects is exceedingly problematic. </w:t>
      </w:r>
      <w:r>
        <w:rPr>
          <w:b w:val="0"/>
          <w:i w:val="0"/>
          <w:smallCaps w:val="0"/>
          <w:strike w:val="0"/>
          <w:sz w:val="22"/>
          <w:u w:val="single"/>
        </w:rPr>
        <w:t>Wild bees are critical to safeguarding U.S. food supplies and growing our economy. Such utter disregard for bees</w:t>
      </w:r>
      <w:r>
        <w:rPr>
          <w:b w:val="0"/>
          <w:i w:val="0"/>
          <w:smallCaps w:val="0"/>
          <w:strike w:val="0"/>
          <w:sz w:val="16"/>
          <w:u w:val="none"/>
        </w:rPr>
        <w:t xml:space="preserve"> — whether domestic or wild — </w:t>
      </w:r>
      <w:r>
        <w:rPr>
          <w:b w:val="0"/>
          <w:i w:val="0"/>
          <w:smallCaps w:val="0"/>
          <w:strike w:val="0"/>
          <w:sz w:val="22"/>
          <w:u w:val="single"/>
        </w:rPr>
        <w:t>puts the species one step closer to extinction</w:t>
      </w:r>
      <w:r>
        <w:rPr>
          <w:b w:val="0"/>
          <w:i w:val="0"/>
          <w:smallCaps w:val="0"/>
          <w:strike w:val="0"/>
          <w:sz w:val="16"/>
          <w:u w:val="none"/>
        </w:rPr>
        <w:t>.</w:t>
      </w:r>
    </w:p>
    <w:p>
      <w:pPr>
        <w:spacing w:after="60"/>
      </w:pPr>
      <w:r>
        <w:rPr>
          <w:b w:val="0"/>
          <w:i w:val="0"/>
          <w:smallCaps w:val="0"/>
          <w:strike w:val="0"/>
          <w:sz w:val="16"/>
          <w:u w:val="none"/>
        </w:rPr>
        <w:t xml:space="preserve">Wild </w:t>
      </w:r>
      <w:r>
        <w:rPr>
          <w:b w:val="0"/>
          <w:i w:val="0"/>
          <w:smallCaps w:val="0"/>
          <w:strike w:val="0"/>
          <w:sz w:val="22"/>
          <w:highlight w:val="cyan"/>
          <w:u w:val="single"/>
        </w:rPr>
        <w:t>bee populations</w:t>
      </w:r>
      <w:r>
        <w:rPr>
          <w:b w:val="0"/>
          <w:i w:val="0"/>
          <w:smallCaps w:val="0"/>
          <w:strike w:val="0"/>
          <w:sz w:val="22"/>
          <w:u w:val="single"/>
        </w:rPr>
        <w:t xml:space="preserve"> have </w:t>
      </w:r>
      <w:r>
        <w:rPr>
          <w:b/>
          <w:i w:val="0"/>
          <w:smallCaps w:val="0"/>
          <w:strike w:val="0"/>
          <w:sz w:val="22"/>
          <w:highlight w:val="cyan"/>
          <w:u w:val="single"/>
        </w:rPr>
        <w:t>dramatically declined</w:t>
      </w:r>
      <w:r>
        <w:rPr>
          <w:b w:val="0"/>
          <w:i w:val="0"/>
          <w:smallCaps w:val="0"/>
          <w:strike w:val="0"/>
          <w:sz w:val="16"/>
          <w:u w:val="none"/>
        </w:rPr>
        <w:t xml:space="preserve"> in recent years. At least </w:t>
      </w:r>
      <w:r>
        <w:rPr>
          <w:b w:val="0"/>
          <w:i w:val="0"/>
          <w:smallCaps w:val="0"/>
          <w:strike w:val="0"/>
          <w:sz w:val="22"/>
          <w:u w:val="single"/>
        </w:rPr>
        <w:t>37 percent</w:t>
      </w:r>
      <w:r>
        <w:rPr>
          <w:b w:val="0"/>
          <w:i w:val="0"/>
          <w:smallCaps w:val="0"/>
          <w:strike w:val="0"/>
          <w:sz w:val="16"/>
          <w:u w:val="none"/>
        </w:rPr>
        <w:t xml:space="preserve"> of bee species </w:t>
      </w:r>
      <w:r>
        <w:rPr>
          <w:b w:val="0"/>
          <w:i w:val="0"/>
          <w:smallCaps w:val="0"/>
          <w:strike w:val="0"/>
          <w:sz w:val="22"/>
          <w:u w:val="single"/>
        </w:rPr>
        <w:t>are declining</w:t>
      </w:r>
      <w:r>
        <w:rPr>
          <w:b w:val="0"/>
          <w:i w:val="0"/>
          <w:smallCaps w:val="0"/>
          <w:strike w:val="0"/>
          <w:sz w:val="16"/>
          <w:u w:val="none"/>
        </w:rPr>
        <w:t xml:space="preserve">, </w:t>
      </w:r>
      <w:r>
        <w:rPr>
          <w:b w:val="0"/>
          <w:i w:val="0"/>
          <w:smallCaps w:val="0"/>
          <w:strike w:val="0"/>
          <w:sz w:val="16"/>
          <w:u w:val="none"/>
        </w:rPr>
        <w:t>according</w:t>
      </w:r>
      <w:r>
        <w:rPr>
          <w:b w:val="0"/>
          <w:i w:val="0"/>
          <w:smallCaps w:val="0"/>
          <w:strike w:val="0"/>
          <w:sz w:val="16"/>
          <w:u w:val="none"/>
        </w:rPr>
        <w:t xml:space="preserve"> a 2015 United Nations report. Worse still, roughly 9 percent of bee species are facing extinction.</w:t>
      </w:r>
    </w:p>
    <w:p>
      <w:pPr>
        <w:spacing w:after="60"/>
      </w:pPr>
      <w:r>
        <w:rPr>
          <w:b w:val="0"/>
          <w:i w:val="0"/>
          <w:smallCaps w:val="0"/>
          <w:strike w:val="0"/>
          <w:sz w:val="16"/>
          <w:u w:val="none"/>
        </w:rPr>
        <w:t>Within the past two decades, some bee populations declined by more than 90 percent.</w:t>
      </w:r>
    </w:p>
    <w:p>
      <w:pPr>
        <w:spacing w:after="60"/>
      </w:pPr>
      <w:r>
        <w:rPr>
          <w:b w:val="0"/>
          <w:i w:val="0"/>
          <w:smallCaps w:val="0"/>
          <w:strike w:val="0"/>
          <w:sz w:val="16"/>
          <w:u w:val="none"/>
        </w:rPr>
        <w:t xml:space="preserve">There are several reasons. Take pesticides. </w:t>
      </w:r>
      <w:r>
        <w:rPr>
          <w:b w:val="0"/>
          <w:i w:val="0"/>
          <w:smallCaps w:val="0"/>
          <w:strike w:val="0"/>
          <w:sz w:val="22"/>
          <w:u w:val="single"/>
        </w:rPr>
        <w:t xml:space="preserve">More than </w:t>
      </w:r>
      <w:r>
        <w:rPr>
          <w:b w:val="0"/>
          <w:i w:val="0"/>
          <w:smallCaps w:val="0"/>
          <w:strike w:val="0"/>
          <w:sz w:val="22"/>
          <w:highlight w:val="cyan"/>
          <w:u w:val="single"/>
        </w:rPr>
        <w:t>1 billion pounds of pesticides are used</w:t>
      </w:r>
      <w:r>
        <w:rPr>
          <w:b w:val="0"/>
          <w:i w:val="0"/>
          <w:smallCaps w:val="0"/>
          <w:strike w:val="0"/>
          <w:sz w:val="22"/>
          <w:u w:val="single"/>
        </w:rPr>
        <w:t xml:space="preserve"> in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each year</w:t>
      </w:r>
      <w:r>
        <w:rPr>
          <w:b w:val="0"/>
          <w:i w:val="0"/>
          <w:smallCaps w:val="0"/>
          <w:strike w:val="0"/>
          <w:sz w:val="16"/>
          <w:u w:val="none"/>
        </w:rPr>
        <w:t>. Worldwide, that number is 5.6 billion pounds.</w:t>
      </w:r>
    </w:p>
    <w:p>
      <w:pPr>
        <w:spacing w:after="60"/>
      </w:pPr>
      <w:r>
        <w:rPr>
          <w:b w:val="0"/>
          <w:i w:val="0"/>
          <w:smallCaps w:val="0"/>
          <w:strike w:val="0"/>
          <w:sz w:val="22"/>
          <w:u w:val="single"/>
        </w:rPr>
        <w:t>Pesticides can be poisonous to bees</w:t>
      </w:r>
      <w:r>
        <w:rPr>
          <w:b w:val="0"/>
          <w:i w:val="0"/>
          <w:smallCaps w:val="0"/>
          <w:strike w:val="0"/>
          <w:sz w:val="16"/>
          <w:u w:val="none"/>
        </w:rPr>
        <w:t xml:space="preserve">. In Oregon, for example, at least </w:t>
      </w:r>
      <w:r>
        <w:rPr>
          <w:b w:val="0"/>
          <w:i w:val="0"/>
          <w:smallCaps w:val="0"/>
          <w:strike w:val="0"/>
          <w:sz w:val="22"/>
          <w:highlight w:val="cyan"/>
          <w:u w:val="single"/>
        </w:rPr>
        <w:t>50,000</w:t>
      </w:r>
      <w:r>
        <w:rPr>
          <w:b w:val="0"/>
          <w:i w:val="0"/>
          <w:smallCaps w:val="0"/>
          <w:strike w:val="0"/>
          <w:sz w:val="22"/>
          <w:u w:val="single"/>
        </w:rPr>
        <w:t xml:space="preserve"> bumble</w:t>
      </w:r>
      <w:r>
        <w:rPr>
          <w:b w:val="0"/>
          <w:i w:val="0"/>
          <w:smallCaps w:val="0"/>
          <w:strike w:val="0"/>
          <w:sz w:val="22"/>
          <w:highlight w:val="cyan"/>
          <w:u w:val="single"/>
        </w:rPr>
        <w:t>bees died</w:t>
      </w:r>
      <w:r>
        <w:rPr>
          <w:b w:val="0"/>
          <w:i w:val="0"/>
          <w:smallCaps w:val="0"/>
          <w:strike w:val="0"/>
          <w:sz w:val="22"/>
          <w:u w:val="single"/>
        </w:rPr>
        <w:t xml:space="preserve"> suddenly </w:t>
      </w:r>
      <w:r>
        <w:rPr>
          <w:b w:val="0"/>
          <w:i w:val="0"/>
          <w:smallCaps w:val="0"/>
          <w:strike w:val="0"/>
          <w:sz w:val="22"/>
          <w:highlight w:val="cyan"/>
          <w:u w:val="single"/>
        </w:rPr>
        <w:t>after</w:t>
      </w:r>
      <w:r>
        <w:rPr>
          <w:b w:val="0"/>
          <w:i w:val="0"/>
          <w:smallCaps w:val="0"/>
          <w:strike w:val="0"/>
          <w:sz w:val="16"/>
          <w:u w:val="none"/>
        </w:rPr>
        <w:t xml:space="preserve"> their tree habitat was </w:t>
      </w:r>
      <w:r>
        <w:rPr>
          <w:b w:val="0"/>
          <w:i w:val="0"/>
          <w:smallCaps w:val="0"/>
          <w:strike w:val="0"/>
          <w:sz w:val="22"/>
          <w:highlight w:val="cyan"/>
          <w:u w:val="single"/>
        </w:rPr>
        <w:t>sprayed</w:t>
      </w:r>
      <w:r>
        <w:rPr>
          <w:b w:val="0"/>
          <w:i w:val="0"/>
          <w:smallCaps w:val="0"/>
          <w:strike w:val="0"/>
          <w:sz w:val="22"/>
          <w:u w:val="single"/>
        </w:rPr>
        <w:t xml:space="preserve"> with a neonic </w:t>
      </w:r>
      <w:r>
        <w:rPr>
          <w:b w:val="0"/>
          <w:i w:val="0"/>
          <w:smallCaps w:val="0"/>
          <w:strike w:val="0"/>
          <w:sz w:val="22"/>
          <w:u w:val="single"/>
        </w:rPr>
        <w:t>dinoteguran</w:t>
      </w:r>
      <w:r>
        <w:rPr>
          <w:b w:val="0"/>
          <w:i w:val="0"/>
          <w:smallCaps w:val="0"/>
          <w:strike w:val="0"/>
          <w:sz w:val="22"/>
          <w:u w:val="single"/>
        </w:rPr>
        <w:t xml:space="preserve"> to control aphids</w:t>
      </w:r>
      <w:r>
        <w:rPr>
          <w:b w:val="0"/>
          <w:i w:val="0"/>
          <w:smallCaps w:val="0"/>
          <w:strike w:val="0"/>
          <w:sz w:val="16"/>
          <w:u w:val="none"/>
        </w:rPr>
        <w:t>.</w:t>
      </w:r>
    </w:p>
    <w:p>
      <w:pPr>
        <w:spacing w:after="60"/>
      </w:pPr>
      <w:r>
        <w:rPr>
          <w:b w:val="0"/>
          <w:i w:val="0"/>
          <w:smallCaps w:val="0"/>
          <w:strike w:val="0"/>
          <w:sz w:val="16"/>
          <w:u w:val="none"/>
        </w:rPr>
        <w:t>Loss of habitat also is a major threat. Here in the United States, we lose about 6,000 acres of habitat per day thanks to land development projects, ethanol production and farm crops. The lack of available habitat makes it nearly impossible for bees and other pollinators to survive.</w:t>
      </w:r>
    </w:p>
    <w:p>
      <w:pPr>
        <w:spacing w:after="60"/>
      </w:pPr>
      <w:r>
        <w:rPr>
          <w:b w:val="0"/>
          <w:i w:val="0"/>
          <w:smallCaps w:val="0"/>
          <w:strike w:val="0"/>
          <w:sz w:val="16"/>
          <w:u w:val="none"/>
        </w:rPr>
        <w:t>Climate change is another reason. As Defenders of Wildlife explains, “Shifting temperature and precipitation patterns (alter) the distribution of plants and their flowering times.” This makes it difficult for bees to receive proper nourishment.</w:t>
      </w:r>
    </w:p>
    <w:p>
      <w:pPr>
        <w:spacing w:after="60"/>
      </w:pPr>
      <w:r>
        <w:rPr>
          <w:b w:val="0"/>
          <w:i w:val="0"/>
          <w:smallCaps w:val="0"/>
          <w:strike w:val="0"/>
          <w:sz w:val="16"/>
          <w:u w:val="none"/>
        </w:rPr>
        <w:t xml:space="preserve">Regardless of the cause of their demise, </w:t>
      </w:r>
      <w:r>
        <w:rPr>
          <w:b w:val="0"/>
          <w:i w:val="0"/>
          <w:smallCaps w:val="0"/>
          <w:strike w:val="0"/>
          <w:sz w:val="22"/>
          <w:u w:val="single"/>
        </w:rPr>
        <w:t xml:space="preserve">diminishing bee populations are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 xml:space="preserve">major </w:t>
      </w:r>
      <w:r>
        <w:rPr>
          <w:b/>
          <w:i w:val="0"/>
          <w:smallCaps w:val="0"/>
          <w:strike w:val="0"/>
          <w:sz w:val="22"/>
          <w:highlight w:val="cyan"/>
          <w:u w:val="single"/>
        </w:rPr>
        <w:t>threat to human survival</w:t>
      </w:r>
      <w:r>
        <w:rPr>
          <w:b w:val="0"/>
          <w:i w:val="0"/>
          <w:smallCaps w:val="0"/>
          <w:strike w:val="0"/>
          <w:sz w:val="16"/>
          <w:u w:val="none"/>
        </w:rPr>
        <w:t>.</w:t>
      </w:r>
    </w:p>
    <w:p>
      <w:pPr>
        <w:spacing w:after="60"/>
      </w:pPr>
      <w:r>
        <w:rPr>
          <w:b w:val="0"/>
          <w:i w:val="0"/>
          <w:smallCaps w:val="0"/>
          <w:strike w:val="0"/>
          <w:sz w:val="16"/>
          <w:u w:val="none"/>
        </w:rPr>
        <w:t xml:space="preserve">For starters, </w:t>
      </w:r>
      <w:r>
        <w:rPr>
          <w:b w:val="0"/>
          <w:i w:val="0"/>
          <w:smallCaps w:val="0"/>
          <w:strike w:val="0"/>
          <w:sz w:val="22"/>
          <w:highlight w:val="cyan"/>
          <w:u w:val="single"/>
        </w:rPr>
        <w:t>bees</w:t>
      </w:r>
      <w:r>
        <w:rPr>
          <w:b w:val="0"/>
          <w:i w:val="0"/>
          <w:smallCaps w:val="0"/>
          <w:strike w:val="0"/>
          <w:sz w:val="22"/>
          <w:u w:val="single"/>
        </w:rPr>
        <w:t xml:space="preserve"> are critical to </w:t>
      </w:r>
      <w:r>
        <w:rPr>
          <w:b w:val="0"/>
          <w:i w:val="0"/>
          <w:smallCaps w:val="0"/>
          <w:strike w:val="0"/>
          <w:sz w:val="22"/>
          <w:highlight w:val="cyan"/>
          <w:u w:val="single"/>
        </w:rPr>
        <w:t>safeguard</w:t>
      </w:r>
      <w:r>
        <w:rPr>
          <w:b w:val="0"/>
          <w:i w:val="0"/>
          <w:smallCaps w:val="0"/>
          <w:strike w:val="0"/>
          <w:sz w:val="22"/>
          <w:u w:val="single"/>
        </w:rPr>
        <w:t xml:space="preserve">ing the global </w:t>
      </w:r>
      <w:r>
        <w:rPr>
          <w:b w:val="0"/>
          <w:i w:val="0"/>
          <w:smallCaps w:val="0"/>
          <w:strike w:val="0"/>
          <w:sz w:val="22"/>
          <w:highlight w:val="cyan"/>
          <w:u w:val="single"/>
        </w:rPr>
        <w:t>food supply. By transporting pollen</w:t>
      </w:r>
      <w:r>
        <w:rPr>
          <w:b w:val="0"/>
          <w:i w:val="0"/>
          <w:smallCaps w:val="0"/>
          <w:strike w:val="0"/>
          <w:sz w:val="16"/>
          <w:u w:val="none"/>
        </w:rPr>
        <w:t xml:space="preserve"> between flowers and crops, </w:t>
      </w:r>
      <w:r>
        <w:rPr>
          <w:b w:val="0"/>
          <w:i w:val="0"/>
          <w:smallCaps w:val="0"/>
          <w:strike w:val="0"/>
          <w:sz w:val="22"/>
          <w:u w:val="single"/>
        </w:rPr>
        <w:t xml:space="preserve">bees are responsible for producing many important crops that humans enjoy daily. In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bees pollinate more than 90 commercial crops</w:t>
      </w:r>
      <w:r>
        <w:rPr>
          <w:b w:val="0"/>
          <w:i w:val="0"/>
          <w:smallCaps w:val="0"/>
          <w:strike w:val="0"/>
          <w:sz w:val="16"/>
          <w:u w:val="none"/>
        </w:rPr>
        <w:t>. These crops include nuts, fruits and vegetables.</w:t>
      </w:r>
    </w:p>
    <w:p>
      <w:pPr>
        <w:spacing w:after="60"/>
      </w:pPr>
      <w:r>
        <w:rPr>
          <w:b w:val="0"/>
          <w:i w:val="0"/>
          <w:smallCaps w:val="0"/>
          <w:strike w:val="0"/>
          <w:sz w:val="16"/>
          <w:u w:val="none"/>
        </w:rPr>
        <w:t xml:space="preserve">The same is true worldwide. In fact, the United Nations’ Food and Agriculture Organization reports that roughly </w:t>
      </w:r>
      <w:r>
        <w:rPr>
          <w:b w:val="0"/>
          <w:i w:val="0"/>
          <w:smallCaps w:val="0"/>
          <w:strike w:val="0"/>
          <w:sz w:val="22"/>
          <w:highlight w:val="cyan"/>
          <w:u w:val="single"/>
        </w:rPr>
        <w:t>90 percent of</w:t>
      </w:r>
      <w:r>
        <w:rPr>
          <w:b w:val="0"/>
          <w:i w:val="0"/>
          <w:smallCaps w:val="0"/>
          <w:strike w:val="0"/>
          <w:sz w:val="22"/>
          <w:u w:val="single"/>
        </w:rPr>
        <w:t xml:space="preserve"> the global </w:t>
      </w:r>
      <w:r>
        <w:rPr>
          <w:b w:val="0"/>
          <w:i w:val="0"/>
          <w:smallCaps w:val="0"/>
          <w:strike w:val="0"/>
          <w:sz w:val="22"/>
          <w:highlight w:val="cyan"/>
          <w:u w:val="single"/>
        </w:rPr>
        <w:t>food supply originates from 100 crop species</w:t>
      </w:r>
      <w:r>
        <w:rPr>
          <w:b w:val="0"/>
          <w:i w:val="0"/>
          <w:smallCaps w:val="0"/>
          <w:strike w:val="0"/>
          <w:sz w:val="22"/>
          <w:u w:val="single"/>
        </w:rPr>
        <w:t>. Of those</w:t>
      </w:r>
      <w:r>
        <w:rPr>
          <w:b w:val="0"/>
          <w:i w:val="0"/>
          <w:smallCaps w:val="0"/>
          <w:strike w:val="0"/>
          <w:sz w:val="16"/>
          <w:u w:val="none"/>
        </w:rPr>
        <w:t xml:space="preserve"> species, more than </w:t>
      </w:r>
      <w:r>
        <w:rPr>
          <w:b w:val="0"/>
          <w:i w:val="0"/>
          <w:smallCaps w:val="0"/>
          <w:strike w:val="0"/>
          <w:sz w:val="22"/>
          <w:highlight w:val="cyan"/>
          <w:u w:val="single"/>
        </w:rPr>
        <w:t>71 percent rely on bees</w:t>
      </w:r>
      <w:r>
        <w:rPr>
          <w:b w:val="0"/>
          <w:i w:val="0"/>
          <w:smallCaps w:val="0"/>
          <w:strike w:val="0"/>
          <w:sz w:val="22"/>
          <w:u w:val="single"/>
        </w:rPr>
        <w:t xml:space="preserve"> for pollination</w:t>
      </w:r>
      <w:r>
        <w:rPr>
          <w:b w:val="0"/>
          <w:i w:val="0"/>
          <w:smallCaps w:val="0"/>
          <w:strike w:val="0"/>
          <w:sz w:val="16"/>
          <w:u w:val="none"/>
        </w:rPr>
        <w:t>.</w:t>
      </w:r>
    </w:p>
    <w:p>
      <w:pPr>
        <w:spacing w:after="60"/>
      </w:pPr>
      <w:r>
        <w:rPr>
          <w:b w:val="0"/>
          <w:i w:val="0"/>
          <w:smallCaps w:val="0"/>
          <w:strike w:val="0"/>
          <w:sz w:val="16"/>
          <w:u w:val="none"/>
        </w:rPr>
        <w:t>You can thank bees for one of every three bites of food you eat in your lifetime. According to a June 2014 White House report, bees contribute more than $15 billion to our economy through their role as pollinators.</w:t>
      </w:r>
    </w:p>
    <w:p>
      <w:pPr>
        <w:spacing w:after="60"/>
      </w:pPr>
      <w:r>
        <w:rPr>
          <w:b w:val="0"/>
          <w:i w:val="0"/>
          <w:smallCaps w:val="0"/>
          <w:strike w:val="0"/>
          <w:sz w:val="16"/>
          <w:u w:val="none"/>
        </w:rPr>
        <w:t>California’s almond industry, almost exclusively pollinated by honeybees, was valued at roughly $533 billion in 2015.</w:t>
      </w:r>
    </w:p>
    <w:p>
      <w:pPr>
        <w:spacing w:after="60"/>
      </w:pPr>
      <w:r>
        <w:rPr>
          <w:b w:val="0"/>
          <w:i w:val="0"/>
          <w:smallCaps w:val="0"/>
          <w:strike w:val="0"/>
          <w:sz w:val="16"/>
          <w:u w:val="none"/>
        </w:rPr>
        <w:t xml:space="preserve">It may seem counterintuitive to care about bugs, but </w:t>
      </w:r>
      <w:r>
        <w:rPr>
          <w:b/>
          <w:i w:val="0"/>
          <w:smallCaps w:val="0"/>
          <w:strike w:val="0"/>
          <w:sz w:val="24"/>
          <w:highlight w:val="cyan"/>
          <w:u w:val="single"/>
        </w:rPr>
        <w:t>bees are a critical part of human survival</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