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Legalization </w:t>
      </w:r>
      <w:r>
        <w:rPr>
          <w:b/>
          <w:i w:val="0"/>
          <w:smallCaps w:val="0"/>
          <w:strike w:val="0"/>
          <w:sz w:val="26"/>
          <w:u w:val="single"/>
        </w:rPr>
        <w:t>drives</w:t>
      </w:r>
      <w:r>
        <w:rPr>
          <w:b/>
          <w:i w:val="0"/>
          <w:smallCaps w:val="0"/>
          <w:strike w:val="0"/>
          <w:sz w:val="26"/>
          <w:u w:val="none"/>
        </w:rPr>
        <w:t xml:space="preserve"> out the black market.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Jeffrey </w:t>
      </w:r>
      <w:r>
        <w:rPr>
          <w:b/>
          <w:i w:val="0"/>
          <w:smallCaps w:val="0"/>
          <w:strike w:val="0"/>
          <w:sz w:val="26"/>
          <w:u w:val="none"/>
        </w:rPr>
        <w:t>Miron 17</w:t>
      </w:r>
      <w:r>
        <w:rPr>
          <w:b w:val="0"/>
          <w:i w:val="0"/>
          <w:smallCaps w:val="0"/>
          <w:strike w:val="0"/>
          <w:u w:val="none"/>
        </w:rPr>
        <w:t xml:space="preserve">, director of graduate and undergraduate studies in the Department of Economics at Harvard, vice president for research at the Cato Institute, 8/11/2017, “How to Kill the Marijuana Black Market,” CATO, </w:t>
      </w:r>
      <w:r>
        <w:rPr>
          <w:b w:val="0"/>
          <w:i w:val="0"/>
          <w:smallCaps w:val="0"/>
          <w:strike w:val="0"/>
          <w:u w:val="none"/>
        </w:rPr>
        <w:t>https://www.cato.org/commentary/how-kill-marijuana-black-market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Most </w:t>
      </w:r>
      <w:r>
        <w:rPr>
          <w:b w:val="0"/>
          <w:i w:val="0"/>
          <w:smallCaps w:val="0"/>
          <w:strike w:val="0"/>
          <w:sz w:val="22"/>
          <w:u w:val="single"/>
        </w:rPr>
        <w:t>consumers prefer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other things equal,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purchase from </w:t>
      </w:r>
      <w:r>
        <w:rPr>
          <w:b/>
          <w:i w:val="0"/>
          <w:smallCaps w:val="0"/>
          <w:strike w:val="0"/>
          <w:sz w:val="22"/>
          <w:u w:val="single"/>
        </w:rPr>
        <w:t>legal suppliers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This allows them to resolve </w:t>
      </w:r>
      <w:r>
        <w:rPr>
          <w:b/>
          <w:i w:val="0"/>
          <w:smallCaps w:val="0"/>
          <w:strike w:val="0"/>
          <w:sz w:val="22"/>
          <w:u w:val="single"/>
        </w:rPr>
        <w:t>disagreements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quality, service, and payment with lawsuits or by reporting to private and 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watchdogs; it facilitates repeat shopping from a high-quality seller, and it avoids the risks of adulterated or excessively potent goods. </w:t>
      </w:r>
      <w:r>
        <w:rPr>
          <w:b w:val="0"/>
          <w:i w:val="0"/>
          <w:smallCaps w:val="0"/>
          <w:strike w:val="0"/>
          <w:sz w:val="16"/>
          <w:u w:val="none"/>
        </w:rPr>
        <w:t>Thus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despite the </w:t>
      </w:r>
      <w:r>
        <w:rPr>
          <w:b/>
          <w:i w:val="0"/>
          <w:smallCaps w:val="0"/>
          <w:strike w:val="0"/>
          <w:sz w:val="22"/>
          <w:u w:val="single"/>
        </w:rPr>
        <w:t>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created by regulation and taxation for most legal goods, black markets do not often </w:t>
      </w:r>
      <w:r>
        <w:rPr>
          <w:b/>
          <w:i w:val="0"/>
          <w:smallCaps w:val="0"/>
          <w:strike w:val="0"/>
          <w:sz w:val="22"/>
          <w:u w:val="single"/>
        </w:rPr>
        <w:t>arise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Instead,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black markets arise only 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government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policy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forces markets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underground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by outlawing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impo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sing excessive regulation or taxation.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After the United States repealed Alcohol Prohibition in 1933, most of the market returned to the legal sphere, except in states that continued prohibition or imposed excessive taxes.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obstacle to moving the marijuana market fully above ground is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 state legalizations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date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and the regulatory frameworks imposed at the state or city level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substantial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restrictions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marijuana market.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Details vary, but regulations generally limit the number of retail outlets, the specific products they can sell, the amount customers can purchase per visit, and the location of stores. </w:t>
      </w:r>
      <w:r>
        <w:rPr>
          <w:b w:val="0"/>
          <w:i w:val="0"/>
          <w:smallCaps w:val="0"/>
          <w:strike w:val="0"/>
          <w:sz w:val="16"/>
          <w:u w:val="none"/>
        </w:rPr>
        <w:t>Much regulation also restricts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bans home delivery, bars some individuals from obtaining retail licenses,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imposes a minimum purchase age of 21.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Apart from this over-regulation, </w:t>
      </w:r>
      <w:r>
        <w:rPr>
          <w:b w:val="0"/>
          <w:i w:val="0"/>
          <w:smallCaps w:val="0"/>
          <w:strike w:val="0"/>
          <w:sz w:val="22"/>
          <w:u w:val="single"/>
        </w:rPr>
        <w:t>some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states impose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tax burden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prices 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well above illegal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different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obstacle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eliminating the black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ongoing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federal</w:t>
      </w:r>
      <w:r>
        <w:rPr>
          <w:b/>
          <w:i w:val="0"/>
          <w:smallCaps w:val="0"/>
          <w:strike w:val="0"/>
          <w:sz w:val="22"/>
          <w:u w:val="single"/>
        </w:rPr>
        <w:t xml:space="preserve"> marijuana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prohibition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Federal authorities can, and do, conduct busts and buys, prosecute violations of federal prohibition, and imprison those </w:t>
      </w:r>
      <w:r>
        <w:rPr>
          <w:b/>
          <w:i w:val="0"/>
          <w:smallCaps w:val="0"/>
          <w:strike w:val="0"/>
          <w:sz w:val="22"/>
          <w:u w:val="single"/>
        </w:rPr>
        <w:t>convicted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Moreover, federal banking regulation keeps marijuana businesses from operating legally, even in legalized states. The federal tax code also bars standard expense deductions for businesses that are illegal under federal law; this means that marijuana businesses face highly punitive tax rates. According to Fortune Magazine,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marijuana business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owner can pay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u w:val="single"/>
        </w:rPr>
        <w:t>effective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tax</w:t>
      </w:r>
      <w:r>
        <w:rPr>
          <w:b/>
          <w:i w:val="0"/>
          <w:smallCaps w:val="0"/>
          <w:strike w:val="0"/>
          <w:sz w:val="22"/>
          <w:u w:val="single"/>
        </w:rPr>
        <w:t xml:space="preserve"> 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high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90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percent.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Legalization without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excessive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regulation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taxation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the only way to eliminate the black market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Additionally, </w:t>
      </w:r>
      <w:r>
        <w:rPr>
          <w:b w:val="0"/>
          <w:i w:val="0"/>
          <w:smallCaps w:val="0"/>
          <w:strike w:val="0"/>
          <w:sz w:val="16"/>
          <w:u w:val="none"/>
        </w:rPr>
        <w:t>regulation currently protects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those lucky enough to already have licenses. In Oregon owners of legitimate marijuana businesses are losing customers to the black market. They blame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delays in the </w:t>
      </w:r>
      <w:r>
        <w:rPr>
          <w:b/>
          <w:i w:val="0"/>
          <w:smallCaps w:val="0"/>
          <w:strike w:val="0"/>
          <w:sz w:val="22"/>
          <w:u w:val="single"/>
        </w:rPr>
        <w:t>state’s permitting 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new entries into the recreational marijuana market, which acts as an </w:t>
      </w:r>
      <w:r>
        <w:rPr>
          <w:b/>
          <w:i w:val="0"/>
          <w:smallCaps w:val="0"/>
          <w:strike w:val="0"/>
          <w:sz w:val="22"/>
          <w:u w:val="single"/>
        </w:rPr>
        <w:t>artificial 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supply, which… in turn pushes customers to explore cheaper options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 factors encourage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continued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black markets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under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critics are therefore right that </w:t>
      </w:r>
      <w:r>
        <w:rPr>
          <w:b/>
          <w:i w:val="0"/>
          <w:smallCaps w:val="0"/>
          <w:strike w:val="0"/>
          <w:sz w:val="22"/>
          <w:u w:val="single"/>
        </w:rPr>
        <w:t>partial legalization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not eliminate the black market, but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solution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trivial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: full legalization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Most importantly, federal law must legalize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businesses 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legal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banking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sector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comply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federal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tax codes without putting themselves at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competitive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disadvantage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