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Legalization </w:t>
      </w:r>
      <w:r>
        <w:rPr>
          <w:b/>
          <w:i w:val="0"/>
          <w:smallCaps w:val="0"/>
          <w:strike w:val="0"/>
          <w:sz w:val="26"/>
          <w:u w:val="single"/>
        </w:rPr>
        <w:t>boosts</w:t>
      </w:r>
      <w:r>
        <w:rPr>
          <w:b/>
          <w:i w:val="0"/>
          <w:smallCaps w:val="0"/>
          <w:strike w:val="0"/>
          <w:sz w:val="26"/>
          <w:u w:val="none"/>
        </w:rPr>
        <w:t xml:space="preserve"> the economy. </w:t>
      </w:r>
    </w:p>
    <w:p>
      <w:pPr>
        <w:spacing w:after="80"/>
      </w:pPr>
      <w:r>
        <w:rPr>
          <w:b/>
          <w:i w:val="0"/>
          <w:smallCaps w:val="0"/>
          <w:strike w:val="0"/>
          <w:sz w:val="26"/>
          <w:u w:val="none"/>
        </w:rPr>
        <w:t>VC 24</w:t>
      </w:r>
      <w:r>
        <w:rPr>
          <w:b w:val="0"/>
          <w:i w:val="0"/>
          <w:smallCaps w:val="0"/>
          <w:strike w:val="0"/>
          <w:u w:val="none"/>
        </w:rPr>
        <w:t xml:space="preserve">, </w:t>
      </w:r>
      <w:r>
        <w:rPr>
          <w:b w:val="0"/>
          <w:i w:val="0"/>
          <w:smallCaps w:val="0"/>
          <w:strike w:val="0"/>
          <w:u w:val="none"/>
        </w:rPr>
        <w:t>VibeByCalifornia</w:t>
      </w:r>
      <w:r>
        <w:rPr>
          <w:b w:val="0"/>
          <w:i w:val="0"/>
          <w:smallCaps w:val="0"/>
          <w:strike w:val="0"/>
          <w:u w:val="none"/>
        </w:rPr>
        <w:t xml:space="preserve">, 4/22/2024, “The Economic Powerhouse: How Cannabis Legalization Can Boost Our Economy,” </w:t>
      </w:r>
      <w:r>
        <w:rPr>
          <w:b w:val="0"/>
          <w:i w:val="0"/>
          <w:smallCaps w:val="0"/>
          <w:strike w:val="0"/>
          <w:u w:val="none"/>
        </w:rPr>
        <w:t>https://www.vibebycalifornia.com/the-economic-powerhouse-how-cannabis-legalization-can-boost-our-economy-2/</w:t>
      </w:r>
      <w:r>
        <w:rPr>
          <w:b w:val="0"/>
          <w:i w:val="0"/>
          <w:smallCaps w:val="0"/>
          <w:strike w:val="0"/>
          <w:u w:val="none"/>
        </w:rPr>
        <w:t>, kav</w:t>
      </w:r>
    </w:p>
    <w:p>
      <w:pPr>
        <w:spacing w:after="60"/>
      </w:pPr>
      <w:r>
        <w:rPr>
          <w:b w:val="0"/>
          <w:i w:val="0"/>
          <w:smallCaps w:val="0"/>
          <w:strike w:val="0"/>
          <w:sz w:val="16"/>
          <w:u w:val="none"/>
        </w:rPr>
        <w:t xml:space="preserve">As the world gradually shifts towards legalization of cannabis, it </w:t>
      </w:r>
      <w:r>
        <w:rPr>
          <w:b w:val="0"/>
          <w:i w:val="0"/>
          <w:smallCaps w:val="0"/>
          <w:strike w:val="0"/>
          <w:sz w:val="16"/>
          <w:u w:val="none"/>
        </w:rPr>
        <w:t>opens up</w:t>
      </w:r>
      <w:r>
        <w:rPr>
          <w:b w:val="0"/>
          <w:i w:val="0"/>
          <w:smallCaps w:val="0"/>
          <w:strike w:val="0"/>
          <w:sz w:val="16"/>
          <w:u w:val="none"/>
        </w:rPr>
        <w:t xml:space="preserve"> tremendous opportunities for businesses and individuals alike. With its potential to generate significant revenue and create jobs, </w:t>
      </w:r>
      <w:r>
        <w:rPr>
          <w:b w:val="0"/>
          <w:i w:val="0"/>
          <w:smallCaps w:val="0"/>
          <w:strike w:val="0"/>
          <w:sz w:val="22"/>
          <w:highlight w:val="cyan"/>
          <w:u w:val="single"/>
        </w:rPr>
        <w:t>cannabis</w:t>
      </w:r>
      <w:r>
        <w:rPr>
          <w:b w:val="0"/>
          <w:i w:val="0"/>
          <w:smallCaps w:val="0"/>
          <w:strike w:val="0"/>
          <w:sz w:val="22"/>
          <w:u w:val="single"/>
        </w:rPr>
        <w:t xml:space="preserve"> can become a </w:t>
      </w:r>
      <w:r>
        <w:rPr>
          <w:b/>
          <w:i w:val="0"/>
          <w:smallCaps w:val="0"/>
          <w:strike w:val="0"/>
          <w:sz w:val="22"/>
          <w:highlight w:val="cyan"/>
          <w:u w:val="single"/>
        </w:rPr>
        <w:t>game-changer</w:t>
      </w:r>
      <w:r>
        <w:rPr>
          <w:b w:val="0"/>
          <w:i w:val="0"/>
          <w:smallCaps w:val="0"/>
          <w:strike w:val="0"/>
          <w:sz w:val="22"/>
          <w:highlight w:val="cyan"/>
          <w:u w:val="single"/>
        </w:rPr>
        <w:t xml:space="preserve"> for the economy</w:t>
      </w:r>
      <w:r>
        <w:rPr>
          <w:b w:val="0"/>
          <w:i w:val="0"/>
          <w:smallCaps w:val="0"/>
          <w:strike w:val="0"/>
          <w:sz w:val="22"/>
          <w:u w:val="single"/>
        </w:rPr>
        <w:t xml:space="preserve">. The legalization of cannabis not only </w:t>
      </w:r>
      <w:r>
        <w:rPr>
          <w:b w:val="0"/>
          <w:i w:val="0"/>
          <w:smallCaps w:val="0"/>
          <w:strike w:val="0"/>
          <w:sz w:val="22"/>
          <w:highlight w:val="cyan"/>
          <w:u w:val="single"/>
        </w:rPr>
        <w:t>brings</w:t>
      </w:r>
      <w:r>
        <w:rPr>
          <w:b w:val="0"/>
          <w:i w:val="0"/>
          <w:smallCaps w:val="0"/>
          <w:strike w:val="0"/>
          <w:sz w:val="22"/>
          <w:u w:val="single"/>
        </w:rPr>
        <w:t xml:space="preserve"> in a </w:t>
      </w:r>
      <w:r>
        <w:rPr>
          <w:b/>
          <w:i w:val="0"/>
          <w:smallCaps w:val="0"/>
          <w:strike w:val="0"/>
          <w:sz w:val="22"/>
          <w:u w:val="single"/>
        </w:rPr>
        <w:t xml:space="preserve">new </w:t>
      </w:r>
      <w:r>
        <w:rPr>
          <w:b/>
          <w:i w:val="0"/>
          <w:smallCaps w:val="0"/>
          <w:strike w:val="0"/>
          <w:sz w:val="22"/>
          <w:highlight w:val="cyan"/>
          <w:u w:val="single"/>
        </w:rPr>
        <w:t>source</w:t>
      </w:r>
      <w:r>
        <w:rPr>
          <w:b w:val="0"/>
          <w:i w:val="0"/>
          <w:smallCaps w:val="0"/>
          <w:strike w:val="0"/>
          <w:sz w:val="22"/>
          <w:highlight w:val="cyan"/>
          <w:u w:val="single"/>
        </w:rPr>
        <w:t xml:space="preserve"> of tax revenue</w:t>
      </w:r>
      <w:r>
        <w:rPr>
          <w:b w:val="0"/>
          <w:i w:val="0"/>
          <w:smallCaps w:val="0"/>
          <w:strike w:val="0"/>
          <w:sz w:val="22"/>
          <w:u w:val="single"/>
        </w:rPr>
        <w:t xml:space="preserve"> for local and state governments but </w:t>
      </w:r>
      <w:r>
        <w:rPr>
          <w:b w:val="0"/>
          <w:i w:val="0"/>
          <w:smallCaps w:val="0"/>
          <w:strike w:val="0"/>
          <w:sz w:val="22"/>
          <w:highlight w:val="cyan"/>
          <w:u w:val="single"/>
        </w:rPr>
        <w:t>also</w:t>
      </w:r>
      <w:r>
        <w:rPr>
          <w:b w:val="0"/>
          <w:i w:val="0"/>
          <w:smallCaps w:val="0"/>
          <w:strike w:val="0"/>
          <w:sz w:val="22"/>
          <w:u w:val="single"/>
        </w:rPr>
        <w:t xml:space="preserve"> helps in </w:t>
      </w:r>
      <w:r>
        <w:rPr>
          <w:b w:val="0"/>
          <w:i w:val="0"/>
          <w:smallCaps w:val="0"/>
          <w:strike w:val="0"/>
          <w:sz w:val="22"/>
          <w:highlight w:val="cyan"/>
          <w:u w:val="single"/>
        </w:rPr>
        <w:t>sav</w:t>
      </w:r>
      <w:r>
        <w:rPr>
          <w:b w:val="0"/>
          <w:i w:val="0"/>
          <w:smallCaps w:val="0"/>
          <w:strike w:val="0"/>
          <w:sz w:val="22"/>
          <w:u w:val="single"/>
        </w:rPr>
        <w:t xml:space="preserve">ing </w:t>
      </w:r>
      <w:r>
        <w:rPr>
          <w:b/>
          <w:i w:val="0"/>
          <w:smallCaps w:val="0"/>
          <w:strike w:val="0"/>
          <w:sz w:val="22"/>
          <w:highlight w:val="cyan"/>
          <w:u w:val="single"/>
        </w:rPr>
        <w:t>millions</w:t>
      </w:r>
      <w:r>
        <w:rPr>
          <w:b w:val="0"/>
          <w:i w:val="0"/>
          <w:smallCaps w:val="0"/>
          <w:strike w:val="0"/>
          <w:sz w:val="22"/>
          <w:u w:val="single"/>
        </w:rPr>
        <w:t xml:space="preserve"> of dollars spent </w:t>
      </w:r>
      <w:r>
        <w:rPr>
          <w:b w:val="0"/>
          <w:i w:val="0"/>
          <w:smallCaps w:val="0"/>
          <w:strike w:val="0"/>
          <w:sz w:val="22"/>
          <w:highlight w:val="cyan"/>
          <w:u w:val="single"/>
        </w:rPr>
        <w:t>on law enforcement</w:t>
      </w:r>
      <w:r>
        <w:rPr>
          <w:b w:val="0"/>
          <w:i w:val="0"/>
          <w:smallCaps w:val="0"/>
          <w:strike w:val="0"/>
          <w:sz w:val="22"/>
          <w:u w:val="single"/>
        </w:rPr>
        <w:t xml:space="preserve"> and the criminal justice system.</w:t>
      </w:r>
      <w:r>
        <w:rPr>
          <w:b w:val="0"/>
          <w:i w:val="0"/>
          <w:smallCaps w:val="0"/>
          <w:strike w:val="0"/>
          <w:sz w:val="16"/>
          <w:u w:val="none"/>
        </w:rPr>
        <w:t xml:space="preserve"> In this blog post, we will delve further into the how cannabis </w:t>
      </w:r>
      <w:r>
        <w:rPr>
          <w:b w:val="0"/>
          <w:i w:val="0"/>
          <w:smallCaps w:val="0"/>
          <w:strike w:val="0"/>
          <w:sz w:val="22"/>
          <w:u w:val="single"/>
        </w:rPr>
        <w:t xml:space="preserve">legalization can boost our economy and explore the </w:t>
      </w:r>
      <w:r>
        <w:rPr>
          <w:b/>
          <w:i w:val="0"/>
          <w:smallCaps w:val="0"/>
          <w:strike w:val="0"/>
          <w:sz w:val="22"/>
          <w:u w:val="single"/>
        </w:rPr>
        <w:t>potential benefits</w:t>
      </w:r>
      <w:r>
        <w:rPr>
          <w:b w:val="0"/>
          <w:i w:val="0"/>
          <w:smallCaps w:val="0"/>
          <w:strike w:val="0"/>
          <w:sz w:val="22"/>
          <w:u w:val="single"/>
        </w:rPr>
        <w:t xml:space="preserve"> that it can bring.</w:t>
      </w:r>
    </w:p>
    <w:p>
      <w:pPr>
        <w:spacing w:after="60"/>
      </w:pPr>
      <w:r>
        <w:rPr>
          <w:b w:val="0"/>
          <w:i w:val="0"/>
          <w:smallCaps w:val="0"/>
          <w:strike w:val="0"/>
          <w:sz w:val="16"/>
          <w:u w:val="none"/>
        </w:rPr>
        <w:t>Discussion on the current state of the cannabis legalization movement and the status of marijuana legalization in the US</w:t>
      </w:r>
    </w:p>
    <w:p>
      <w:pPr>
        <w:spacing w:after="60"/>
      </w:pPr>
      <w:r>
        <w:rPr>
          <w:b w:val="0"/>
          <w:i w:val="0"/>
          <w:smallCaps w:val="0"/>
          <w:strike w:val="0"/>
          <w:sz w:val="16"/>
          <w:u w:val="none"/>
        </w:rPr>
        <w:t>In recent years, the cannabis legalization movement has gained significant momentum across the United States. As of 2021, marijuana has been legalized for recreational use in 15 states and the District of Columbia. Additionally, 36 states have legalized medical marijuana. Despite this progress, marijuana remains illegal under federal law.</w:t>
      </w:r>
    </w:p>
    <w:p>
      <w:pPr>
        <w:spacing w:after="60"/>
      </w:pPr>
      <w:r>
        <w:rPr>
          <w:b w:val="0"/>
          <w:i w:val="0"/>
          <w:smallCaps w:val="0"/>
          <w:strike w:val="0"/>
          <w:sz w:val="16"/>
          <w:u w:val="none"/>
        </w:rPr>
        <w:t xml:space="preserve">Despite the federal government’s stance, the cannabis industry continues to grow and create jobs. </w:t>
      </w:r>
      <w:r>
        <w:rPr>
          <w:b/>
          <w:i w:val="0"/>
          <w:smallCaps w:val="0"/>
          <w:strike w:val="0"/>
          <w:sz w:val="22"/>
          <w:u w:val="single"/>
        </w:rPr>
        <w:t>Legal cannabis sales</w:t>
      </w:r>
      <w:r>
        <w:rPr>
          <w:b w:val="0"/>
          <w:i w:val="0"/>
          <w:smallCaps w:val="0"/>
          <w:strike w:val="0"/>
          <w:sz w:val="22"/>
          <w:u w:val="single"/>
        </w:rPr>
        <w:t xml:space="preserve"> in the US are projected to reach $45 billion by 2025</w:t>
      </w:r>
      <w:r>
        <w:rPr>
          <w:b w:val="0"/>
          <w:i w:val="0"/>
          <w:smallCaps w:val="0"/>
          <w:strike w:val="0"/>
          <w:sz w:val="16"/>
          <w:u w:val="none"/>
        </w:rPr>
        <w:t>, according to a report from New Frontier Data. This growth presents an opportunity for job creation and revenue generation.</w:t>
      </w:r>
    </w:p>
    <w:p>
      <w:pPr>
        <w:spacing w:after="60"/>
      </w:pPr>
      <w:r>
        <w:rPr>
          <w:b w:val="0"/>
          <w:i w:val="0"/>
          <w:smallCaps w:val="0"/>
          <w:strike w:val="0"/>
          <w:sz w:val="22"/>
          <w:u w:val="single"/>
        </w:rPr>
        <w:t xml:space="preserve">Many argue that </w:t>
      </w:r>
      <w:r>
        <w:rPr>
          <w:b w:val="0"/>
          <w:i w:val="0"/>
          <w:smallCaps w:val="0"/>
          <w:strike w:val="0"/>
          <w:sz w:val="22"/>
          <w:highlight w:val="cyan"/>
          <w:u w:val="single"/>
        </w:rPr>
        <w:t>legalizing</w:t>
      </w:r>
      <w:r>
        <w:rPr>
          <w:b w:val="0"/>
          <w:i w:val="0"/>
          <w:smallCaps w:val="0"/>
          <w:strike w:val="0"/>
          <w:sz w:val="22"/>
          <w:u w:val="single"/>
        </w:rPr>
        <w:t xml:space="preserve"> cannabis at the federal level </w:t>
      </w:r>
      <w:r>
        <w:rPr>
          <w:b w:val="0"/>
          <w:i w:val="0"/>
          <w:smallCaps w:val="0"/>
          <w:strike w:val="0"/>
          <w:sz w:val="22"/>
          <w:highlight w:val="cyan"/>
          <w:u w:val="single"/>
        </w:rPr>
        <w:t>could be a</w:t>
      </w:r>
      <w:r>
        <w:rPr>
          <w:b w:val="0"/>
          <w:i w:val="0"/>
          <w:smallCaps w:val="0"/>
          <w:strike w:val="0"/>
          <w:sz w:val="22"/>
          <w:u w:val="single"/>
        </w:rPr>
        <w:t xml:space="preserve"> </w:t>
      </w:r>
      <w:r>
        <w:rPr>
          <w:b/>
          <w:i w:val="0"/>
          <w:smallCaps w:val="0"/>
          <w:strike w:val="0"/>
          <w:sz w:val="22"/>
          <w:u w:val="single"/>
        </w:rPr>
        <w:t xml:space="preserve">significant </w:t>
      </w:r>
      <w:r>
        <w:rPr>
          <w:b/>
          <w:i w:val="0"/>
          <w:smallCaps w:val="0"/>
          <w:strike w:val="0"/>
          <w:sz w:val="22"/>
          <w:highlight w:val="cyan"/>
          <w:u w:val="single"/>
        </w:rPr>
        <w:t>boost</w:t>
      </w:r>
      <w:r>
        <w:rPr>
          <w:b w:val="0"/>
          <w:i w:val="0"/>
          <w:smallCaps w:val="0"/>
          <w:strike w:val="0"/>
          <w:sz w:val="22"/>
          <w:highlight w:val="cyan"/>
          <w:u w:val="single"/>
        </w:rPr>
        <w:t xml:space="preserve"> to the economy. Legalization could create</w:t>
      </w:r>
      <w:r>
        <w:rPr>
          <w:b w:val="0"/>
          <w:i w:val="0"/>
          <w:smallCaps w:val="0"/>
          <w:strike w:val="0"/>
          <w:sz w:val="22"/>
          <w:u w:val="single"/>
        </w:rPr>
        <w:t xml:space="preserve"> </w:t>
      </w:r>
      <w:r>
        <w:rPr>
          <w:b/>
          <w:i w:val="0"/>
          <w:smallCaps w:val="0"/>
          <w:strike w:val="0"/>
          <w:sz w:val="22"/>
          <w:u w:val="single"/>
        </w:rPr>
        <w:t xml:space="preserve">new </w:t>
      </w:r>
      <w:r>
        <w:rPr>
          <w:b/>
          <w:i w:val="0"/>
          <w:smallCaps w:val="0"/>
          <w:strike w:val="0"/>
          <w:sz w:val="22"/>
          <w:highlight w:val="cyan"/>
          <w:u w:val="single"/>
        </w:rPr>
        <w:t>jobs</w:t>
      </w:r>
      <w:r>
        <w:rPr>
          <w:b w:val="0"/>
          <w:i w:val="0"/>
          <w:smallCaps w:val="0"/>
          <w:strike w:val="0"/>
          <w:sz w:val="22"/>
          <w:highlight w:val="cyan"/>
          <w:u w:val="single"/>
        </w:rPr>
        <w:t xml:space="preserve"> and</w:t>
      </w:r>
      <w:r>
        <w:rPr>
          <w:b w:val="0"/>
          <w:i w:val="0"/>
          <w:smallCaps w:val="0"/>
          <w:strike w:val="0"/>
          <w:sz w:val="22"/>
          <w:u w:val="single"/>
        </w:rPr>
        <w:t xml:space="preserve"> generate </w:t>
      </w:r>
      <w:r>
        <w:rPr>
          <w:b/>
          <w:i w:val="0"/>
          <w:smallCaps w:val="0"/>
          <w:strike w:val="0"/>
          <w:sz w:val="22"/>
          <w:highlight w:val="cyan"/>
          <w:u w:val="single"/>
        </w:rPr>
        <w:t>tax revenue</w:t>
      </w:r>
      <w:r>
        <w:rPr>
          <w:b w:val="0"/>
          <w:i w:val="0"/>
          <w:smallCaps w:val="0"/>
          <w:strike w:val="0"/>
          <w:sz w:val="22"/>
          <w:u w:val="single"/>
        </w:rPr>
        <w:t xml:space="preserve"> through sales and cultivation taxes. </w:t>
      </w:r>
      <w:r>
        <w:rPr>
          <w:b w:val="0"/>
          <w:i w:val="0"/>
          <w:smallCaps w:val="0"/>
          <w:strike w:val="0"/>
          <w:sz w:val="22"/>
          <w:highlight w:val="cyan"/>
          <w:u w:val="single"/>
        </w:rPr>
        <w:t>It would</w:t>
      </w:r>
      <w:r>
        <w:rPr>
          <w:b w:val="0"/>
          <w:i w:val="0"/>
          <w:smallCaps w:val="0"/>
          <w:strike w:val="0"/>
          <w:sz w:val="22"/>
          <w:u w:val="single"/>
        </w:rPr>
        <w:t xml:space="preserve"> also </w:t>
      </w:r>
      <w:r>
        <w:rPr>
          <w:b w:val="0"/>
          <w:i w:val="0"/>
          <w:smallCaps w:val="0"/>
          <w:strike w:val="0"/>
          <w:sz w:val="22"/>
          <w:highlight w:val="cyan"/>
          <w:u w:val="single"/>
        </w:rPr>
        <w:t>open</w:t>
      </w:r>
      <w:r>
        <w:rPr>
          <w:b w:val="0"/>
          <w:i w:val="0"/>
          <w:smallCaps w:val="0"/>
          <w:strike w:val="0"/>
          <w:sz w:val="22"/>
          <w:u w:val="single"/>
        </w:rPr>
        <w:t xml:space="preserve"> up</w:t>
      </w:r>
      <w:r>
        <w:rPr>
          <w:b w:val="0"/>
          <w:i w:val="0"/>
          <w:smallCaps w:val="0"/>
          <w:strike w:val="0"/>
          <w:sz w:val="22"/>
          <w:u w:val="single"/>
        </w:rPr>
        <w:t xml:space="preserve"> </w:t>
      </w:r>
      <w:r>
        <w:rPr>
          <w:b/>
          <w:i w:val="0"/>
          <w:smallCaps w:val="0"/>
          <w:strike w:val="0"/>
          <w:sz w:val="22"/>
          <w:u w:val="single"/>
        </w:rPr>
        <w:t xml:space="preserve">new </w:t>
      </w:r>
      <w:r>
        <w:rPr>
          <w:b/>
          <w:i w:val="0"/>
          <w:smallCaps w:val="0"/>
          <w:strike w:val="0"/>
          <w:sz w:val="22"/>
          <w:highlight w:val="cyan"/>
          <w:u w:val="single"/>
        </w:rPr>
        <w:t>investment</w:t>
      </w:r>
      <w:r>
        <w:rPr>
          <w:b/>
          <w:i w:val="0"/>
          <w:smallCaps w:val="0"/>
          <w:strike w:val="0"/>
          <w:sz w:val="22"/>
          <w:u w:val="single"/>
        </w:rPr>
        <w:t xml:space="preserve"> opportunities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potentially </w:t>
      </w:r>
      <w:r>
        <w:rPr>
          <w:b w:val="0"/>
          <w:i w:val="0"/>
          <w:smallCaps w:val="0"/>
          <w:strike w:val="0"/>
          <w:sz w:val="22"/>
          <w:highlight w:val="cyan"/>
          <w:u w:val="single"/>
        </w:rPr>
        <w:t xml:space="preserve">reduce </w:t>
      </w:r>
      <w:r>
        <w:rPr>
          <w:b/>
          <w:i w:val="0"/>
          <w:smallCaps w:val="0"/>
          <w:strike w:val="0"/>
          <w:sz w:val="22"/>
          <w:highlight w:val="cyan"/>
          <w:u w:val="single"/>
        </w:rPr>
        <w:t>criminal justice costs</w:t>
      </w:r>
      <w:r>
        <w:rPr>
          <w:b w:val="0"/>
          <w:i w:val="0"/>
          <w:smallCaps w:val="0"/>
          <w:strike w:val="0"/>
          <w:sz w:val="22"/>
          <w:u w:val="single"/>
        </w:rPr>
        <w:t xml:space="preserve"> associated with enforcing prohibition.</w:t>
      </w:r>
    </w:p>
    <w:p>
      <w:pPr>
        <w:spacing w:after="60"/>
      </w:pPr>
      <w:r>
        <w:rPr>
          <w:b w:val="0"/>
          <w:i w:val="0"/>
          <w:smallCaps w:val="0"/>
          <w:strike w:val="0"/>
          <w:sz w:val="16"/>
          <w:u w:val="none"/>
        </w:rPr>
        <w:t>However, there are also concerns about the potential negative effects of legalization, including an increase in marijuana use and the impact on public health and safety. Overcoming these concerns and navigating the complex legal and regulatory landscape surrounding marijuana will be necessary for legal cannabis to become a bona fide economic powerhouse.</w:t>
      </w:r>
    </w:p>
    <w:p>
      <w:pPr>
        <w:spacing w:after="60"/>
      </w:pPr>
      <w:r>
        <w:rPr>
          <w:b w:val="0"/>
          <w:i w:val="0"/>
          <w:smallCaps w:val="0"/>
          <w:strike w:val="0"/>
          <w:sz w:val="16"/>
          <w:u w:val="none"/>
        </w:rPr>
        <w:t>Brief history of marijuana criminalization and its impact on the economy</w:t>
      </w:r>
    </w:p>
    <w:p>
      <w:pPr>
        <w:spacing w:after="60"/>
      </w:pPr>
      <w:r>
        <w:rPr>
          <w:b w:val="0"/>
          <w:i w:val="0"/>
          <w:smallCaps w:val="0"/>
          <w:strike w:val="0"/>
          <w:sz w:val="16"/>
          <w:u w:val="none"/>
        </w:rPr>
        <w:t xml:space="preserve">Marijuana criminalization </w:t>
      </w:r>
      <w:r>
        <w:rPr>
          <w:b w:val="0"/>
          <w:i w:val="0"/>
          <w:smallCaps w:val="0"/>
          <w:strike w:val="0"/>
          <w:sz w:val="16"/>
          <w:u w:val="none"/>
        </w:rPr>
        <w:t>dates back to</w:t>
      </w:r>
      <w:r>
        <w:rPr>
          <w:b w:val="0"/>
          <w:i w:val="0"/>
          <w:smallCaps w:val="0"/>
          <w:strike w:val="0"/>
          <w:sz w:val="16"/>
          <w:u w:val="none"/>
        </w:rPr>
        <w:t xml:space="preserve"> the early 20th century when several states passed laws criminalizing the use of cannabis, primarily to target Mexican immigrants and African American jazz musicians. The Marihuana Tax Act of 1937 effectively made the possession or transfer of cannabis illegal throughout the United States. This was followed by the Nixon administration’s War on Drugs in the 1970s, which escalated the criminalization of drug use and possession.</w:t>
      </w:r>
    </w:p>
    <w:p>
      <w:pPr>
        <w:spacing w:after="60"/>
      </w:pPr>
      <w:r>
        <w:rPr>
          <w:b w:val="0"/>
          <w:i w:val="0"/>
          <w:smallCaps w:val="0"/>
          <w:strike w:val="0"/>
          <w:sz w:val="16"/>
          <w:u w:val="none"/>
        </w:rPr>
        <w:t xml:space="preserve">The economic impact of marijuana criminalization has been significant. </w:t>
      </w:r>
      <w:r>
        <w:rPr>
          <w:b w:val="0"/>
          <w:i w:val="0"/>
          <w:smallCaps w:val="0"/>
          <w:strike w:val="0"/>
          <w:sz w:val="22"/>
          <w:u w:val="single"/>
        </w:rPr>
        <w:t xml:space="preserve">The cost of enforcing marijuana laws has been estimated to be over </w:t>
      </w:r>
      <w:r>
        <w:rPr>
          <w:b/>
          <w:i w:val="0"/>
          <w:smallCaps w:val="0"/>
          <w:strike w:val="0"/>
          <w:sz w:val="22"/>
          <w:u w:val="single"/>
        </w:rPr>
        <w:t>$3.6 billion</w:t>
      </w:r>
      <w:r>
        <w:rPr>
          <w:b w:val="0"/>
          <w:i w:val="0"/>
          <w:smallCaps w:val="0"/>
          <w:strike w:val="0"/>
          <w:sz w:val="22"/>
          <w:u w:val="single"/>
        </w:rPr>
        <w:t xml:space="preserve"> per year. Countless individuals have been incarcerated or given criminal records for marijuana offenses, which can </w:t>
      </w:r>
      <w:r>
        <w:rPr>
          <w:b/>
          <w:i w:val="0"/>
          <w:smallCaps w:val="0"/>
          <w:strike w:val="0"/>
          <w:sz w:val="22"/>
          <w:u w:val="single"/>
        </w:rPr>
        <w:t>severely limit</w:t>
      </w:r>
      <w:r>
        <w:rPr>
          <w:b w:val="0"/>
          <w:i w:val="0"/>
          <w:smallCaps w:val="0"/>
          <w:strike w:val="0"/>
          <w:sz w:val="22"/>
          <w:u w:val="single"/>
        </w:rPr>
        <w:t xml:space="preserve"> one’s employment opportunities and economic mobility.</w:t>
      </w:r>
      <w:r>
        <w:rPr>
          <w:b w:val="0"/>
          <w:i w:val="0"/>
          <w:smallCaps w:val="0"/>
          <w:strike w:val="0"/>
          <w:sz w:val="16"/>
          <w:u w:val="none"/>
        </w:rPr>
        <w:t xml:space="preserve"> Additionally, the illegal marijuana market is largely unregulated, leading to a loss of potential tax revenue for states and the federal government.</w:t>
      </w:r>
    </w:p>
    <w:p>
      <w:pPr>
        <w:spacing w:after="60"/>
      </w:pPr>
      <w:r>
        <w:rPr>
          <w:b w:val="0"/>
          <w:i w:val="0"/>
          <w:smallCaps w:val="0"/>
          <w:strike w:val="0"/>
          <w:sz w:val="16"/>
          <w:u w:val="none"/>
        </w:rPr>
        <w:t xml:space="preserve">However, with the legalization of marijuana in an increasing number of states, </w:t>
      </w:r>
      <w:r>
        <w:rPr>
          <w:b w:val="0"/>
          <w:i w:val="0"/>
          <w:smallCaps w:val="0"/>
          <w:strike w:val="0"/>
          <w:sz w:val="22"/>
          <w:highlight w:val="cyan"/>
          <w:u w:val="single"/>
        </w:rPr>
        <w:t xml:space="preserve">there is the potential for </w:t>
      </w:r>
      <w:r>
        <w:rPr>
          <w:b/>
          <w:i w:val="0"/>
          <w:smallCaps w:val="0"/>
          <w:strike w:val="0"/>
          <w:sz w:val="22"/>
          <w:highlight w:val="cyan"/>
          <w:u w:val="single"/>
        </w:rPr>
        <w:t>significant</w:t>
      </w:r>
      <w:r>
        <w:rPr>
          <w:b/>
          <w:i w:val="0"/>
          <w:smallCaps w:val="0"/>
          <w:strike w:val="0"/>
          <w:sz w:val="22"/>
          <w:u w:val="single"/>
        </w:rPr>
        <w:t xml:space="preserve"> economic </w:t>
      </w:r>
      <w:r>
        <w:rPr>
          <w:b/>
          <w:i w:val="0"/>
          <w:smallCaps w:val="0"/>
          <w:strike w:val="0"/>
          <w:sz w:val="22"/>
          <w:highlight w:val="cyan"/>
          <w:u w:val="single"/>
        </w:rPr>
        <w:t>growth</w:t>
      </w:r>
      <w:r>
        <w:rPr>
          <w:b w:val="0"/>
          <w:i w:val="0"/>
          <w:smallCaps w:val="0"/>
          <w:strike w:val="0"/>
          <w:sz w:val="22"/>
          <w:u w:val="single"/>
        </w:rPr>
        <w:t xml:space="preserve">. </w:t>
      </w:r>
      <w:r>
        <w:rPr>
          <w:b w:val="0"/>
          <w:i w:val="0"/>
          <w:smallCaps w:val="0"/>
          <w:strike w:val="0"/>
          <w:sz w:val="16"/>
          <w:u w:val="none"/>
        </w:rPr>
        <w:t>The legal marijuana industry has already created thousands of jobs, and tax revenue from legal sales is pouring into state coffers. In 2020, Colorado alone generated over $300 million in tax revenue from the sale of cannabis products.</w:t>
      </w:r>
    </w:p>
    <w:p>
      <w:pPr>
        <w:spacing w:after="60"/>
      </w:pPr>
      <w:r>
        <w:rPr>
          <w:b w:val="0"/>
          <w:i w:val="0"/>
          <w:smallCaps w:val="0"/>
          <w:strike w:val="0"/>
          <w:sz w:val="16"/>
          <w:u w:val="none"/>
        </w:rPr>
        <w:t xml:space="preserve">Furthermore, legalization could lead to a reduction in law enforcement costs associated with policing marijuana-related crimes, freeing up resources to combat more serious offenses. </w:t>
      </w:r>
      <w:r>
        <w:rPr>
          <w:b w:val="0"/>
          <w:i w:val="0"/>
          <w:smallCaps w:val="0"/>
          <w:strike w:val="0"/>
          <w:sz w:val="22"/>
          <w:u w:val="single"/>
        </w:rPr>
        <w:t xml:space="preserve">Legalization also creates </w:t>
      </w:r>
      <w:r>
        <w:rPr>
          <w:b/>
          <w:i w:val="0"/>
          <w:smallCaps w:val="0"/>
          <w:strike w:val="0"/>
          <w:sz w:val="22"/>
          <w:u w:val="single"/>
        </w:rPr>
        <w:t>opportunities</w:t>
      </w:r>
      <w:r>
        <w:rPr>
          <w:b w:val="0"/>
          <w:i w:val="0"/>
          <w:smallCaps w:val="0"/>
          <w:strike w:val="0"/>
          <w:sz w:val="22"/>
          <w:u w:val="single"/>
        </w:rPr>
        <w:t xml:space="preserve"> for economic development in areas such as agriculture, manufacturing, and tourism.</w:t>
      </w:r>
    </w:p>
    <w:p>
      <w:pPr>
        <w:spacing w:after="60"/>
      </w:pPr>
      <w:r>
        <w:rPr>
          <w:b w:val="0"/>
          <w:i w:val="0"/>
          <w:smallCaps w:val="0"/>
          <w:strike w:val="0"/>
          <w:sz w:val="16"/>
          <w:u w:val="none"/>
        </w:rPr>
        <w:t xml:space="preserve">Overall, the </w:t>
      </w:r>
      <w:r>
        <w:rPr>
          <w:b w:val="0"/>
          <w:i w:val="0"/>
          <w:smallCaps w:val="0"/>
          <w:strike w:val="0"/>
          <w:sz w:val="22"/>
          <w:highlight w:val="cyan"/>
          <w:u w:val="single"/>
        </w:rPr>
        <w:t>legalization</w:t>
      </w:r>
      <w:r>
        <w:rPr>
          <w:b w:val="0"/>
          <w:i w:val="0"/>
          <w:smallCaps w:val="0"/>
          <w:strike w:val="0"/>
          <w:sz w:val="22"/>
          <w:u w:val="single"/>
        </w:rPr>
        <w:t xml:space="preserve"> of marijuana can </w:t>
      </w:r>
      <w:r>
        <w:rPr>
          <w:b w:val="0"/>
          <w:i w:val="0"/>
          <w:smallCaps w:val="0"/>
          <w:strike w:val="0"/>
          <w:sz w:val="22"/>
          <w:highlight w:val="cyan"/>
          <w:u w:val="single"/>
        </w:rPr>
        <w:t xml:space="preserve">have a </w:t>
      </w:r>
      <w:r>
        <w:rPr>
          <w:b/>
          <w:i w:val="0"/>
          <w:smallCaps w:val="0"/>
          <w:strike w:val="0"/>
          <w:sz w:val="22"/>
          <w:highlight w:val="cyan"/>
          <w:u w:val="single"/>
        </w:rPr>
        <w:t>significant</w:t>
      </w:r>
      <w:r>
        <w:rPr>
          <w:b/>
          <w:i w:val="0"/>
          <w:smallCaps w:val="0"/>
          <w:strike w:val="0"/>
          <w:sz w:val="22"/>
          <w:u w:val="single"/>
        </w:rPr>
        <w:t xml:space="preserve"> positive </w:t>
      </w:r>
      <w:r>
        <w:rPr>
          <w:b/>
          <w:i w:val="0"/>
          <w:smallCaps w:val="0"/>
          <w:strike w:val="0"/>
          <w:sz w:val="22"/>
          <w:highlight w:val="cyan"/>
          <w:u w:val="single"/>
        </w:rPr>
        <w:t>impact</w:t>
      </w:r>
      <w:r>
        <w:rPr>
          <w:b w:val="0"/>
          <w:i w:val="0"/>
          <w:smallCaps w:val="0"/>
          <w:strike w:val="0"/>
          <w:sz w:val="22"/>
          <w:u w:val="single"/>
        </w:rPr>
        <w:t xml:space="preserve"> on our economy, </w:t>
      </w:r>
      <w:r>
        <w:rPr>
          <w:b w:val="0"/>
          <w:i w:val="0"/>
          <w:smallCaps w:val="0"/>
          <w:strike w:val="0"/>
          <w:sz w:val="22"/>
          <w:highlight w:val="cyan"/>
          <w:u w:val="single"/>
        </w:rPr>
        <w:t xml:space="preserve">generating jobs </w:t>
      </w:r>
      <w:r>
        <w:rPr>
          <w:b w:val="0"/>
          <w:i w:val="0"/>
          <w:smallCaps w:val="0"/>
          <w:strike w:val="0"/>
          <w:sz w:val="22"/>
          <w:u w:val="single"/>
        </w:rPr>
        <w:t xml:space="preserve">and tax revenue while reducing the costs associated with enforcing </w:t>
      </w:r>
      <w:r>
        <w:rPr>
          <w:b/>
          <w:i w:val="0"/>
          <w:smallCaps w:val="0"/>
          <w:strike w:val="0"/>
          <w:sz w:val="22"/>
          <w:u w:val="single"/>
        </w:rPr>
        <w:t>criminalization laws</w:t>
      </w:r>
      <w:r>
        <w:rPr>
          <w:b w:val="0"/>
          <w:i w:val="0"/>
          <w:smallCaps w:val="0"/>
          <w:strike w:val="0"/>
          <w:sz w:val="22"/>
          <w:u w:val="single"/>
        </w:rPr>
        <w:t>.</w:t>
      </w:r>
    </w:p>
    <w:p>
      <w:pPr>
        <w:spacing w:after="60"/>
      </w:pPr>
      <w:r>
        <w:rPr>
          <w:b w:val="0"/>
          <w:i w:val="0"/>
          <w:smallCaps w:val="0"/>
          <w:strike w:val="0"/>
          <w:sz w:val="16"/>
          <w:u w:val="none"/>
        </w:rPr>
        <w:t>Explanation of the potential economic benefits of marijuana legalization, such as job creation and increased tax revenue</w:t>
      </w:r>
    </w:p>
    <w:p>
      <w:pPr>
        <w:spacing w:after="60"/>
      </w:pPr>
      <w:r>
        <w:rPr>
          <w:b w:val="0"/>
          <w:i w:val="0"/>
          <w:smallCaps w:val="0"/>
          <w:strike w:val="0"/>
          <w:sz w:val="16"/>
          <w:u w:val="none"/>
        </w:rPr>
        <w:t xml:space="preserve">Marijuana legalization has the potential to boost the economy in </w:t>
      </w:r>
      <w:r>
        <w:rPr>
          <w:b w:val="0"/>
          <w:i w:val="0"/>
          <w:smallCaps w:val="0"/>
          <w:strike w:val="0"/>
          <w:sz w:val="16"/>
          <w:u w:val="none"/>
        </w:rPr>
        <w:t>a number of</w:t>
      </w:r>
      <w:r>
        <w:rPr>
          <w:b w:val="0"/>
          <w:i w:val="0"/>
          <w:smallCaps w:val="0"/>
          <w:strike w:val="0"/>
          <w:sz w:val="16"/>
          <w:u w:val="none"/>
        </w:rPr>
        <w:t xml:space="preserve"> ways. One of the most significant ways it can improve the economy is by creating new jobs. The cannabis industry is already creating jobs in states where marijuana has been legalized, from farmers to processors to retailers. As more states legalize marijuana, even more jobs will be created.</w:t>
      </w:r>
    </w:p>
    <w:p>
      <w:pPr>
        <w:spacing w:after="60"/>
      </w:pPr>
      <w:r>
        <w:rPr>
          <w:b w:val="0"/>
          <w:i w:val="0"/>
          <w:smallCaps w:val="0"/>
          <w:strike w:val="0"/>
          <w:sz w:val="16"/>
          <w:u w:val="none"/>
        </w:rPr>
        <w:t xml:space="preserve">Another way that marijuana legalization can boost the economy is through increased tax revenue. Legalizing marijuana allows the government to regulate and tax the industry, </w:t>
      </w:r>
      <w:r>
        <w:rPr>
          <w:b w:val="0"/>
          <w:i w:val="0"/>
          <w:smallCaps w:val="0"/>
          <w:strike w:val="0"/>
          <w:sz w:val="16"/>
          <w:u w:val="none"/>
        </w:rPr>
        <w:t>similar to</w:t>
      </w:r>
      <w:r>
        <w:rPr>
          <w:b w:val="0"/>
          <w:i w:val="0"/>
          <w:smallCaps w:val="0"/>
          <w:strike w:val="0"/>
          <w:sz w:val="16"/>
          <w:u w:val="none"/>
        </w:rPr>
        <w:t xml:space="preserve"> other industries like alcohol and tobacco. This tax revenue can be used to fund public services, such as education and healthcare, or to reduce other taxes.</w:t>
      </w:r>
    </w:p>
    <w:p>
      <w:pPr>
        <w:spacing w:after="60"/>
      </w:pPr>
      <w:r>
        <w:rPr>
          <w:b w:val="0"/>
          <w:i w:val="0"/>
          <w:smallCaps w:val="0"/>
          <w:strike w:val="0"/>
          <w:sz w:val="16"/>
          <w:u w:val="none"/>
        </w:rPr>
        <w:t>In addition to creating jobs and generating tax revenue, legalizing marijuana can also have a positive impact on the overall economy. By bringing the cannabis industry into the legal realm, governments can reduce the costs associated with enforcing drug laws and incarcerating people for marijuana-related offenses. This frees up resources that can be used for more productive purposes.</w:t>
      </w:r>
    </w:p>
    <w:p>
      <w:pPr>
        <w:spacing w:after="60"/>
      </w:pPr>
      <w:r>
        <w:rPr>
          <w:b w:val="0"/>
          <w:i w:val="0"/>
          <w:smallCaps w:val="0"/>
          <w:strike w:val="0"/>
          <w:sz w:val="16"/>
          <w:u w:val="none"/>
        </w:rPr>
        <w:t>Overall, the economic benefits of marijuana legalization are potentially significant. With more states legalizing marijuana, we are likely to see continued growth in the cannabis industry and a boost to the economy as a result.</w:t>
      </w:r>
    </w:p>
    <w:p>
      <w:pPr>
        <w:spacing w:after="60"/>
      </w:pPr>
      <w:r>
        <w:rPr>
          <w:b w:val="0"/>
          <w:i w:val="0"/>
          <w:smallCaps w:val="0"/>
          <w:strike w:val="0"/>
          <w:sz w:val="16"/>
          <w:u w:val="none"/>
        </w:rPr>
        <w:t>Overview of states that have legalized marijuana and their economic successes</w:t>
      </w:r>
    </w:p>
    <w:p>
      <w:pPr>
        <w:spacing w:after="60"/>
      </w:pPr>
      <w:r>
        <w:rPr>
          <w:b w:val="0"/>
          <w:i w:val="0"/>
          <w:smallCaps w:val="0"/>
          <w:strike w:val="0"/>
          <w:sz w:val="16"/>
          <w:u w:val="none"/>
        </w:rPr>
        <w:t>In recent years, several states have legalized marijuana for either medicinal or recreational purposes. These states have seen a significant economic impact from their decision to legalize cannabis. For example, Colorado was one of the first states to legalize recreational marijuana, and since then, it has generated over $1 billion in tax revenue. Additionally, the creation of thousands of new jobs in areas such as cultivation, retail, and distribution has helped reduce unemployment rates.</w:t>
      </w:r>
    </w:p>
    <w:p>
      <w:pPr>
        <w:spacing w:after="60"/>
      </w:pPr>
      <w:r>
        <w:rPr>
          <w:b w:val="0"/>
          <w:i w:val="0"/>
          <w:smallCaps w:val="0"/>
          <w:strike w:val="0"/>
          <w:sz w:val="16"/>
          <w:u w:val="none"/>
        </w:rPr>
        <w:t xml:space="preserve">California, the largest state in the U.S., legalized recreational cannabis in 2018. In the first year of legalization, California generated over $350 million in tax revenue. The state also saw a surge in tourism, as people from all over the world flocked to see the legalization of marijuana </w:t>
      </w:r>
      <w:r>
        <w:rPr>
          <w:b w:val="0"/>
          <w:i w:val="0"/>
          <w:smallCaps w:val="0"/>
          <w:strike w:val="0"/>
          <w:sz w:val="16"/>
          <w:u w:val="none"/>
        </w:rPr>
        <w:t>in</w:t>
      </w:r>
      <w:r>
        <w:rPr>
          <w:b w:val="0"/>
          <w:i w:val="0"/>
          <w:smallCaps w:val="0"/>
          <w:strike w:val="0"/>
          <w:sz w:val="16"/>
          <w:u w:val="none"/>
        </w:rPr>
        <w:t xml:space="preserve"> action.</w:t>
      </w:r>
    </w:p>
    <w:p>
      <w:pPr>
        <w:spacing w:after="60"/>
      </w:pPr>
      <w:r>
        <w:rPr>
          <w:b w:val="0"/>
          <w:i w:val="0"/>
          <w:smallCaps w:val="0"/>
          <w:strike w:val="0"/>
          <w:sz w:val="16"/>
          <w:u w:val="none"/>
        </w:rPr>
        <w:t>States such as Oregon and Washington have also seen significant boosts to their economies from legalization. From job creation to increased tax revenue, the economic benefits of legalizing marijuana are evident. As more and more states consider legalizing cannabis, it’s important to look at the successful economic models created by those before them.</w:t>
      </w:r>
    </w:p>
    <w:p>
      <w:pPr>
        <w:spacing w:after="60"/>
      </w:pPr>
      <w:r>
        <w:rPr>
          <w:b w:val="0"/>
          <w:i w:val="0"/>
          <w:smallCaps w:val="0"/>
          <w:strike w:val="0"/>
          <w:sz w:val="16"/>
          <w:u w:val="none"/>
        </w:rPr>
        <w:t>Discussion on the potential for the hemp industry and its potential impact on the economy</w:t>
      </w:r>
    </w:p>
    <w:p>
      <w:pPr>
        <w:spacing w:after="60"/>
      </w:pPr>
      <w:r>
        <w:rPr>
          <w:b w:val="0"/>
          <w:i w:val="0"/>
          <w:smallCaps w:val="0"/>
          <w:strike w:val="0"/>
          <w:sz w:val="16"/>
          <w:u w:val="none"/>
        </w:rPr>
        <w:t xml:space="preserve">The hemp industry has the potential to become an economic powerhouse, generating billions of dollars in revenue and creating thousands of job opportunities. The legalization of cannabis has </w:t>
      </w:r>
      <w:r>
        <w:rPr>
          <w:b w:val="0"/>
          <w:i w:val="0"/>
          <w:smallCaps w:val="0"/>
          <w:strike w:val="0"/>
          <w:sz w:val="16"/>
          <w:u w:val="none"/>
        </w:rPr>
        <w:t>opened up</w:t>
      </w:r>
      <w:r>
        <w:rPr>
          <w:b w:val="0"/>
          <w:i w:val="0"/>
          <w:smallCaps w:val="0"/>
          <w:strike w:val="0"/>
          <w:sz w:val="16"/>
          <w:u w:val="none"/>
        </w:rPr>
        <w:t xml:space="preserve"> opportunities for businesses and investors, and in turn, could have a positive effect on our economy.</w:t>
      </w:r>
    </w:p>
    <w:p>
      <w:pPr>
        <w:spacing w:after="60"/>
      </w:pPr>
      <w:r>
        <w:rPr>
          <w:b w:val="0"/>
          <w:i w:val="0"/>
          <w:smallCaps w:val="0"/>
          <w:strike w:val="0"/>
          <w:sz w:val="16"/>
          <w:u w:val="none"/>
        </w:rPr>
        <w:t>With the growth of the hemp industry, there will inevitably be increased demand for products such as hemp-based clothing, food, and even building materials. This surge in demand will encourage more businesses to enter the market, creating jobs at various levels of production and distribution.</w:t>
      </w:r>
    </w:p>
    <w:p>
      <w:pPr>
        <w:spacing w:after="60"/>
      </w:pPr>
      <w:r>
        <w:rPr>
          <w:b w:val="0"/>
          <w:i w:val="0"/>
          <w:smallCaps w:val="0"/>
          <w:strike w:val="0"/>
          <w:sz w:val="16"/>
          <w:u w:val="none"/>
        </w:rPr>
        <w:t>Cannabis cultivation can also bring money and jobs to rural areas, where the lack of economic opportunities often forces young people to move to cities. Invested in rural areas, the cannabis industry could create new farms to grow hemp and provide a new source of income and opportunity for people living there.</w:t>
      </w:r>
    </w:p>
    <w:p>
      <w:pPr>
        <w:spacing w:after="60"/>
      </w:pPr>
      <w:r>
        <w:rPr>
          <w:b w:val="0"/>
          <w:i w:val="0"/>
          <w:smallCaps w:val="0"/>
          <w:strike w:val="0"/>
          <w:sz w:val="16"/>
          <w:u w:val="none"/>
        </w:rPr>
        <w:t xml:space="preserve">Furthermore, once legal, cannabis regulation and taxation could bring in billions in tax revenue for the government. In states where cannabis is already legalized, such as Colorado and California, the industry has generated </w:t>
      </w:r>
      <w:r>
        <w:rPr>
          <w:b w:val="0"/>
          <w:i w:val="0"/>
          <w:smallCaps w:val="0"/>
          <w:strike w:val="0"/>
          <w:sz w:val="16"/>
          <w:u w:val="none"/>
        </w:rPr>
        <w:t>in excess of</w:t>
      </w:r>
      <w:r>
        <w:rPr>
          <w:b w:val="0"/>
          <w:i w:val="0"/>
          <w:smallCaps w:val="0"/>
          <w:strike w:val="0"/>
          <w:sz w:val="16"/>
          <w:u w:val="none"/>
        </w:rPr>
        <w:t xml:space="preserve"> $1 billion in tax revenue, and that number is only expected to grow.</w:t>
      </w:r>
    </w:p>
    <w:p>
      <w:pPr>
        <w:spacing w:after="60"/>
      </w:pPr>
      <w:r>
        <w:rPr>
          <w:b w:val="0"/>
          <w:i w:val="0"/>
          <w:smallCaps w:val="0"/>
          <w:strike w:val="0"/>
          <w:sz w:val="16"/>
          <w:u w:val="none"/>
        </w:rPr>
        <w:t>In summary, the hemp industry has a significant potential to stimulate economic growth and bring benefits to many communities. Legalizing cannabis and investing in the hemp industry could lead to job creation, increased revenue, and improved quality of life for many people.</w:t>
      </w:r>
    </w:p>
    <w:p>
      <w:pPr>
        <w:spacing w:after="60"/>
      </w:pPr>
      <w:r>
        <w:rPr>
          <w:b w:val="0"/>
          <w:i w:val="0"/>
          <w:smallCaps w:val="0"/>
          <w:strike w:val="0"/>
          <w:sz w:val="16"/>
          <w:u w:val="none"/>
        </w:rPr>
        <w:t>Explanation of the benefits of decriminalization and the potential for savings on law enforcement costs</w:t>
      </w:r>
    </w:p>
    <w:p>
      <w:pPr>
        <w:spacing w:after="60"/>
      </w:pPr>
      <w:r>
        <w:rPr>
          <w:b w:val="0"/>
          <w:i w:val="0"/>
          <w:smallCaps w:val="0"/>
          <w:strike w:val="0"/>
          <w:sz w:val="16"/>
          <w:u w:val="none"/>
        </w:rPr>
        <w:t>Decriminalization and legalization of cannabis can bring significant benefits to our economy. Decriminalization of marijuana can save law enforcement agencies millions of dollars annually in costs related to arrests, prosecutions, and incarceration. Moreover, it would provide employment opportunities to hundreds of thousands of people, including tax revenue for governments. By decriminalizing cannabis, the law enforcement agencies can focus their attention on more serious issues and effectively utilize their resources. Additionally, legalization can reduce the burden on the criminal justice system, which will translate into tax savings for the government. These savings can be further utilized towards health care, education, infrastructure development, and employment generation. In short, decriminalization and legalization of cannabis have immense potential to act as a reliable economic powerhouse that can further boost our economy.</w:t>
      </w:r>
    </w:p>
    <w:p>
      <w:pPr>
        <w:spacing w:after="60"/>
      </w:pPr>
      <w:r>
        <w:rPr>
          <w:b w:val="0"/>
          <w:i w:val="0"/>
          <w:smallCaps w:val="0"/>
          <w:strike w:val="0"/>
          <w:sz w:val="16"/>
          <w:u w:val="none"/>
        </w:rPr>
        <w:t>Analysis of the economic impacts of legal cannabis in other countries</w:t>
      </w:r>
    </w:p>
    <w:p>
      <w:pPr>
        <w:spacing w:after="60"/>
      </w:pPr>
      <w:r>
        <w:rPr>
          <w:b w:val="0"/>
          <w:i w:val="0"/>
          <w:smallCaps w:val="0"/>
          <w:strike w:val="0"/>
          <w:sz w:val="16"/>
          <w:u w:val="none"/>
        </w:rPr>
        <w:t>Several countries have already legalized cannabis for recreational and/or medical use, providing valuable insight into the potential economic benefits of legalizing cannabis. In the United States, Colorado and Washington State were the first to legalize recreational cannabis in 2012. Since then, these states have seen significant economic growth, with both states bringing in billions of dollars in tax revenue and job creation.</w:t>
      </w:r>
    </w:p>
    <w:p>
      <w:pPr>
        <w:spacing w:after="60"/>
      </w:pPr>
      <w:r>
        <w:rPr>
          <w:b w:val="0"/>
          <w:i w:val="0"/>
          <w:smallCaps w:val="0"/>
          <w:strike w:val="0"/>
          <w:sz w:val="22"/>
          <w:highlight w:val="cyan"/>
          <w:u w:val="single"/>
        </w:rPr>
        <w:t>In Canada</w:t>
      </w:r>
      <w:r>
        <w:rPr>
          <w:b w:val="0"/>
          <w:i w:val="0"/>
          <w:smallCaps w:val="0"/>
          <w:strike w:val="0"/>
          <w:sz w:val="22"/>
          <w:u w:val="single"/>
        </w:rPr>
        <w:t xml:space="preserve">, where cannabis was legalized for </w:t>
      </w:r>
      <w:r>
        <w:rPr>
          <w:b/>
          <w:i w:val="0"/>
          <w:smallCaps w:val="0"/>
          <w:strike w:val="0"/>
          <w:sz w:val="22"/>
          <w:u w:val="single"/>
        </w:rPr>
        <w:t>recreational use</w:t>
      </w:r>
      <w:r>
        <w:rPr>
          <w:b w:val="0"/>
          <w:i w:val="0"/>
          <w:smallCaps w:val="0"/>
          <w:strike w:val="0"/>
          <w:sz w:val="22"/>
          <w:u w:val="single"/>
        </w:rPr>
        <w:t xml:space="preserve"> in 2018, the cannabis </w:t>
      </w:r>
      <w:r>
        <w:rPr>
          <w:b w:val="0"/>
          <w:i w:val="0"/>
          <w:smallCaps w:val="0"/>
          <w:strike w:val="0"/>
          <w:sz w:val="22"/>
          <w:highlight w:val="cyan"/>
          <w:u w:val="single"/>
        </w:rPr>
        <w:t xml:space="preserve">industry has become a </w:t>
      </w:r>
      <w:r>
        <w:rPr>
          <w:b/>
          <w:i w:val="0"/>
          <w:smallCaps w:val="0"/>
          <w:strike w:val="0"/>
          <w:sz w:val="22"/>
          <w:highlight w:val="cyan"/>
          <w:u w:val="single"/>
        </w:rPr>
        <w:t>major contributor</w:t>
      </w:r>
      <w:r>
        <w:rPr>
          <w:b w:val="0"/>
          <w:i w:val="0"/>
          <w:smallCaps w:val="0"/>
          <w:strike w:val="0"/>
          <w:sz w:val="22"/>
          <w:highlight w:val="cyan"/>
          <w:u w:val="single"/>
        </w:rPr>
        <w:t xml:space="preserve"> to the</w:t>
      </w:r>
      <w:r>
        <w:rPr>
          <w:b w:val="0"/>
          <w:i w:val="0"/>
          <w:smallCaps w:val="0"/>
          <w:strike w:val="0"/>
          <w:sz w:val="22"/>
          <w:u w:val="single"/>
        </w:rPr>
        <w:t xml:space="preserve"> country’s </w:t>
      </w:r>
      <w:r>
        <w:rPr>
          <w:b w:val="0"/>
          <w:i w:val="0"/>
          <w:smallCaps w:val="0"/>
          <w:strike w:val="0"/>
          <w:sz w:val="22"/>
          <w:highlight w:val="cyan"/>
          <w:u w:val="single"/>
        </w:rPr>
        <w:t>economy</w:t>
      </w:r>
      <w:r>
        <w:rPr>
          <w:b w:val="0"/>
          <w:i w:val="0"/>
          <w:smallCaps w:val="0"/>
          <w:strike w:val="0"/>
          <w:sz w:val="22"/>
          <w:u w:val="single"/>
        </w:rPr>
        <w:t xml:space="preserve">. In the </w:t>
      </w:r>
      <w:r>
        <w:rPr>
          <w:b w:val="0"/>
          <w:i w:val="0"/>
          <w:smallCaps w:val="0"/>
          <w:strike w:val="0"/>
          <w:sz w:val="22"/>
          <w:highlight w:val="cyan"/>
          <w:u w:val="single"/>
        </w:rPr>
        <w:t>first year</w:t>
      </w:r>
      <w:r>
        <w:rPr>
          <w:b w:val="0"/>
          <w:i w:val="0"/>
          <w:smallCaps w:val="0"/>
          <w:strike w:val="0"/>
          <w:sz w:val="16"/>
          <w:u w:val="none"/>
        </w:rPr>
        <w:t xml:space="preserve"> of legalization, </w:t>
      </w:r>
      <w:r>
        <w:rPr>
          <w:b w:val="0"/>
          <w:i w:val="0"/>
          <w:smallCaps w:val="0"/>
          <w:strike w:val="0"/>
          <w:sz w:val="22"/>
          <w:u w:val="single"/>
        </w:rPr>
        <w:t xml:space="preserve">the industry generated </w:t>
      </w:r>
      <w:r>
        <w:rPr>
          <w:b w:val="0"/>
          <w:i w:val="0"/>
          <w:smallCaps w:val="0"/>
          <w:strike w:val="0"/>
          <w:sz w:val="22"/>
          <w:highlight w:val="cyan"/>
          <w:u w:val="single"/>
        </w:rPr>
        <w:t>over $8 billion</w:t>
      </w:r>
      <w:r>
        <w:rPr>
          <w:b w:val="0"/>
          <w:i w:val="0"/>
          <w:smallCaps w:val="0"/>
          <w:strike w:val="0"/>
          <w:sz w:val="22"/>
          <w:u w:val="single"/>
        </w:rPr>
        <w:t xml:space="preserve"> in </w:t>
      </w:r>
      <w:r>
        <w:rPr>
          <w:b/>
          <w:i w:val="0"/>
          <w:smallCaps w:val="0"/>
          <w:strike w:val="0"/>
          <w:sz w:val="22"/>
          <w:u w:val="single"/>
        </w:rPr>
        <w:t>economic activity</w:t>
      </w:r>
      <w:r>
        <w:rPr>
          <w:b w:val="0"/>
          <w:i w:val="0"/>
          <w:smallCaps w:val="0"/>
          <w:strike w:val="0"/>
          <w:sz w:val="22"/>
          <w:u w:val="single"/>
        </w:rPr>
        <w:t xml:space="preserve">, including </w:t>
      </w:r>
      <w:r>
        <w:rPr>
          <w:b/>
          <w:i w:val="0"/>
          <w:smallCaps w:val="0"/>
          <w:strike w:val="0"/>
          <w:sz w:val="22"/>
          <w:u w:val="single"/>
        </w:rPr>
        <w:t>job creation</w:t>
      </w:r>
      <w:r>
        <w:rPr>
          <w:b w:val="0"/>
          <w:i w:val="0"/>
          <w:smallCaps w:val="0"/>
          <w:strike w:val="0"/>
          <w:sz w:val="22"/>
          <w:u w:val="single"/>
        </w:rPr>
        <w:t xml:space="preserve"> and </w:t>
      </w:r>
      <w:r>
        <w:rPr>
          <w:b/>
          <w:i w:val="0"/>
          <w:smallCaps w:val="0"/>
          <w:strike w:val="0"/>
          <w:sz w:val="22"/>
          <w:u w:val="single"/>
        </w:rPr>
        <w:t>tax revenue</w:t>
      </w:r>
      <w:r>
        <w:rPr>
          <w:b w:val="0"/>
          <w:i w:val="0"/>
          <w:smallCaps w:val="0"/>
          <w:strike w:val="0"/>
          <w:sz w:val="22"/>
          <w:u w:val="single"/>
        </w:rPr>
        <w:t xml:space="preserve">. The </w:t>
      </w:r>
      <w:r>
        <w:rPr>
          <w:b w:val="0"/>
          <w:i w:val="0"/>
          <w:smallCaps w:val="0"/>
          <w:strike w:val="0"/>
          <w:sz w:val="22"/>
          <w:highlight w:val="cyan"/>
          <w:u w:val="single"/>
        </w:rPr>
        <w:t>industry is expected to</w:t>
      </w:r>
      <w:r>
        <w:rPr>
          <w:b w:val="0"/>
          <w:i w:val="0"/>
          <w:smallCaps w:val="0"/>
          <w:strike w:val="0"/>
          <w:sz w:val="22"/>
          <w:u w:val="single"/>
        </w:rPr>
        <w:t xml:space="preserve"> continue to </w:t>
      </w:r>
      <w:r>
        <w:rPr>
          <w:b/>
          <w:i w:val="0"/>
          <w:smallCaps w:val="0"/>
          <w:strike w:val="0"/>
          <w:sz w:val="22"/>
          <w:highlight w:val="cyan"/>
          <w:u w:val="single"/>
        </w:rPr>
        <w:t>grow</w:t>
      </w:r>
      <w:r>
        <w:rPr>
          <w:b w:val="0"/>
          <w:i w:val="0"/>
          <w:smallCaps w:val="0"/>
          <w:strike w:val="0"/>
          <w:sz w:val="22"/>
          <w:u w:val="single"/>
        </w:rPr>
        <w:t xml:space="preserve"> in the coming years, </w:t>
      </w:r>
      <w:r>
        <w:rPr>
          <w:b w:val="0"/>
          <w:i w:val="0"/>
          <w:smallCaps w:val="0"/>
          <w:strike w:val="0"/>
          <w:sz w:val="22"/>
          <w:highlight w:val="cyan"/>
          <w:u w:val="single"/>
        </w:rPr>
        <w:t>with the potential to generate even more</w:t>
      </w:r>
      <w:r>
        <w:rPr>
          <w:b w:val="0"/>
          <w:i w:val="0"/>
          <w:smallCaps w:val="0"/>
          <w:strike w:val="0"/>
          <w:sz w:val="22"/>
          <w:u w:val="single"/>
        </w:rPr>
        <w:t xml:space="preserve"> </w:t>
      </w:r>
      <w:r>
        <w:rPr>
          <w:b/>
          <w:i w:val="0"/>
          <w:smallCaps w:val="0"/>
          <w:strike w:val="0"/>
          <w:sz w:val="22"/>
          <w:u w:val="single"/>
        </w:rPr>
        <w:t>economic benefits</w:t>
      </w:r>
      <w:r>
        <w:rPr>
          <w:b w:val="0"/>
          <w:i w:val="0"/>
          <w:smallCaps w:val="0"/>
          <w:strike w:val="0"/>
          <w:sz w:val="22"/>
          <w:u w:val="single"/>
        </w:rPr>
        <w:t xml:space="preserve"> for the country.</w:t>
      </w:r>
    </w:p>
    <w:p>
      <w:pPr>
        <w:spacing w:after="60"/>
      </w:pPr>
      <w:r>
        <w:rPr>
          <w:b w:val="0"/>
          <w:i w:val="0"/>
          <w:smallCaps w:val="0"/>
          <w:strike w:val="0"/>
          <w:sz w:val="16"/>
          <w:u w:val="none"/>
        </w:rPr>
        <w:t xml:space="preserve">Similarly, </w:t>
      </w:r>
      <w:r>
        <w:rPr>
          <w:b w:val="0"/>
          <w:i w:val="0"/>
          <w:smallCaps w:val="0"/>
          <w:strike w:val="0"/>
          <w:sz w:val="22"/>
          <w:highlight w:val="cyan"/>
          <w:u w:val="single"/>
        </w:rPr>
        <w:t>Uruguay</w:t>
      </w:r>
      <w:r>
        <w:rPr>
          <w:b w:val="0"/>
          <w:i w:val="0"/>
          <w:smallCaps w:val="0"/>
          <w:strike w:val="0"/>
          <w:sz w:val="22"/>
          <w:u w:val="single"/>
        </w:rPr>
        <w:t xml:space="preserve"> legalized cannabis for recreational use in 2013, becoming the </w:t>
      </w:r>
      <w:r>
        <w:rPr>
          <w:b/>
          <w:i w:val="0"/>
          <w:smallCaps w:val="0"/>
          <w:strike w:val="0"/>
          <w:sz w:val="22"/>
          <w:u w:val="single"/>
        </w:rPr>
        <w:t>first country</w:t>
      </w:r>
      <w:r>
        <w:rPr>
          <w:b w:val="0"/>
          <w:i w:val="0"/>
          <w:smallCaps w:val="0"/>
          <w:strike w:val="0"/>
          <w:sz w:val="22"/>
          <w:u w:val="single"/>
        </w:rPr>
        <w:t xml:space="preserve"> in the world to do so. The move has not only </w:t>
      </w:r>
      <w:r>
        <w:rPr>
          <w:b w:val="0"/>
          <w:i w:val="0"/>
          <w:smallCaps w:val="0"/>
          <w:strike w:val="0"/>
          <w:sz w:val="22"/>
          <w:highlight w:val="cyan"/>
          <w:u w:val="single"/>
        </w:rPr>
        <w:t xml:space="preserve">led to the </w:t>
      </w:r>
      <w:r>
        <w:rPr>
          <w:b/>
          <w:i w:val="0"/>
          <w:smallCaps w:val="0"/>
          <w:strike w:val="0"/>
          <w:sz w:val="22"/>
          <w:highlight w:val="cyan"/>
          <w:u w:val="single"/>
        </w:rPr>
        <w:t>creation</w:t>
      </w:r>
      <w:r>
        <w:rPr>
          <w:b w:val="0"/>
          <w:i w:val="0"/>
          <w:smallCaps w:val="0"/>
          <w:strike w:val="0"/>
          <w:sz w:val="22"/>
          <w:highlight w:val="cyan"/>
          <w:u w:val="single"/>
        </w:rPr>
        <w:t xml:space="preserve"> of new jobs and tax</w:t>
      </w:r>
      <w:r>
        <w:rPr>
          <w:b w:val="0"/>
          <w:i w:val="0"/>
          <w:smallCaps w:val="0"/>
          <w:strike w:val="0"/>
          <w:sz w:val="22"/>
          <w:u w:val="single"/>
        </w:rPr>
        <w:t xml:space="preserve"> </w:t>
      </w:r>
      <w:r>
        <w:rPr>
          <w:b w:val="0"/>
          <w:i w:val="0"/>
          <w:smallCaps w:val="0"/>
          <w:strike w:val="0"/>
          <w:sz w:val="22"/>
          <w:u w:val="single"/>
        </w:rPr>
        <w:t>revenue, but</w:t>
      </w:r>
      <w:r>
        <w:rPr>
          <w:b w:val="0"/>
          <w:i w:val="0"/>
          <w:smallCaps w:val="0"/>
          <w:strike w:val="0"/>
          <w:sz w:val="22"/>
          <w:u w:val="single"/>
        </w:rPr>
        <w:t xml:space="preserve"> has also helped to </w:t>
      </w:r>
      <w:r>
        <w:rPr>
          <w:b w:val="0"/>
          <w:i w:val="0"/>
          <w:smallCaps w:val="0"/>
          <w:strike w:val="0"/>
          <w:sz w:val="22"/>
          <w:highlight w:val="cyan"/>
          <w:u w:val="single"/>
        </w:rPr>
        <w:t xml:space="preserve">reduce </w:t>
      </w:r>
      <w:r>
        <w:rPr>
          <w:b/>
          <w:i w:val="0"/>
          <w:smallCaps w:val="0"/>
          <w:strike w:val="0"/>
          <w:sz w:val="22"/>
          <w:highlight w:val="cyan"/>
          <w:u w:val="single"/>
        </w:rPr>
        <w:t>crime rates</w:t>
      </w:r>
      <w:r>
        <w:rPr>
          <w:b w:val="0"/>
          <w:i w:val="0"/>
          <w:smallCaps w:val="0"/>
          <w:strike w:val="0"/>
          <w:sz w:val="22"/>
          <w:u w:val="single"/>
        </w:rPr>
        <w:t xml:space="preserve"> and improve </w:t>
      </w:r>
      <w:r>
        <w:rPr>
          <w:b/>
          <w:i w:val="0"/>
          <w:smallCaps w:val="0"/>
          <w:strike w:val="0"/>
          <w:sz w:val="22"/>
          <w:u w:val="single"/>
        </w:rPr>
        <w:t>public health outcomes</w:t>
      </w:r>
      <w:r>
        <w:rPr>
          <w:b w:val="0"/>
          <w:i w:val="0"/>
          <w:smallCaps w:val="0"/>
          <w:strike w:val="0"/>
          <w:sz w:val="22"/>
          <w:u w:val="singl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