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Plan popular and thumped.</w:t>
      </w:r>
    </w:p>
    <w:p>
      <w:pPr>
        <w:spacing w:after="80"/>
      </w:pPr>
      <w:r>
        <w:rPr>
          <w:b w:val="0"/>
          <w:i w:val="0"/>
          <w:smallCaps w:val="0"/>
          <w:strike w:val="0"/>
          <w:u w:val="none"/>
        </w:rPr>
        <w:t xml:space="preserve">Jacob </w:t>
      </w:r>
      <w:r>
        <w:rPr>
          <w:b/>
          <w:i w:val="0"/>
          <w:smallCaps w:val="0"/>
          <w:strike w:val="0"/>
          <w:sz w:val="26"/>
          <w:u w:val="none"/>
        </w:rPr>
        <w:t>Fischler 24</w:t>
      </w:r>
      <w:r>
        <w:rPr>
          <w:b w:val="0"/>
          <w:i w:val="0"/>
          <w:smallCaps w:val="0"/>
          <w:strike w:val="0"/>
          <w:u w:val="none"/>
        </w:rPr>
        <w:t>. 5-2-2024. "U.S. Senate Dems launch renewed push for full marijuana legalization • Missouri Independent." Missouri Independent. https://missouriindependent.com/2024/05/02/u-s-senate-dems-launch-renewed-push-for-full-marijuana-legalization/. ---ML</w:t>
      </w:r>
    </w:p>
    <w:p>
      <w:pPr>
        <w:spacing w:after="60"/>
      </w:pPr>
      <w:r>
        <w:rPr>
          <w:b w:val="0"/>
          <w:i w:val="0"/>
          <w:smallCaps w:val="0"/>
          <w:strike w:val="0"/>
          <w:sz w:val="22"/>
          <w:highlight w:val="cyan"/>
          <w:u w:val="single"/>
        </w:rPr>
        <w:t>Leading</w:t>
      </w:r>
      <w:r>
        <w:rPr>
          <w:b w:val="0"/>
          <w:i w:val="0"/>
          <w:smallCaps w:val="0"/>
          <w:strike w:val="0"/>
          <w:sz w:val="22"/>
          <w:u w:val="single"/>
        </w:rPr>
        <w:t xml:space="preserve"> U.S. </w:t>
      </w:r>
      <w:r>
        <w:rPr>
          <w:b/>
          <w:i w:val="0"/>
          <w:smallCaps w:val="0"/>
          <w:strike w:val="0"/>
          <w:sz w:val="22"/>
          <w:u w:val="single"/>
        </w:rPr>
        <w:t xml:space="preserve">Senate </w:t>
      </w:r>
      <w:r>
        <w:rPr>
          <w:b/>
          <w:i w:val="0"/>
          <w:smallCaps w:val="0"/>
          <w:strike w:val="0"/>
          <w:sz w:val="22"/>
          <w:highlight w:val="cyan"/>
          <w:u w:val="single"/>
        </w:rPr>
        <w:t>Democrats</w:t>
      </w:r>
      <w:r>
        <w:rPr>
          <w:b w:val="0"/>
          <w:i w:val="0"/>
          <w:smallCaps w:val="0"/>
          <w:strike w:val="0"/>
          <w:sz w:val="22"/>
          <w:highlight w:val="cyan"/>
          <w:u w:val="single"/>
        </w:rPr>
        <w:t xml:space="preserve"> reintroduced</w:t>
      </w:r>
      <w:r>
        <w:rPr>
          <w:b w:val="0"/>
          <w:i w:val="0"/>
          <w:smallCaps w:val="0"/>
          <w:strike w:val="0"/>
          <w:sz w:val="22"/>
          <w:u w:val="single"/>
        </w:rPr>
        <w:t xml:space="preserve"> a bill </w:t>
      </w:r>
      <w:r>
        <w:rPr>
          <w:b/>
          <w:i w:val="0"/>
          <w:smallCaps w:val="0"/>
          <w:strike w:val="0"/>
          <w:sz w:val="22"/>
          <w:u w:val="single"/>
        </w:rPr>
        <w:t>Wednesday</w:t>
      </w:r>
      <w:r>
        <w:rPr>
          <w:b w:val="0"/>
          <w:i w:val="0"/>
          <w:smallCaps w:val="0"/>
          <w:strike w:val="0"/>
          <w:sz w:val="22"/>
          <w:u w:val="single"/>
        </w:rPr>
        <w:t xml:space="preserve"> </w:t>
      </w:r>
      <w:r>
        <w:rPr>
          <w:b w:val="0"/>
          <w:i w:val="0"/>
          <w:smallCaps w:val="0"/>
          <w:strike w:val="0"/>
          <w:sz w:val="22"/>
          <w:highlight w:val="cyan"/>
          <w:u w:val="single"/>
        </w:rPr>
        <w:t xml:space="preserve">to remove </w:t>
      </w:r>
      <w:r>
        <w:rPr>
          <w:b/>
          <w:i w:val="0"/>
          <w:smallCaps w:val="0"/>
          <w:strike w:val="0"/>
          <w:sz w:val="22"/>
          <w:highlight w:val="cyan"/>
          <w:u w:val="single"/>
        </w:rPr>
        <w:t>marijuana</w:t>
      </w:r>
      <w:r>
        <w:rPr>
          <w:b w:val="0"/>
          <w:i w:val="0"/>
          <w:smallCaps w:val="0"/>
          <w:strike w:val="0"/>
          <w:sz w:val="22"/>
          <w:highlight w:val="cyan"/>
          <w:u w:val="single"/>
        </w:rPr>
        <w:t xml:space="preserve"> from</w:t>
      </w:r>
      <w:r>
        <w:rPr>
          <w:b w:val="0"/>
          <w:i w:val="0"/>
          <w:smallCaps w:val="0"/>
          <w:strike w:val="0"/>
          <w:sz w:val="22"/>
          <w:u w:val="single"/>
        </w:rPr>
        <w:t xml:space="preserve"> the list of federal </w:t>
      </w:r>
      <w:r>
        <w:rPr>
          <w:b/>
          <w:i w:val="0"/>
          <w:smallCaps w:val="0"/>
          <w:strike w:val="0"/>
          <w:sz w:val="22"/>
          <w:highlight w:val="cyan"/>
          <w:u w:val="single"/>
        </w:rPr>
        <w:t>controlled substances</w:t>
      </w:r>
      <w:r>
        <w:rPr>
          <w:b w:val="0"/>
          <w:i w:val="0"/>
          <w:smallCaps w:val="0"/>
          <w:strike w:val="0"/>
          <w:sz w:val="16"/>
          <w:u w:val="none"/>
        </w:rPr>
        <w:t>, following the Biden administration’s move a day earlier to significantly ease regulations on the drug.</w:t>
      </w:r>
    </w:p>
    <w:p>
      <w:pPr>
        <w:spacing w:after="60"/>
      </w:pPr>
      <w:r>
        <w:rPr>
          <w:b w:val="0"/>
          <w:i w:val="0"/>
          <w:smallCaps w:val="0"/>
          <w:strike w:val="0"/>
          <w:sz w:val="22"/>
          <w:u w:val="single"/>
        </w:rPr>
        <w:t xml:space="preserve">Senate Majority </w:t>
      </w:r>
      <w:r>
        <w:rPr>
          <w:b w:val="0"/>
          <w:i w:val="0"/>
          <w:smallCaps w:val="0"/>
          <w:strike w:val="0"/>
          <w:sz w:val="22"/>
          <w:highlight w:val="cyan"/>
          <w:u w:val="single"/>
        </w:rPr>
        <w:t xml:space="preserve">Leader </w:t>
      </w:r>
      <w:r>
        <w:rPr>
          <w:b/>
          <w:i w:val="0"/>
          <w:smallCaps w:val="0"/>
          <w:strike w:val="0"/>
          <w:sz w:val="22"/>
          <w:highlight w:val="cyan"/>
          <w:u w:val="single"/>
        </w:rPr>
        <w:t>Chuck Schumer</w:t>
      </w:r>
      <w:r>
        <w:rPr>
          <w:b w:val="0"/>
          <w:i w:val="0"/>
          <w:smallCaps w:val="0"/>
          <w:strike w:val="0"/>
          <w:sz w:val="22"/>
          <w:u w:val="single"/>
        </w:rPr>
        <w:t xml:space="preserve"> of New York, </w:t>
      </w:r>
      <w:r>
        <w:rPr>
          <w:b w:val="0"/>
          <w:i w:val="0"/>
          <w:smallCaps w:val="0"/>
          <w:strike w:val="0"/>
          <w:sz w:val="16"/>
          <w:u w:val="none"/>
        </w:rPr>
        <w:t xml:space="preserve">Senate Finance Chairman Ron Wyden of Oregon and Sen. Cory Booker of New Jersey, </w:t>
      </w:r>
      <w:r>
        <w:rPr>
          <w:b w:val="0"/>
          <w:i w:val="0"/>
          <w:smallCaps w:val="0"/>
          <w:strike w:val="0"/>
          <w:sz w:val="22"/>
          <w:u w:val="single"/>
        </w:rPr>
        <w:t xml:space="preserve">on Wednesday at a press conference </w:t>
      </w:r>
      <w:r>
        <w:rPr>
          <w:b/>
          <w:i w:val="0"/>
          <w:smallCaps w:val="0"/>
          <w:strike w:val="0"/>
          <w:sz w:val="22"/>
          <w:highlight w:val="cyan"/>
          <w:u w:val="single"/>
        </w:rPr>
        <w:t>applauded</w:t>
      </w:r>
      <w:r>
        <w:rPr>
          <w:b w:val="0"/>
          <w:i w:val="0"/>
          <w:smallCaps w:val="0"/>
          <w:strike w:val="0"/>
          <w:sz w:val="22"/>
          <w:u w:val="single"/>
        </w:rPr>
        <w:t xml:space="preserve"> the Justice </w:t>
      </w:r>
      <w:r>
        <w:rPr>
          <w:b w:val="0"/>
          <w:i w:val="0"/>
          <w:smallCaps w:val="0"/>
          <w:strike w:val="0"/>
          <w:sz w:val="22"/>
          <w:highlight w:val="cyan"/>
          <w:u w:val="single"/>
        </w:rPr>
        <w:t xml:space="preserve">Department’s </w:t>
      </w:r>
      <w:r>
        <w:rPr>
          <w:b/>
          <w:i w:val="0"/>
          <w:smallCaps w:val="0"/>
          <w:strike w:val="0"/>
          <w:sz w:val="22"/>
          <w:highlight w:val="cyan"/>
          <w:u w:val="single"/>
        </w:rPr>
        <w:t>announcement</w:t>
      </w:r>
      <w:r>
        <w:rPr>
          <w:b w:val="0"/>
          <w:i w:val="0"/>
          <w:smallCaps w:val="0"/>
          <w:strike w:val="0"/>
          <w:sz w:val="22"/>
          <w:u w:val="single"/>
        </w:rPr>
        <w:t xml:space="preserve"> </w:t>
      </w:r>
      <w:r>
        <w:rPr>
          <w:b w:val="0"/>
          <w:i w:val="0"/>
          <w:smallCaps w:val="0"/>
          <w:strike w:val="0"/>
          <w:sz w:val="16"/>
          <w:u w:val="none"/>
        </w:rPr>
        <w:t>it would move marijuana from Schedule I to Schedule III under the federal Controlled Substances Act.</w:t>
      </w:r>
    </w:p>
    <w:p>
      <w:pPr>
        <w:spacing w:after="60"/>
      </w:pPr>
      <w:r>
        <w:rPr>
          <w:b w:val="0"/>
          <w:i w:val="0"/>
          <w:smallCaps w:val="0"/>
          <w:strike w:val="0"/>
          <w:sz w:val="16"/>
          <w:u w:val="none"/>
        </w:rPr>
        <w:t>But they said it didn’t solve problems, including race-based discrimination, created by federal prohibition.</w:t>
      </w:r>
    </w:p>
    <w:p>
      <w:pPr>
        <w:spacing w:after="60"/>
      </w:pPr>
      <w:r>
        <w:rPr>
          <w:b w:val="0"/>
          <w:i w:val="0"/>
          <w:smallCaps w:val="0"/>
          <w:strike w:val="0"/>
          <w:sz w:val="16"/>
          <w:u w:val="none"/>
        </w:rPr>
        <w:t>Instead, they promoted a bill that would remove cannabis from the Controlled Substances Act entirely, while adding new federal regulations and oversight.</w:t>
      </w:r>
    </w:p>
    <w:p>
      <w:pPr>
        <w:spacing w:after="60"/>
      </w:pPr>
      <w:r>
        <w:rPr>
          <w:b w:val="0"/>
          <w:i w:val="0"/>
          <w:smallCaps w:val="0"/>
          <w:strike w:val="0"/>
          <w:sz w:val="16"/>
          <w:u w:val="none"/>
        </w:rPr>
        <w:t>The bill “will help our country close the book once and for all on the awful, harmful and failed war on drugs, which all too often has been nothing more than a war on Americans of color,” Schumer said. “In short, our bill’s about individual freedom and basic fairness.”</w:t>
      </w:r>
    </w:p>
    <w:p>
      <w:pPr>
        <w:spacing w:after="60"/>
      </w:pPr>
      <w:r>
        <w:rPr>
          <w:b w:val="0"/>
          <w:i w:val="0"/>
          <w:smallCaps w:val="0"/>
          <w:strike w:val="0"/>
          <w:sz w:val="22"/>
          <w:highlight w:val="cyan"/>
          <w:u w:val="single"/>
        </w:rPr>
        <w:t xml:space="preserve">Most Americans believe </w:t>
      </w:r>
      <w:r>
        <w:rPr>
          <w:b/>
          <w:i w:val="0"/>
          <w:smallCaps w:val="0"/>
          <w:strike w:val="0"/>
          <w:sz w:val="22"/>
          <w:highlight w:val="cyan"/>
          <w:u w:val="single"/>
        </w:rPr>
        <w:t>cannabis</w:t>
      </w:r>
      <w:r>
        <w:rPr>
          <w:b w:val="0"/>
          <w:i w:val="0"/>
          <w:smallCaps w:val="0"/>
          <w:strike w:val="0"/>
          <w:sz w:val="22"/>
          <w:highlight w:val="cyan"/>
          <w:u w:val="single"/>
        </w:rPr>
        <w:t xml:space="preserve"> should be </w:t>
      </w:r>
      <w:r>
        <w:rPr>
          <w:b/>
          <w:i w:val="0"/>
          <w:smallCaps w:val="0"/>
          <w:strike w:val="0"/>
          <w:sz w:val="22"/>
          <w:highlight w:val="cyan"/>
          <w:u w:val="single"/>
        </w:rPr>
        <w:t>legalized</w:t>
      </w:r>
      <w:r>
        <w:rPr>
          <w:b w:val="0"/>
          <w:i w:val="0"/>
          <w:smallCaps w:val="0"/>
          <w:strike w:val="0"/>
          <w:sz w:val="22"/>
          <w:u w:val="single"/>
        </w:rPr>
        <w:t>, Schumer said</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