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Democrats</w:t>
      </w:r>
      <w:r>
        <w:rPr>
          <w:b/>
          <w:i w:val="0"/>
          <w:smallCaps w:val="0"/>
          <w:strike w:val="0"/>
          <w:sz w:val="26"/>
          <w:u w:val="none"/>
        </w:rPr>
        <w:t xml:space="preserve"> </w:t>
      </w:r>
      <w:r>
        <w:rPr>
          <w:b/>
          <w:i w:val="0"/>
          <w:smallCaps w:val="0"/>
          <w:strike w:val="0"/>
          <w:sz w:val="26"/>
          <w:u w:val="none"/>
        </w:rPr>
        <w:t>winning</w:t>
      </w:r>
      <w:r>
        <w:rPr>
          <w:b/>
          <w:i w:val="0"/>
          <w:smallCaps w:val="0"/>
          <w:strike w:val="0"/>
          <w:sz w:val="26"/>
          <w:u w:val="none"/>
        </w:rPr>
        <w:t xml:space="preserve"> in all key states</w:t>
      </w:r>
    </w:p>
    <w:p>
      <w:pPr>
        <w:spacing w:after="80"/>
      </w:pPr>
      <w:r>
        <w:rPr>
          <w:b/>
          <w:i w:val="0"/>
          <w:smallCaps w:val="0"/>
          <w:strike w:val="0"/>
          <w:sz w:val="23"/>
          <w:u w:val="none"/>
        </w:rPr>
        <w:t xml:space="preserve">Weisman, </w:t>
      </w:r>
      <w:r>
        <w:rPr>
          <w:b/>
          <w:i w:val="0"/>
          <w:smallCaps w:val="0"/>
          <w:strike w:val="0"/>
          <w:sz w:val="23"/>
          <w:u w:val="none"/>
        </w:rPr>
        <w:t>Igielik</w:t>
      </w:r>
      <w:r>
        <w:rPr>
          <w:b/>
          <w:i w:val="0"/>
          <w:smallCaps w:val="0"/>
          <w:strike w:val="0"/>
          <w:sz w:val="23"/>
          <w:u w:val="none"/>
        </w:rPr>
        <w:t xml:space="preserve"> ‘24</w:t>
      </w:r>
      <w:r>
        <w:rPr>
          <w:b w:val="0"/>
          <w:i w:val="0"/>
          <w:smallCaps w:val="0"/>
          <w:strike w:val="0"/>
          <w:u w:val="none"/>
        </w:rPr>
        <w:t xml:space="preserve"> </w:t>
      </w:r>
      <w:r>
        <w:rPr>
          <w:b w:val="0"/>
          <w:i w:val="0"/>
          <w:smallCaps w:val="0"/>
          <w:strike w:val="0"/>
          <w:sz w:val="14"/>
          <w:u w:val="none"/>
        </w:rPr>
        <w:t xml:space="preserve">(5/13/24, Jonathan Weisman is a politics writer for The New York Times, covering campaigns but with an emphasis on economic and labor policy, Ruth </w:t>
      </w:r>
      <w:r>
        <w:rPr>
          <w:b w:val="0"/>
          <w:i w:val="0"/>
          <w:smallCaps w:val="0"/>
          <w:strike w:val="0"/>
          <w:sz w:val="14"/>
          <w:u w:val="none"/>
        </w:rPr>
        <w:t>Igielik</w:t>
      </w:r>
      <w:r>
        <w:rPr>
          <w:b w:val="0"/>
          <w:i w:val="0"/>
          <w:smallCaps w:val="0"/>
          <w:strike w:val="0"/>
          <w:sz w:val="14"/>
          <w:u w:val="none"/>
        </w:rPr>
        <w:t xml:space="preserve"> conducts polls and write about polling for The New York Times, </w:t>
      </w:r>
      <w:r>
        <w:rPr>
          <w:b w:val="0"/>
          <w:i/>
          <w:smallCaps w:val="0"/>
          <w:strike w:val="0"/>
          <w:sz w:val="14"/>
          <w:u w:val="none"/>
        </w:rPr>
        <w:t>“Democrats Hold Leads in 4 Crucial Races That Could Decide Senate Control”</w:t>
      </w:r>
      <w:r>
        <w:rPr>
          <w:b/>
          <w:i/>
          <w:smallCaps w:val="0"/>
          <w:strike w:val="0"/>
          <w:sz w:val="14"/>
          <w:u w:val="none"/>
        </w:rPr>
        <w:t xml:space="preserve"> </w:t>
      </w:r>
      <w:r>
        <w:rPr>
          <w:b w:val="0"/>
          <w:i w:val="0"/>
          <w:smallCaps w:val="0"/>
          <w:strike w:val="0"/>
          <w:sz w:val="14"/>
          <w:u w:val="none"/>
        </w:rPr>
        <w:t>New York Times, https://www.nytimes.com/2024/05/13/us/politics/democrats-senate-battleground-poll.html)</w:t>
      </w:r>
    </w:p>
    <w:p>
      <w:pPr>
        <w:spacing w:after="60"/>
      </w:pPr>
      <w:r>
        <w:rPr>
          <w:b w:val="0"/>
          <w:i w:val="0"/>
          <w:smallCaps w:val="0"/>
          <w:strike w:val="0"/>
          <w:highlight w:val="cyan"/>
          <w:u w:val="single"/>
        </w:rPr>
        <w:t>Democratic candidates</w:t>
      </w:r>
      <w:r>
        <w:rPr>
          <w:b w:val="0"/>
          <w:i w:val="0"/>
          <w:smallCaps w:val="0"/>
          <w:strike w:val="0"/>
          <w:u w:val="single"/>
        </w:rPr>
        <w:t xml:space="preserve"> for the Senate in Arizona, Nevada, Pennsylvania and Wisconsin </w:t>
      </w:r>
      <w:r>
        <w:rPr>
          <w:b w:val="0"/>
          <w:i w:val="0"/>
          <w:smallCaps w:val="0"/>
          <w:strike w:val="0"/>
          <w:highlight w:val="cyan"/>
          <w:u w:val="single"/>
        </w:rPr>
        <w:t>lead their Republican rivals</w:t>
      </w:r>
      <w:r>
        <w:rPr>
          <w:b w:val="0"/>
          <w:i w:val="0"/>
          <w:smallCaps w:val="0"/>
          <w:strike w:val="0"/>
          <w:u w:val="single"/>
        </w:rPr>
        <w:t xml:space="preserve"> and are </w:t>
      </w:r>
      <w:r>
        <w:rPr>
          <w:b w:val="0"/>
          <w:i w:val="0"/>
          <w:smallCaps w:val="0"/>
          <w:strike w:val="0"/>
          <w:highlight w:val="cyan"/>
          <w:u w:val="single"/>
        </w:rPr>
        <w:t>running</w:t>
      </w:r>
      <w:r>
        <w:rPr>
          <w:b w:val="0"/>
          <w:i w:val="0"/>
          <w:smallCaps w:val="0"/>
          <w:strike w:val="0"/>
          <w:u w:val="single"/>
        </w:rPr>
        <w:t xml:space="preserve"> well </w:t>
      </w:r>
      <w:r>
        <w:rPr>
          <w:b w:val="0"/>
          <w:i w:val="0"/>
          <w:smallCaps w:val="0"/>
          <w:strike w:val="0"/>
          <w:highlight w:val="cyan"/>
          <w:u w:val="single"/>
        </w:rPr>
        <w:t xml:space="preserve">ahead of </w:t>
      </w:r>
      <w:r>
        <w:rPr>
          <w:b w:val="0"/>
          <w:i w:val="0"/>
          <w:smallCaps w:val="0"/>
          <w:strike w:val="0"/>
          <w:u w:val="single"/>
        </w:rPr>
        <w:t xml:space="preserve">President </w:t>
      </w:r>
      <w:r>
        <w:rPr>
          <w:b w:val="0"/>
          <w:i w:val="0"/>
          <w:smallCaps w:val="0"/>
          <w:strike w:val="0"/>
          <w:highlight w:val="cyan"/>
          <w:u w:val="single"/>
        </w:rPr>
        <w:t>Biden</w:t>
      </w:r>
      <w:r>
        <w:rPr>
          <w:b w:val="0"/>
          <w:i w:val="0"/>
          <w:smallCaps w:val="0"/>
          <w:strike w:val="0"/>
          <w:u w:val="single"/>
        </w:rPr>
        <w:t xml:space="preserve"> in key states where he continues to struggle, </w:t>
      </w:r>
      <w:r>
        <w:rPr>
          <w:b w:val="0"/>
          <w:i w:val="0"/>
          <w:smallCaps w:val="0"/>
          <w:strike w:val="0"/>
          <w:highlight w:val="cyan"/>
          <w:u w:val="single"/>
        </w:rPr>
        <w:t>according to polls</w:t>
      </w:r>
      <w:r>
        <w:rPr>
          <w:b w:val="0"/>
          <w:i w:val="0"/>
          <w:smallCaps w:val="0"/>
          <w:strike w:val="0"/>
          <w:u w:val="single"/>
        </w:rPr>
        <w:t xml:space="preserve"> The battleground surveys of registered voters indicate that the president’s </w:t>
      </w:r>
      <w:r>
        <w:rPr>
          <w:b w:val="0"/>
          <w:i w:val="0"/>
          <w:smallCaps w:val="0"/>
          <w:strike w:val="0"/>
          <w:highlight w:val="cyan"/>
          <w:u w:val="single"/>
        </w:rPr>
        <w:t xml:space="preserve">difficulties against </w:t>
      </w:r>
      <w:r>
        <w:rPr>
          <w:b w:val="0"/>
          <w:i w:val="0"/>
          <w:smallCaps w:val="0"/>
          <w:strike w:val="0"/>
          <w:u w:val="single"/>
        </w:rPr>
        <w:t xml:space="preserve">former </w:t>
      </w:r>
      <w:r>
        <w:rPr>
          <w:b w:val="0"/>
          <w:i w:val="0"/>
          <w:smallCaps w:val="0"/>
          <w:strike w:val="0"/>
          <w:highlight w:val="cyan"/>
          <w:u w:val="single"/>
        </w:rPr>
        <w:t>President</w:t>
      </w:r>
      <w:r>
        <w:rPr>
          <w:b w:val="0"/>
          <w:i w:val="0"/>
          <w:smallCaps w:val="0"/>
          <w:strike w:val="0"/>
          <w:u w:val="single"/>
        </w:rPr>
        <w:t xml:space="preserve"> Donald J. </w:t>
      </w:r>
      <w:r>
        <w:rPr>
          <w:b w:val="0"/>
          <w:i w:val="0"/>
          <w:smallCaps w:val="0"/>
          <w:strike w:val="0"/>
          <w:highlight w:val="cyan"/>
          <w:u w:val="single"/>
        </w:rPr>
        <w:t>Trump</w:t>
      </w:r>
      <w:r>
        <w:rPr>
          <w:b w:val="0"/>
          <w:i w:val="0"/>
          <w:smallCaps w:val="0"/>
          <w:strike w:val="0"/>
          <w:u w:val="single"/>
        </w:rPr>
        <w:t xml:space="preserve"> may </w:t>
      </w:r>
      <w:r>
        <w:rPr>
          <w:b w:val="0"/>
          <w:i w:val="0"/>
          <w:smallCaps w:val="0"/>
          <w:strike w:val="0"/>
          <w:highlight w:val="cyan"/>
          <w:u w:val="single"/>
        </w:rPr>
        <w:t>not</w:t>
      </w:r>
      <w:r>
        <w:rPr>
          <w:b w:val="0"/>
          <w:i w:val="0"/>
          <w:smallCaps w:val="0"/>
          <w:strike w:val="0"/>
          <w:u w:val="single"/>
        </w:rPr>
        <w:t xml:space="preserve"> be </w:t>
      </w:r>
      <w:r>
        <w:rPr>
          <w:b w:val="0"/>
          <w:i w:val="0"/>
          <w:smallCaps w:val="0"/>
          <w:strike w:val="0"/>
          <w:highlight w:val="cyan"/>
          <w:u w:val="single"/>
        </w:rPr>
        <w:t xml:space="preserve">enough to sink </w:t>
      </w:r>
      <w:r>
        <w:rPr>
          <w:b w:val="0"/>
          <w:i w:val="0"/>
          <w:smallCaps w:val="0"/>
          <w:strike w:val="0"/>
          <w:u w:val="single"/>
        </w:rPr>
        <w:t xml:space="preserve">other </w:t>
      </w:r>
      <w:r>
        <w:rPr>
          <w:b w:val="0"/>
          <w:i w:val="0"/>
          <w:smallCaps w:val="0"/>
          <w:strike w:val="0"/>
          <w:highlight w:val="cyan"/>
          <w:u w:val="single"/>
        </w:rPr>
        <w:t>Democrats</w:t>
      </w:r>
      <w:r>
        <w:rPr>
          <w:b w:val="0"/>
          <w:i w:val="0"/>
          <w:smallCaps w:val="0"/>
          <w:strike w:val="0"/>
          <w:u w:val="single"/>
        </w:rPr>
        <w:t xml:space="preserve">, </w:t>
      </w:r>
      <w:r>
        <w:rPr>
          <w:b w:val="0"/>
          <w:i w:val="0"/>
          <w:smallCaps w:val="0"/>
          <w:strike w:val="0"/>
          <w:highlight w:val="cyan"/>
          <w:u w:val="single"/>
        </w:rPr>
        <w:t>especially Senate incumbents</w:t>
      </w:r>
      <w:r>
        <w:rPr>
          <w:b w:val="0"/>
          <w:i w:val="0"/>
          <w:smallCaps w:val="0"/>
          <w:strike w:val="0"/>
          <w:u w:val="single"/>
        </w:rPr>
        <w:t xml:space="preserve"> who are facing less-well-known Republicans. </w:t>
      </w:r>
      <w:r>
        <w:rPr>
          <w:b w:val="0"/>
          <w:i w:val="0"/>
          <w:smallCaps w:val="0"/>
          <w:strike w:val="0"/>
          <w:sz w:val="14"/>
          <w:u w:val="none"/>
        </w:rPr>
        <w:t>Ticket-splitters are not abundant — about 10 percent of Trump voters back the Democratic candidate for Senate in the four states, while about 5 percent of Biden supporters back the Republican. But those voters are enough to give Democrats a chance at holding the Senate, where they currently hold a one-seat majority. To maintain control, the Democrats would have to sweep every competitive Senate seat and win the White House.</w:t>
      </w:r>
      <w:r>
        <w:rPr>
          <w:b w:val="0"/>
          <w:i w:val="0"/>
          <w:smallCaps w:val="0"/>
          <w:strike w:val="0"/>
          <w:sz w:val="16"/>
          <w:u w:val="none"/>
        </w:rPr>
        <w:t xml:space="preserve"> </w:t>
      </w:r>
      <w:r>
        <w:rPr>
          <w:b w:val="0"/>
          <w:i w:val="0"/>
          <w:smallCaps w:val="0"/>
          <w:strike w:val="0"/>
          <w:u w:val="single"/>
        </w:rPr>
        <w:t xml:space="preserve">In </w:t>
      </w:r>
      <w:r>
        <w:rPr>
          <w:b w:val="0"/>
          <w:i w:val="0"/>
          <w:smallCaps w:val="0"/>
          <w:strike w:val="0"/>
          <w:highlight w:val="cyan"/>
          <w:u w:val="single"/>
        </w:rPr>
        <w:t>Pennsylvania</w:t>
      </w:r>
      <w:r>
        <w:rPr>
          <w:b w:val="0"/>
          <w:i w:val="0"/>
          <w:smallCaps w:val="0"/>
          <w:strike w:val="0"/>
          <w:u w:val="single"/>
        </w:rPr>
        <w:t xml:space="preserve">, Senator </w:t>
      </w:r>
      <w:r>
        <w:rPr>
          <w:b w:val="0"/>
          <w:i w:val="0"/>
          <w:smallCaps w:val="0"/>
          <w:strike w:val="0"/>
          <w:highlight w:val="cyan"/>
          <w:u w:val="single"/>
        </w:rPr>
        <w:t>Bob Casey</w:t>
      </w:r>
      <w:r>
        <w:rPr>
          <w:b w:val="0"/>
          <w:i w:val="0"/>
          <w:smallCaps w:val="0"/>
          <w:strike w:val="0"/>
          <w:u w:val="single"/>
        </w:rPr>
        <w:t xml:space="preserve">, a </w:t>
      </w:r>
      <w:r>
        <w:rPr>
          <w:b w:val="0"/>
          <w:i w:val="0"/>
          <w:smallCaps w:val="0"/>
          <w:strike w:val="0"/>
          <w:highlight w:val="cyan"/>
          <w:u w:val="single"/>
        </w:rPr>
        <w:t>Democrat</w:t>
      </w:r>
      <w:r>
        <w:rPr>
          <w:b w:val="0"/>
          <w:i w:val="0"/>
          <w:smallCaps w:val="0"/>
          <w:strike w:val="0"/>
          <w:u w:val="single"/>
        </w:rPr>
        <w:t xml:space="preserve">, has the </w:t>
      </w:r>
      <w:r>
        <w:rPr>
          <w:b w:val="0"/>
          <w:i w:val="0"/>
          <w:smallCaps w:val="0"/>
          <w:strike w:val="0"/>
          <w:highlight w:val="cyan"/>
          <w:u w:val="single"/>
        </w:rPr>
        <w:t>support of 46 percent of voters</w:t>
      </w:r>
      <w:r>
        <w:rPr>
          <w:b w:val="0"/>
          <w:i w:val="0"/>
          <w:smallCaps w:val="0"/>
          <w:strike w:val="0"/>
          <w:u w:val="single"/>
        </w:rPr>
        <w:t xml:space="preserve">, against the 41 percent who say they back his Republican challenger, the wealthy finance executive David McCormick, although Mr. </w:t>
      </w:r>
      <w:r>
        <w:rPr>
          <w:b w:val="0"/>
          <w:i w:val="0"/>
          <w:smallCaps w:val="0"/>
          <w:strike w:val="0"/>
          <w:highlight w:val="cyan"/>
          <w:u w:val="single"/>
        </w:rPr>
        <w:t>Trump holds</w:t>
      </w:r>
      <w:r>
        <w:rPr>
          <w:b w:val="0"/>
          <w:i w:val="0"/>
          <w:smallCaps w:val="0"/>
          <w:strike w:val="0"/>
          <w:u w:val="single"/>
        </w:rPr>
        <w:t xml:space="preserve"> a slender </w:t>
      </w:r>
      <w:r>
        <w:rPr>
          <w:b w:val="0"/>
          <w:i w:val="0"/>
          <w:smallCaps w:val="0"/>
          <w:strike w:val="0"/>
          <w:highlight w:val="cyan"/>
          <w:u w:val="single"/>
        </w:rPr>
        <w:t>advantage</w:t>
      </w:r>
      <w:r>
        <w:rPr>
          <w:b w:val="0"/>
          <w:i w:val="0"/>
          <w:smallCaps w:val="0"/>
          <w:strike w:val="0"/>
          <w:u w:val="single"/>
        </w:rPr>
        <w:t xml:space="preserve"> in a head-to-head race with Mr. Biden, 47 percent to 44 percent. In </w:t>
      </w:r>
      <w:r>
        <w:rPr>
          <w:b w:val="0"/>
          <w:i w:val="0"/>
          <w:smallCaps w:val="0"/>
          <w:strike w:val="0"/>
          <w:highlight w:val="cyan"/>
          <w:u w:val="single"/>
        </w:rPr>
        <w:t>Wisconsin</w:t>
      </w:r>
      <w:r>
        <w:rPr>
          <w:b w:val="0"/>
          <w:i w:val="0"/>
          <w:smallCaps w:val="0"/>
          <w:strike w:val="0"/>
          <w:u w:val="single"/>
        </w:rPr>
        <w:t xml:space="preserve">, the </w:t>
      </w:r>
      <w:r>
        <w:rPr>
          <w:b w:val="0"/>
          <w:i w:val="0"/>
          <w:smallCaps w:val="0"/>
          <w:strike w:val="0"/>
          <w:highlight w:val="cyan"/>
          <w:u w:val="single"/>
        </w:rPr>
        <w:t xml:space="preserve">Democratic </w:t>
      </w:r>
      <w:r>
        <w:rPr>
          <w:b w:val="0"/>
          <w:i w:val="0"/>
          <w:smallCaps w:val="0"/>
          <w:strike w:val="0"/>
          <w:u w:val="single"/>
        </w:rPr>
        <w:t xml:space="preserve">incumbent, Senator </w:t>
      </w:r>
      <w:r>
        <w:rPr>
          <w:b w:val="0"/>
          <w:i w:val="0"/>
          <w:smallCaps w:val="0"/>
          <w:strike w:val="0"/>
          <w:highlight w:val="cyan"/>
          <w:u w:val="single"/>
        </w:rPr>
        <w:t>Tammy Baldwin</w:t>
      </w:r>
      <w:r>
        <w:rPr>
          <w:b w:val="0"/>
          <w:i w:val="0"/>
          <w:smallCaps w:val="0"/>
          <w:strike w:val="0"/>
          <w:u w:val="single"/>
        </w:rPr>
        <w:t xml:space="preserve">, </w:t>
      </w:r>
      <w:r>
        <w:rPr>
          <w:b w:val="0"/>
          <w:i w:val="0"/>
          <w:smallCaps w:val="0"/>
          <w:strike w:val="0"/>
          <w:highlight w:val="cyan"/>
          <w:u w:val="single"/>
        </w:rPr>
        <w:t>holds</w:t>
      </w:r>
      <w:r>
        <w:rPr>
          <w:b w:val="0"/>
          <w:i w:val="0"/>
          <w:smallCaps w:val="0"/>
          <w:strike w:val="0"/>
          <w:u w:val="single"/>
        </w:rPr>
        <w:t xml:space="preserve"> a wider, </w:t>
      </w:r>
      <w:r>
        <w:rPr>
          <w:b w:val="0"/>
          <w:i w:val="0"/>
          <w:smallCaps w:val="0"/>
          <w:strike w:val="0"/>
          <w:highlight w:val="cyan"/>
          <w:u w:val="single"/>
        </w:rPr>
        <w:t>49-percent</w:t>
      </w:r>
      <w:r>
        <w:rPr>
          <w:b w:val="0"/>
          <w:i w:val="0"/>
          <w:smallCaps w:val="0"/>
          <w:strike w:val="0"/>
          <w:u w:val="single"/>
        </w:rPr>
        <w:t>-</w:t>
      </w:r>
      <w:r>
        <w:rPr>
          <w:b w:val="0"/>
          <w:i w:val="0"/>
          <w:smallCaps w:val="0"/>
          <w:strike w:val="0"/>
          <w:highlight w:val="cyan"/>
          <w:u w:val="single"/>
        </w:rPr>
        <w:t>to</w:t>
      </w:r>
      <w:r>
        <w:rPr>
          <w:b w:val="0"/>
          <w:i w:val="0"/>
          <w:smallCaps w:val="0"/>
          <w:strike w:val="0"/>
          <w:u w:val="single"/>
        </w:rPr>
        <w:t>-</w:t>
      </w:r>
      <w:r>
        <w:rPr>
          <w:b w:val="0"/>
          <w:i w:val="0"/>
          <w:smallCaps w:val="0"/>
          <w:strike w:val="0"/>
          <w:highlight w:val="cyan"/>
          <w:u w:val="single"/>
        </w:rPr>
        <w:t>40 percent</w:t>
      </w:r>
      <w:r>
        <w:rPr>
          <w:b w:val="0"/>
          <w:i w:val="0"/>
          <w:smallCaps w:val="0"/>
          <w:strike w:val="0"/>
          <w:u w:val="single"/>
        </w:rPr>
        <w:t xml:space="preserve"> </w:t>
      </w:r>
      <w:r>
        <w:rPr>
          <w:b w:val="0"/>
          <w:i w:val="0"/>
          <w:smallCaps w:val="0"/>
          <w:strike w:val="0"/>
          <w:highlight w:val="cyan"/>
          <w:u w:val="single"/>
        </w:rPr>
        <w:t>lead</w:t>
      </w:r>
      <w:r>
        <w:rPr>
          <w:b w:val="0"/>
          <w:i w:val="0"/>
          <w:smallCaps w:val="0"/>
          <w:strike w:val="0"/>
          <w:u w:val="single"/>
        </w:rPr>
        <w:t xml:space="preserve"> over the Republican banker Eric </w:t>
      </w:r>
      <w:r>
        <w:rPr>
          <w:b w:val="0"/>
          <w:i w:val="0"/>
          <w:smallCaps w:val="0"/>
          <w:strike w:val="0"/>
          <w:u w:val="single"/>
        </w:rPr>
        <w:t>Hovde</w:t>
      </w:r>
      <w:r>
        <w:rPr>
          <w:b w:val="0"/>
          <w:i w:val="0"/>
          <w:smallCaps w:val="0"/>
          <w:strike w:val="0"/>
          <w:u w:val="single"/>
        </w:rPr>
        <w:t xml:space="preserve">. Mr. Biden is up slightly against Mr. Trump, 47 percent to 45 percent. In </w:t>
      </w:r>
      <w:r>
        <w:rPr>
          <w:b w:val="0"/>
          <w:i w:val="0"/>
          <w:smallCaps w:val="0"/>
          <w:strike w:val="0"/>
          <w:highlight w:val="cyan"/>
          <w:u w:val="single"/>
        </w:rPr>
        <w:t>Nevada</w:t>
      </w:r>
      <w:r>
        <w:rPr>
          <w:b w:val="0"/>
          <w:i w:val="0"/>
          <w:smallCaps w:val="0"/>
          <w:strike w:val="0"/>
          <w:u w:val="single"/>
        </w:rPr>
        <w:t xml:space="preserve">, where Mr. Biden is struggling the most, Senator </w:t>
      </w:r>
      <w:r>
        <w:rPr>
          <w:b w:val="0"/>
          <w:i w:val="0"/>
          <w:smallCaps w:val="0"/>
          <w:strike w:val="0"/>
          <w:highlight w:val="cyan"/>
          <w:u w:val="single"/>
        </w:rPr>
        <w:t>Jacky Rosen, a Democrat</w:t>
      </w:r>
      <w:r>
        <w:rPr>
          <w:b w:val="0"/>
          <w:i w:val="0"/>
          <w:smallCaps w:val="0"/>
          <w:strike w:val="0"/>
          <w:u w:val="single"/>
        </w:rPr>
        <w:t xml:space="preserve">, narrowly </w:t>
      </w:r>
      <w:r>
        <w:rPr>
          <w:b w:val="0"/>
          <w:i w:val="0"/>
          <w:smallCaps w:val="0"/>
          <w:strike w:val="0"/>
          <w:highlight w:val="cyan"/>
          <w:u w:val="single"/>
        </w:rPr>
        <w:t xml:space="preserve">leads </w:t>
      </w:r>
      <w:r>
        <w:rPr>
          <w:b w:val="0"/>
          <w:i w:val="0"/>
          <w:smallCaps w:val="0"/>
          <w:strike w:val="0"/>
          <w:u w:val="single"/>
        </w:rPr>
        <w:t xml:space="preserve">her Republican </w:t>
      </w:r>
      <w:r>
        <w:rPr>
          <w:b w:val="0"/>
          <w:i w:val="0"/>
          <w:smallCaps w:val="0"/>
          <w:strike w:val="0"/>
          <w:highlight w:val="cyan"/>
          <w:u w:val="single"/>
        </w:rPr>
        <w:t>challenger</w:t>
      </w:r>
      <w:r>
        <w:rPr>
          <w:b w:val="0"/>
          <w:i w:val="0"/>
          <w:smallCaps w:val="0"/>
          <w:strike w:val="0"/>
          <w:u w:val="single"/>
        </w:rPr>
        <w:t xml:space="preserve">, Sam Brown, a wounded combat veteran, 40 percent to 38 percent, with 23 percent of registered voters undecided. </w:t>
      </w:r>
      <w:r>
        <w:rPr>
          <w:b w:val="0"/>
          <w:i w:val="0"/>
          <w:smallCaps w:val="0"/>
          <w:strike w:val="0"/>
          <w:sz w:val="14"/>
          <w:u w:val="none"/>
        </w:rPr>
        <w:t>In Arizona, the one battleground state polled with an open Senate seat, Representative Ruben Gallego, a Phoenix-area Democrat, leads Kari Lake, the Republican former news anchor who is closely allied with Mr. Trump, 45 percent to 41 percent, with 14 percent undecided. Mr. Trump leads Mr. Biden in Arizona, 49 percent to 42 percent</w:t>
      </w:r>
      <w:r>
        <w:rPr>
          <w:b w:val="0"/>
          <w:i w:val="0"/>
          <w:smallCaps w:val="0"/>
          <w:strike w:val="0"/>
          <w:sz w:val="16"/>
          <w:u w:val="none"/>
        </w:rPr>
        <w:t>.</w:t>
      </w:r>
      <w:r>
        <w:rPr>
          <w:b w:val="0"/>
          <w:i w:val="0"/>
          <w:smallCaps w:val="0"/>
          <w:strike w:val="0"/>
          <w:sz w:val="14"/>
          <w:u w:val="none"/>
        </w:rPr>
        <w:t xml:space="preserve"> </w:t>
      </w:r>
      <w:r>
        <w:rPr>
          <w:b w:val="0"/>
          <w:i w:val="0"/>
          <w:smallCaps w:val="0"/>
          <w:strike w:val="0"/>
          <w:u w:val="single"/>
        </w:rPr>
        <w:t xml:space="preserve">The contrasting results underscore the </w:t>
      </w:r>
      <w:r>
        <w:rPr>
          <w:b w:val="0"/>
          <w:i w:val="0"/>
          <w:smallCaps w:val="0"/>
          <w:strike w:val="0"/>
          <w:highlight w:val="cyan"/>
          <w:u w:val="single"/>
        </w:rPr>
        <w:t>power of incumbency</w:t>
      </w:r>
      <w:r>
        <w:rPr>
          <w:b w:val="0"/>
          <w:i w:val="0"/>
          <w:smallCaps w:val="0"/>
          <w:strike w:val="0"/>
          <w:u w:val="single"/>
        </w:rPr>
        <w:t xml:space="preserve">, and how it appears to be nullified in the case of a former president challenging a sitting president. </w:t>
      </w:r>
      <w:r>
        <w:rPr>
          <w:b w:val="0"/>
          <w:i w:val="0"/>
          <w:smallCaps w:val="0"/>
          <w:strike w:val="0"/>
          <w:highlight w:val="cyan"/>
          <w:u w:val="single"/>
        </w:rPr>
        <w:t>Voter after voter expressed</w:t>
      </w:r>
      <w:r>
        <w:rPr>
          <w:b w:val="0"/>
          <w:i w:val="0"/>
          <w:smallCaps w:val="0"/>
          <w:strike w:val="0"/>
          <w:u w:val="single"/>
        </w:rPr>
        <w:t xml:space="preserve"> </w:t>
      </w:r>
      <w:r>
        <w:rPr>
          <w:b w:val="0"/>
          <w:i w:val="0"/>
          <w:smallCaps w:val="0"/>
          <w:strike w:val="0"/>
          <w:highlight w:val="cyan"/>
          <w:u w:val="single"/>
        </w:rPr>
        <w:t>comfort</w:t>
      </w:r>
      <w:r>
        <w:rPr>
          <w:b w:val="0"/>
          <w:i w:val="0"/>
          <w:smallCaps w:val="0"/>
          <w:strike w:val="0"/>
          <w:u w:val="single"/>
        </w:rPr>
        <w:t xml:space="preserve"> </w:t>
      </w:r>
      <w:r>
        <w:rPr>
          <w:b w:val="0"/>
          <w:i w:val="0"/>
          <w:smallCaps w:val="0"/>
          <w:strike w:val="0"/>
          <w:highlight w:val="cyan"/>
          <w:u w:val="single"/>
        </w:rPr>
        <w:t>with</w:t>
      </w:r>
      <w:r>
        <w:rPr>
          <w:b w:val="0"/>
          <w:i w:val="0"/>
          <w:smallCaps w:val="0"/>
          <w:strike w:val="0"/>
          <w:u w:val="single"/>
        </w:rPr>
        <w:t xml:space="preserve"> the sitting </w:t>
      </w:r>
      <w:r>
        <w:rPr>
          <w:b w:val="0"/>
          <w:i w:val="0"/>
          <w:smallCaps w:val="0"/>
          <w:strike w:val="0"/>
          <w:highlight w:val="cyan"/>
          <w:u w:val="single"/>
        </w:rPr>
        <w:t>Senate Democrat</w:t>
      </w:r>
      <w:r>
        <w:rPr>
          <w:b w:val="0"/>
          <w:i w:val="0"/>
          <w:smallCaps w:val="0"/>
          <w:strike w:val="0"/>
          <w:u w:val="single"/>
        </w:rPr>
        <w:t>, and an almost complete lack of knowledge about the Republican challengers.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