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Democratic candidates are outpolling---huge chance of winning house vote</w:t>
      </w:r>
    </w:p>
    <w:p>
      <w:pPr>
        <w:spacing w:after="80"/>
      </w:pPr>
      <w:r>
        <w:rPr>
          <w:b/>
          <w:i w:val="0"/>
          <w:smallCaps w:val="0"/>
          <w:strike w:val="0"/>
          <w:sz w:val="26"/>
          <w:u w:val="none"/>
        </w:rPr>
        <w:t>Kapur</w:t>
      </w:r>
      <w:r>
        <w:rPr>
          <w:b/>
          <w:i w:val="0"/>
          <w:smallCaps w:val="0"/>
          <w:strike w:val="0"/>
          <w:sz w:val="26"/>
          <w:u w:val="none"/>
        </w:rPr>
        <w:t xml:space="preserve"> ‘7-18 </w:t>
      </w:r>
      <w:r>
        <w:rPr>
          <w:b w:val="0"/>
          <w:i w:val="0"/>
          <w:smallCaps w:val="0"/>
          <w:strike w:val="0"/>
          <w:u w:val="none"/>
        </w:rPr>
        <w:t>[Sahil; July 18; Capitol Hill News Reporter for NBC News, B.A in Political Science from Claremont McKenna College; NBC News; “</w:t>
      </w:r>
      <w:r>
        <w:rPr>
          <w:b w:val="0"/>
          <w:i w:val="0"/>
          <w:smallCaps w:val="0"/>
          <w:strike w:val="0"/>
          <w:u w:val="none"/>
        </w:rPr>
        <w:t>Democrats are banking on outperforming Biden in key Senate races</w:t>
      </w:r>
      <w:r>
        <w:rPr>
          <w:b w:val="0"/>
          <w:i w:val="0"/>
          <w:smallCaps w:val="0"/>
          <w:strike w:val="0"/>
          <w:u w:val="none"/>
        </w:rPr>
        <w:t xml:space="preserve">”, </w:t>
      </w:r>
      <w:r>
        <w:rPr>
          <w:b w:val="0"/>
          <w:i w:val="0"/>
          <w:smallCaps w:val="0"/>
          <w:strike w:val="0"/>
          <w:u w:val="none"/>
        </w:rPr>
        <w:t xml:space="preserve">] </w:t>
      </w:r>
    </w:p>
    <w:p>
      <w:pPr>
        <w:spacing w:after="60"/>
      </w:pPr>
      <w:r>
        <w:rPr>
          <w:b w:val="0"/>
          <w:i w:val="0"/>
          <w:smallCaps w:val="0"/>
          <w:strike w:val="0"/>
          <w:sz w:val="16"/>
          <w:u w:val="none"/>
        </w:rPr>
        <w:t xml:space="preserve">Polls taken before and after the June 27 debate paint a consistent picture: </w:t>
      </w:r>
      <w:r>
        <w:rPr>
          <w:b w:val="0"/>
          <w:i w:val="0"/>
          <w:smallCaps w:val="0"/>
          <w:strike w:val="0"/>
          <w:highlight w:val="cyan"/>
          <w:u w:val="single"/>
        </w:rPr>
        <w:t>Dem</w:t>
      </w:r>
      <w:r>
        <w:rPr>
          <w:b w:val="0"/>
          <w:i w:val="0"/>
          <w:smallCaps w:val="0"/>
          <w:strike w:val="0"/>
          <w:u w:val="single"/>
        </w:rPr>
        <w:t xml:space="preserve">ocratic Senate </w:t>
      </w:r>
      <w:r>
        <w:rPr>
          <w:b w:val="0"/>
          <w:i w:val="0"/>
          <w:smallCaps w:val="0"/>
          <w:strike w:val="0"/>
          <w:highlight w:val="cyan"/>
          <w:u w:val="single"/>
        </w:rPr>
        <w:t>candidates</w:t>
      </w:r>
      <w:r>
        <w:rPr>
          <w:b w:val="0"/>
          <w:i w:val="0"/>
          <w:smallCaps w:val="0"/>
          <w:strike w:val="0"/>
          <w:u w:val="single"/>
        </w:rPr>
        <w:t xml:space="preserve"> in key states are </w:t>
      </w:r>
      <w:r>
        <w:rPr>
          <w:b w:val="0"/>
          <w:i w:val="0"/>
          <w:smallCaps w:val="0"/>
          <w:strike w:val="0"/>
          <w:highlight w:val="cyan"/>
          <w:u w:val="single"/>
        </w:rPr>
        <w:t>faring well</w:t>
      </w:r>
      <w:r>
        <w:rPr>
          <w:b w:val="0"/>
          <w:i w:val="0"/>
          <w:smallCaps w:val="0"/>
          <w:strike w:val="0"/>
          <w:u w:val="single"/>
        </w:rPr>
        <w:t xml:space="preserve"> and broadly </w:t>
      </w:r>
      <w:r>
        <w:rPr>
          <w:b w:val="0"/>
          <w:i w:val="0"/>
          <w:smallCaps w:val="0"/>
          <w:strike w:val="0"/>
          <w:highlight w:val="cyan"/>
          <w:u w:val="single"/>
        </w:rPr>
        <w:t>leading GOP rivals</w:t>
      </w:r>
      <w:r>
        <w:rPr>
          <w:b w:val="0"/>
          <w:i w:val="0"/>
          <w:smallCaps w:val="0"/>
          <w:strike w:val="0"/>
          <w:u w:val="single"/>
        </w:rPr>
        <w:t>, while Biden is in a dead heat with Trump or trailing him with the same set of voters. In some more recent polls, Biden has been underperforming other Democrats by 5 points to double digits.</w:t>
      </w:r>
    </w:p>
    <w:p>
      <w:pPr>
        <w:spacing w:after="60"/>
      </w:pPr>
      <w:r>
        <w:rPr>
          <w:b w:val="0"/>
          <w:i w:val="0"/>
          <w:smallCaps w:val="0"/>
          <w:strike w:val="0"/>
          <w:sz w:val="16"/>
          <w:u w:val="none"/>
        </w:rPr>
        <w:t xml:space="preserve">In Michigan, a recent EPIC-MRA poll found Biden trailing Trump by 3 points, while </w:t>
      </w:r>
      <w:r>
        <w:rPr>
          <w:b w:val="0"/>
          <w:i w:val="0"/>
          <w:smallCaps w:val="0"/>
          <w:strike w:val="0"/>
          <w:sz w:val="16"/>
          <w:u w:val="none"/>
        </w:rPr>
        <w:t>Slotkin</w:t>
      </w:r>
      <w:r>
        <w:rPr>
          <w:b w:val="0"/>
          <w:i w:val="0"/>
          <w:smallCaps w:val="0"/>
          <w:strike w:val="0"/>
          <w:sz w:val="16"/>
          <w:u w:val="none"/>
        </w:rPr>
        <w:t xml:space="preserve"> led Republican Senate front-runner and former congressman Mike Rogers by 2 points — both within the margin of error.</w:t>
      </w:r>
    </w:p>
    <w:p>
      <w:pPr>
        <w:spacing w:after="60"/>
      </w:pPr>
      <w:r>
        <w:rPr>
          <w:b w:val="0"/>
          <w:i w:val="0"/>
          <w:smallCaps w:val="0"/>
          <w:strike w:val="0"/>
          <w:sz w:val="16"/>
          <w:u w:val="none"/>
        </w:rPr>
        <w:t xml:space="preserve">While </w:t>
      </w:r>
      <w:r>
        <w:rPr>
          <w:b w:val="0"/>
          <w:i w:val="0"/>
          <w:smallCaps w:val="0"/>
          <w:strike w:val="0"/>
          <w:sz w:val="16"/>
          <w:u w:val="none"/>
        </w:rPr>
        <w:t>Slotkin</w:t>
      </w:r>
      <w:r>
        <w:rPr>
          <w:b w:val="0"/>
          <w:i w:val="0"/>
          <w:smallCaps w:val="0"/>
          <w:strike w:val="0"/>
          <w:sz w:val="16"/>
          <w:u w:val="none"/>
        </w:rPr>
        <w:t xml:space="preserve"> keeps some distance from Biden, Rogers has embraced his party’s nominee, vowing at the Republican convention this week to “fight alongside Donald Trump” if elected. Rogers spokesman Chris Gustafson linked </w:t>
      </w:r>
      <w:r>
        <w:rPr>
          <w:b w:val="0"/>
          <w:i w:val="0"/>
          <w:smallCaps w:val="0"/>
          <w:strike w:val="0"/>
          <w:sz w:val="16"/>
          <w:u w:val="none"/>
        </w:rPr>
        <w:t>Slotkin</w:t>
      </w:r>
      <w:r>
        <w:rPr>
          <w:b w:val="0"/>
          <w:i w:val="0"/>
          <w:smallCaps w:val="0"/>
          <w:strike w:val="0"/>
          <w:sz w:val="16"/>
          <w:u w:val="none"/>
        </w:rPr>
        <w:t xml:space="preserve"> to Biden, saying: “With all of the problems Joe Biden has caused for hard-working Michigan families, his debate performance should be the least embarrassing thing about Elissa </w:t>
      </w:r>
      <w:r>
        <w:rPr>
          <w:b w:val="0"/>
          <w:i w:val="0"/>
          <w:smallCaps w:val="0"/>
          <w:strike w:val="0"/>
          <w:sz w:val="16"/>
          <w:u w:val="none"/>
        </w:rPr>
        <w:t>Slotkin</w:t>
      </w:r>
      <w:r>
        <w:rPr>
          <w:b w:val="0"/>
          <w:i w:val="0"/>
          <w:smallCaps w:val="0"/>
          <w:strike w:val="0"/>
          <w:sz w:val="16"/>
          <w:u w:val="none"/>
        </w:rPr>
        <w:t xml:space="preserve"> still supporting him.”</w:t>
      </w:r>
    </w:p>
    <w:p>
      <w:pPr>
        <w:spacing w:after="60"/>
      </w:pPr>
      <w:r>
        <w:rPr>
          <w:b w:val="0"/>
          <w:i w:val="0"/>
          <w:smallCaps w:val="0"/>
          <w:strike w:val="0"/>
          <w:sz w:val="16"/>
          <w:u w:val="none"/>
        </w:rPr>
        <w:t>Biden has dismissed fears that he could harm the ticket,</w:t>
      </w:r>
      <w:r>
        <w:rPr>
          <w:b w:val="0"/>
          <w:i w:val="0"/>
          <w:smallCaps w:val="0"/>
          <w:strike w:val="0"/>
          <w:u w:val="none"/>
        </w:rPr>
        <w:t xml:space="preserve"> </w:t>
      </w:r>
      <w:r>
        <w:rPr>
          <w:b w:val="0"/>
          <w:i w:val="0"/>
          <w:smallCaps w:val="0"/>
          <w:strike w:val="0"/>
          <w:u w:val="single"/>
        </w:rPr>
        <w:t xml:space="preserve">pointing to the Democrats’ overperformance in the 2022 midterms and special elections since he took office. </w:t>
      </w:r>
      <w:r>
        <w:rPr>
          <w:b w:val="0"/>
          <w:i w:val="0"/>
          <w:smallCaps w:val="0"/>
          <w:strike w:val="0"/>
          <w:highlight w:val="cyan"/>
          <w:u w:val="single"/>
        </w:rPr>
        <w:t>His campaign predicted the party will win</w:t>
      </w:r>
      <w:r>
        <w:rPr>
          <w:b w:val="0"/>
          <w:i w:val="0"/>
          <w:smallCaps w:val="0"/>
          <w:strike w:val="0"/>
          <w:u w:val="single"/>
        </w:rPr>
        <w:t xml:space="preserve"> up and down the ballot.</w:t>
      </w:r>
    </w:p>
    <w:p>
      <w:pPr>
        <w:spacing w:after="60"/>
      </w:pPr>
      <w:r>
        <w:rPr>
          <w:b w:val="0"/>
          <w:i w:val="0"/>
          <w:smallCaps w:val="0"/>
          <w:strike w:val="0"/>
          <w:u w:val="single"/>
        </w:rPr>
        <w:t xml:space="preserve">“Led by Joe Biden, </w:t>
      </w:r>
      <w:r>
        <w:rPr>
          <w:b w:val="0"/>
          <w:i w:val="0"/>
          <w:smallCaps w:val="0"/>
          <w:strike w:val="0"/>
          <w:highlight w:val="cyan"/>
          <w:u w:val="single"/>
        </w:rPr>
        <w:t>Dem</w:t>
      </w:r>
      <w:r>
        <w:rPr>
          <w:b w:val="0"/>
          <w:i w:val="0"/>
          <w:smallCaps w:val="0"/>
          <w:strike w:val="0"/>
          <w:u w:val="single"/>
        </w:rPr>
        <w:t>ocrat</w:t>
      </w:r>
      <w:r>
        <w:rPr>
          <w:b w:val="0"/>
          <w:i w:val="0"/>
          <w:smallCaps w:val="0"/>
          <w:strike w:val="0"/>
          <w:highlight w:val="cyan"/>
          <w:u w:val="single"/>
        </w:rPr>
        <w:t>s</w:t>
      </w:r>
      <w:r>
        <w:rPr>
          <w:b w:val="0"/>
          <w:i w:val="0"/>
          <w:smallCaps w:val="0"/>
          <w:strike w:val="0"/>
          <w:u w:val="single"/>
        </w:rPr>
        <w:t xml:space="preserve"> </w:t>
      </w:r>
      <w:r>
        <w:rPr>
          <w:b w:val="0"/>
          <w:i w:val="0"/>
          <w:smallCaps w:val="0"/>
          <w:strike w:val="0"/>
          <w:highlight w:val="cyan"/>
          <w:u w:val="single"/>
        </w:rPr>
        <w:t>have an incredible agenda to run on</w:t>
      </w:r>
      <w:r>
        <w:rPr>
          <w:b w:val="0"/>
          <w:i w:val="0"/>
          <w:smallCaps w:val="0"/>
          <w:strike w:val="0"/>
          <w:u w:val="single"/>
        </w:rPr>
        <w:t>. Republicans every single day of this cycle are forced to answer for their support for abortion bans, shipping jobs abroad, and undermining our democracy,”</w:t>
      </w:r>
      <w:r>
        <w:rPr>
          <w:b w:val="0"/>
          <w:i w:val="0"/>
          <w:smallCaps w:val="0"/>
          <w:strike w:val="0"/>
          <w:sz w:val="16"/>
          <w:u w:val="none"/>
        </w:rPr>
        <w:t xml:space="preserve"> Biden campaign spokesperson Mia Ehrenberg told NBC News. “This election, whether it’s top of ticket or a state election, will be decided on the issues that matter most to voters, which is why Democrats will win this November.”</w:t>
      </w:r>
    </w:p>
    <w:p>
      <w:pPr>
        <w:spacing w:after="60"/>
      </w:pPr>
      <w:r>
        <w:rPr>
          <w:b w:val="0"/>
          <w:i w:val="0"/>
          <w:smallCaps w:val="0"/>
          <w:strike w:val="0"/>
          <w:sz w:val="16"/>
          <w:u w:val="none"/>
        </w:rPr>
        <w:t xml:space="preserve">Still, Democrats like </w:t>
      </w:r>
      <w:r>
        <w:rPr>
          <w:b w:val="0"/>
          <w:i w:val="0"/>
          <w:smallCaps w:val="0"/>
          <w:strike w:val="0"/>
          <w:sz w:val="16"/>
          <w:u w:val="none"/>
        </w:rPr>
        <w:t>Slotkin</w:t>
      </w:r>
      <w:r>
        <w:rPr>
          <w:b w:val="0"/>
          <w:i w:val="0"/>
          <w:smallCaps w:val="0"/>
          <w:strike w:val="0"/>
          <w:sz w:val="16"/>
          <w:u w:val="none"/>
        </w:rPr>
        <w:t xml:space="preserve"> cannot afford to fully abandon Biden for risk of upsetting the scores of base voters who still passionately support him and demand that members of his party do the same. At Biden's rally in Detroit, some voters praised </w:t>
      </w:r>
      <w:r>
        <w:rPr>
          <w:b w:val="0"/>
          <w:i w:val="0"/>
          <w:smallCaps w:val="0"/>
          <w:strike w:val="0"/>
          <w:sz w:val="16"/>
          <w:u w:val="none"/>
        </w:rPr>
        <w:t>Slotkin</w:t>
      </w:r>
      <w:r>
        <w:rPr>
          <w:b w:val="0"/>
          <w:i w:val="0"/>
          <w:smallCaps w:val="0"/>
          <w:strike w:val="0"/>
          <w:sz w:val="16"/>
          <w:u w:val="none"/>
        </w:rPr>
        <w:t xml:space="preserve"> and said she should have the space to run her race, but others said they wouldn’t look kindly upon candidates who are disloyal to the president.</w:t>
      </w:r>
    </w:p>
    <w:p>
      <w:pPr>
        <w:spacing w:after="60"/>
      </w:pPr>
      <w:r>
        <w:rPr>
          <w:b w:val="0"/>
          <w:i w:val="0"/>
          <w:smallCaps w:val="0"/>
          <w:strike w:val="0"/>
          <w:sz w:val="16"/>
          <w:u w:val="none"/>
        </w:rPr>
        <w:t xml:space="preserve">Deanna </w:t>
      </w:r>
      <w:r>
        <w:rPr>
          <w:b w:val="0"/>
          <w:i w:val="0"/>
          <w:smallCaps w:val="0"/>
          <w:strike w:val="0"/>
          <w:sz w:val="16"/>
          <w:u w:val="none"/>
        </w:rPr>
        <w:t>Zapico</w:t>
      </w:r>
      <w:r>
        <w:rPr>
          <w:b w:val="0"/>
          <w:i w:val="0"/>
          <w:smallCaps w:val="0"/>
          <w:strike w:val="0"/>
          <w:sz w:val="16"/>
          <w:u w:val="none"/>
        </w:rPr>
        <w:t xml:space="preserve">, a Biden supporter who came to the rally Friday from Royal Oak, Michigan, praised </w:t>
      </w:r>
      <w:r>
        <w:rPr>
          <w:b w:val="0"/>
          <w:i w:val="0"/>
          <w:smallCaps w:val="0"/>
          <w:strike w:val="0"/>
          <w:sz w:val="16"/>
          <w:u w:val="none"/>
        </w:rPr>
        <w:t>Slotkin</w:t>
      </w:r>
      <w:r>
        <w:rPr>
          <w:b w:val="0"/>
          <w:i w:val="0"/>
          <w:smallCaps w:val="0"/>
          <w:strike w:val="0"/>
          <w:sz w:val="16"/>
          <w:u w:val="none"/>
        </w:rPr>
        <w:t>.</w:t>
      </w:r>
    </w:p>
    <w:p>
      <w:pPr>
        <w:spacing w:after="60"/>
      </w:pPr>
      <w:r>
        <w:rPr>
          <w:b w:val="0"/>
          <w:i w:val="0"/>
          <w:smallCaps w:val="0"/>
          <w:strike w:val="0"/>
          <w:sz w:val="16"/>
          <w:u w:val="none"/>
        </w:rPr>
        <w:t xml:space="preserve">“Love her. She’s a </w:t>
      </w:r>
      <w:r>
        <w:rPr>
          <w:b w:val="0"/>
          <w:i w:val="0"/>
          <w:smallCaps w:val="0"/>
          <w:strike w:val="0"/>
          <w:sz w:val="16"/>
          <w:u w:val="none"/>
        </w:rPr>
        <w:t>really strong</w:t>
      </w:r>
      <w:r>
        <w:rPr>
          <w:b w:val="0"/>
          <w:i w:val="0"/>
          <w:smallCaps w:val="0"/>
          <w:strike w:val="0"/>
          <w:sz w:val="16"/>
          <w:u w:val="none"/>
        </w:rPr>
        <w:t xml:space="preserve"> candidate,” </w:t>
      </w:r>
      <w:r>
        <w:rPr>
          <w:b w:val="0"/>
          <w:i w:val="0"/>
          <w:smallCaps w:val="0"/>
          <w:strike w:val="0"/>
          <w:sz w:val="16"/>
          <w:u w:val="none"/>
        </w:rPr>
        <w:t>Zapico</w:t>
      </w:r>
      <w:r>
        <w:rPr>
          <w:b w:val="0"/>
          <w:i w:val="0"/>
          <w:smallCaps w:val="0"/>
          <w:strike w:val="0"/>
          <w:sz w:val="16"/>
          <w:u w:val="none"/>
        </w:rPr>
        <w:t xml:space="preserve"> said, adding that she trusts </w:t>
      </w:r>
      <w:r>
        <w:rPr>
          <w:b w:val="0"/>
          <w:i w:val="0"/>
          <w:smallCaps w:val="0"/>
          <w:strike w:val="0"/>
          <w:sz w:val="16"/>
          <w:u w:val="none"/>
        </w:rPr>
        <w:t>Slotkin’s</w:t>
      </w:r>
      <w:r>
        <w:rPr>
          <w:b w:val="0"/>
          <w:i w:val="0"/>
          <w:smallCaps w:val="0"/>
          <w:strike w:val="0"/>
          <w:sz w:val="16"/>
          <w:u w:val="none"/>
        </w:rPr>
        <w:t xml:space="preserve"> judgment on not campaigning with Biden. “If she needs to do that, then she needs to do that. That’s fine. It might help her if she were here.”</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